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CD7" w:rsidRDefault="003A6CD7">
      <w:pPr>
        <w:autoSpaceDE w:val="0"/>
        <w:autoSpaceDN w:val="0"/>
        <w:spacing w:after="78" w:line="220" w:lineRule="exact"/>
      </w:pPr>
      <w:bookmarkStart w:id="0" w:name="_GoBack"/>
      <w:bookmarkEnd w:id="0"/>
    </w:p>
    <w:p w:rsidR="00BB4206" w:rsidRPr="00BB4206" w:rsidRDefault="006E2194" w:rsidP="00BB4206">
      <w:pPr>
        <w:autoSpaceDE w:val="0"/>
        <w:autoSpaceDN w:val="0"/>
        <w:spacing w:before="70" w:after="0" w:line="230" w:lineRule="auto"/>
        <w:ind w:right="20"/>
        <w:jc w:val="center"/>
        <w:rPr>
          <w:lang w:val="ru-RU"/>
        </w:rPr>
      </w:pPr>
      <w:r>
        <w:rPr>
          <w:rFonts w:ascii="Times New Roman" w:eastAsia="Times New Roman" w:hAnsi="Times New Roman"/>
          <w:b/>
          <w:noProof/>
          <w:color w:val="000000"/>
          <w:sz w:val="24"/>
          <w:lang w:val="ru-RU" w:eastAsia="ru-RU"/>
        </w:rPr>
        <w:drawing>
          <wp:inline distT="0" distB="0" distL="0" distR="0">
            <wp:extent cx="6536690" cy="92430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536690" cy="9243027"/>
                    </a:xfrm>
                    <a:prstGeom prst="rect">
                      <a:avLst/>
                    </a:prstGeom>
                    <a:noFill/>
                    <a:ln w="9525">
                      <a:noFill/>
                      <a:miter lim="800000"/>
                      <a:headEnd/>
                      <a:tailEnd/>
                    </a:ln>
                  </pic:spPr>
                </pic:pic>
              </a:graphicData>
            </a:graphic>
          </wp:inline>
        </w:drawing>
      </w:r>
    </w:p>
    <w:p w:rsidR="003A6CD7" w:rsidRPr="00BB4206" w:rsidRDefault="003A6CD7">
      <w:pPr>
        <w:rPr>
          <w:lang w:val="ru-RU"/>
        </w:rPr>
        <w:sectPr w:rsidR="003A6CD7" w:rsidRPr="00BB4206">
          <w:pgSz w:w="11900" w:h="16840"/>
          <w:pgMar w:top="298" w:right="868" w:bottom="1436" w:left="738" w:header="720" w:footer="720" w:gutter="0"/>
          <w:cols w:space="720" w:equalWidth="0">
            <w:col w:w="10294" w:space="0"/>
          </w:cols>
          <w:docGrid w:linePitch="360"/>
        </w:sectPr>
      </w:pPr>
    </w:p>
    <w:p w:rsidR="003A6CD7" w:rsidRPr="00BB4206" w:rsidRDefault="00E96A3D">
      <w:pPr>
        <w:autoSpaceDE w:val="0"/>
        <w:autoSpaceDN w:val="0"/>
        <w:spacing w:after="0" w:line="230" w:lineRule="auto"/>
        <w:rPr>
          <w:lang w:val="ru-RU"/>
        </w:rPr>
      </w:pPr>
      <w:r w:rsidRPr="00BB4206">
        <w:rPr>
          <w:rFonts w:ascii="Times New Roman" w:eastAsia="Times New Roman" w:hAnsi="Times New Roman"/>
          <w:b/>
          <w:color w:val="000000"/>
          <w:sz w:val="24"/>
          <w:lang w:val="ru-RU"/>
        </w:rPr>
        <w:lastRenderedPageBreak/>
        <w:t>ПОЯСНИТЕЛЬНАЯ ЗАПИСКА</w:t>
      </w:r>
    </w:p>
    <w:p w:rsidR="00BF0615" w:rsidRPr="00BF0615" w:rsidRDefault="00BF0615" w:rsidP="00BF0615">
      <w:pPr>
        <w:tabs>
          <w:tab w:val="left" w:pos="993"/>
        </w:tabs>
        <w:ind w:firstLine="567"/>
        <w:jc w:val="both"/>
        <w:rPr>
          <w:rFonts w:ascii="Times New Roman" w:hAnsi="Times New Roman" w:cs="Times New Roman"/>
          <w:sz w:val="24"/>
          <w:szCs w:val="24"/>
          <w:lang w:val="ru-RU"/>
        </w:rPr>
      </w:pPr>
      <w:proofErr w:type="gramStart"/>
      <w:r w:rsidRPr="00BF0615">
        <w:rPr>
          <w:rFonts w:ascii="Times New Roman" w:hAnsi="Times New Roman" w:cs="Times New Roman"/>
          <w:sz w:val="24"/>
          <w:szCs w:val="24"/>
          <w:lang w:val="ru-RU"/>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w:t>
      </w:r>
      <w:r w:rsidRPr="00BF0615">
        <w:rPr>
          <w:rFonts w:ascii="Times New Roman" w:hAnsi="Times New Roman" w:cs="Times New Roman"/>
          <w:sz w:val="24"/>
          <w:szCs w:val="24"/>
          <w:lang w:val="ru-RU"/>
        </w:rPr>
        <w:t>б</w:t>
      </w:r>
      <w:r w:rsidRPr="00BF0615">
        <w:rPr>
          <w:rFonts w:ascii="Times New Roman" w:hAnsi="Times New Roman" w:cs="Times New Roman"/>
          <w:sz w:val="24"/>
          <w:szCs w:val="24"/>
          <w:lang w:val="ru-RU"/>
        </w:rPr>
        <w:t xml:space="preserve">разием этиологических факторов, порождающих данный вид психического </w:t>
      </w:r>
      <w:proofErr w:type="spellStart"/>
      <w:r w:rsidRPr="00BF0615">
        <w:rPr>
          <w:rFonts w:ascii="Times New Roman" w:hAnsi="Times New Roman" w:cs="Times New Roman"/>
          <w:sz w:val="24"/>
          <w:szCs w:val="24"/>
          <w:lang w:val="ru-RU"/>
        </w:rPr>
        <w:t>дизонтогенеза</w:t>
      </w:r>
      <w:proofErr w:type="spellEnd"/>
      <w:r w:rsidRPr="00BF0615">
        <w:rPr>
          <w:rFonts w:ascii="Times New Roman" w:hAnsi="Times New Roman" w:cs="Times New Roman"/>
          <w:sz w:val="24"/>
          <w:szCs w:val="24"/>
          <w:lang w:val="ru-RU"/>
        </w:rPr>
        <w:t>, что об</w:t>
      </w:r>
      <w:r w:rsidRPr="00BF0615">
        <w:rPr>
          <w:rFonts w:ascii="Times New Roman" w:hAnsi="Times New Roman" w:cs="Times New Roman"/>
          <w:sz w:val="24"/>
          <w:szCs w:val="24"/>
          <w:lang w:val="ru-RU"/>
        </w:rPr>
        <w:t>у</w:t>
      </w:r>
      <w:r w:rsidRPr="00BF0615">
        <w:rPr>
          <w:rFonts w:ascii="Times New Roman" w:hAnsi="Times New Roman" w:cs="Times New Roman"/>
          <w:sz w:val="24"/>
          <w:szCs w:val="24"/>
          <w:lang w:val="ru-RU"/>
        </w:rPr>
        <w:t>словливает значительный диапазон выраженности нарушений.</w:t>
      </w:r>
      <w:proofErr w:type="gramEnd"/>
    </w:p>
    <w:p w:rsidR="00BF0615" w:rsidRPr="00BF0615" w:rsidRDefault="00BF0615" w:rsidP="00BF061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 xml:space="preserve">Комплекс </w:t>
      </w:r>
      <w:proofErr w:type="spellStart"/>
      <w:r w:rsidRPr="00BF0615">
        <w:rPr>
          <w:rFonts w:ascii="Times New Roman" w:hAnsi="Times New Roman" w:cs="Times New Roman"/>
          <w:sz w:val="24"/>
          <w:szCs w:val="24"/>
          <w:lang w:val="ru-RU"/>
        </w:rPr>
        <w:t>биосоциокультурных</w:t>
      </w:r>
      <w:proofErr w:type="spellEnd"/>
      <w:r w:rsidRPr="00BF0615">
        <w:rPr>
          <w:rFonts w:ascii="Times New Roman" w:hAnsi="Times New Roman" w:cs="Times New Roman"/>
          <w:sz w:val="24"/>
          <w:szCs w:val="24"/>
          <w:lang w:val="ru-RU"/>
        </w:rPr>
        <w:t xml:space="preserve">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w:t>
      </w:r>
      <w:r w:rsidRPr="00BF0615">
        <w:rPr>
          <w:rFonts w:ascii="Times New Roman" w:hAnsi="Times New Roman" w:cs="Times New Roman"/>
          <w:sz w:val="24"/>
          <w:szCs w:val="24"/>
          <w:lang w:val="ru-RU"/>
        </w:rPr>
        <w:t>е</w:t>
      </w:r>
      <w:r w:rsidRPr="00BF0615">
        <w:rPr>
          <w:rFonts w:ascii="Times New Roman" w:hAnsi="Times New Roman" w:cs="Times New Roman"/>
          <w:sz w:val="24"/>
          <w:szCs w:val="24"/>
          <w:lang w:val="ru-RU"/>
        </w:rPr>
        <w:t>го образования приводят в ряде случаев к особой выраженности и стойкости данного нарушения ра</w:t>
      </w:r>
      <w:r w:rsidRPr="00BF0615">
        <w:rPr>
          <w:rFonts w:ascii="Times New Roman" w:hAnsi="Times New Roman" w:cs="Times New Roman"/>
          <w:sz w:val="24"/>
          <w:szCs w:val="24"/>
          <w:lang w:val="ru-RU"/>
        </w:rPr>
        <w:t>з</w:t>
      </w:r>
      <w:r w:rsidRPr="00BF0615">
        <w:rPr>
          <w:rFonts w:ascii="Times New Roman" w:hAnsi="Times New Roman" w:cs="Times New Roman"/>
          <w:sz w:val="24"/>
          <w:szCs w:val="24"/>
          <w:lang w:val="ru-RU"/>
        </w:rPr>
        <w:t>вития, что определяет необходимость обеспечения специальных образовательных условий при обуч</w:t>
      </w:r>
      <w:r w:rsidRPr="00BF0615">
        <w:rPr>
          <w:rFonts w:ascii="Times New Roman" w:hAnsi="Times New Roman" w:cs="Times New Roman"/>
          <w:sz w:val="24"/>
          <w:szCs w:val="24"/>
          <w:lang w:val="ru-RU"/>
        </w:rPr>
        <w:t>е</w:t>
      </w:r>
      <w:r w:rsidRPr="00BF0615">
        <w:rPr>
          <w:rFonts w:ascii="Times New Roman" w:hAnsi="Times New Roman" w:cs="Times New Roman"/>
          <w:sz w:val="24"/>
          <w:szCs w:val="24"/>
          <w:lang w:val="ru-RU"/>
        </w:rPr>
        <w:t xml:space="preserve">нии таких обучающихся на уровне основного общего образования. </w:t>
      </w:r>
    </w:p>
    <w:p w:rsidR="00BF0615" w:rsidRPr="00BF0615" w:rsidRDefault="00BF0615" w:rsidP="00BF0615">
      <w:pPr>
        <w:tabs>
          <w:tab w:val="left" w:pos="993"/>
        </w:tabs>
        <w:ind w:firstLine="567"/>
        <w:jc w:val="both"/>
        <w:rPr>
          <w:rFonts w:ascii="Times New Roman" w:hAnsi="Times New Roman" w:cs="Times New Roman"/>
          <w:sz w:val="24"/>
          <w:szCs w:val="24"/>
          <w:lang w:val="ru-RU"/>
        </w:rPr>
      </w:pPr>
      <w:proofErr w:type="gramStart"/>
      <w:r w:rsidRPr="00BF0615">
        <w:rPr>
          <w:rFonts w:ascii="Times New Roman" w:hAnsi="Times New Roman" w:cs="Times New Roman"/>
          <w:sz w:val="24"/>
          <w:szCs w:val="24"/>
          <w:lang w:val="ru-RU"/>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BF0615" w:rsidRPr="00BF0615" w:rsidRDefault="00BF0615" w:rsidP="00BF061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Даже при условии получения специализированной помощи в период обучения в начальной шк</w:t>
      </w:r>
      <w:r w:rsidRPr="00BF0615">
        <w:rPr>
          <w:rFonts w:ascii="Times New Roman" w:hAnsi="Times New Roman" w:cs="Times New Roman"/>
          <w:sz w:val="24"/>
          <w:szCs w:val="24"/>
          <w:lang w:val="ru-RU"/>
        </w:rPr>
        <w:t>о</w:t>
      </w:r>
      <w:r w:rsidRPr="00BF0615">
        <w:rPr>
          <w:rFonts w:ascii="Times New Roman" w:hAnsi="Times New Roman" w:cs="Times New Roman"/>
          <w:sz w:val="24"/>
          <w:szCs w:val="24"/>
          <w:lang w:val="ru-RU"/>
        </w:rPr>
        <w:t xml:space="preserve">ле, обучающиеся с ЗПР, как правило, продолжают испытывать определенные затруднения в учебной деятельности, обусловленные </w:t>
      </w:r>
      <w:proofErr w:type="spellStart"/>
      <w:r w:rsidRPr="00BF0615">
        <w:rPr>
          <w:rFonts w:ascii="Times New Roman" w:hAnsi="Times New Roman" w:cs="Times New Roman"/>
          <w:sz w:val="24"/>
          <w:szCs w:val="24"/>
          <w:lang w:val="ru-RU"/>
        </w:rPr>
        <w:t>дефицитарными</w:t>
      </w:r>
      <w:proofErr w:type="spellEnd"/>
      <w:r w:rsidRPr="00BF0615">
        <w:rPr>
          <w:rFonts w:ascii="Times New Roman" w:hAnsi="Times New Roman" w:cs="Times New Roman"/>
          <w:sz w:val="24"/>
          <w:szCs w:val="24"/>
          <w:lang w:val="ru-RU"/>
        </w:rPr>
        <w:t xml:space="preserve"> познавательными способностями, специфическими н</w:t>
      </w:r>
      <w:r w:rsidRPr="00BF0615">
        <w:rPr>
          <w:rFonts w:ascii="Times New Roman" w:hAnsi="Times New Roman" w:cs="Times New Roman"/>
          <w:sz w:val="24"/>
          <w:szCs w:val="24"/>
          <w:lang w:val="ru-RU"/>
        </w:rPr>
        <w:t>е</w:t>
      </w:r>
      <w:r w:rsidRPr="00BF0615">
        <w:rPr>
          <w:rFonts w:ascii="Times New Roman" w:hAnsi="Times New Roman" w:cs="Times New Roman"/>
          <w:sz w:val="24"/>
          <w:szCs w:val="24"/>
          <w:lang w:val="ru-RU"/>
        </w:rPr>
        <w:t>достатками психологического и речевого развития, нарушениями регуляции поведения и деятельн</w:t>
      </w:r>
      <w:r w:rsidRPr="00BF0615">
        <w:rPr>
          <w:rFonts w:ascii="Times New Roman" w:hAnsi="Times New Roman" w:cs="Times New Roman"/>
          <w:sz w:val="24"/>
          <w:szCs w:val="24"/>
          <w:lang w:val="ru-RU"/>
        </w:rPr>
        <w:t>о</w:t>
      </w:r>
      <w:r w:rsidRPr="00BF0615">
        <w:rPr>
          <w:rFonts w:ascii="Times New Roman" w:hAnsi="Times New Roman" w:cs="Times New Roman"/>
          <w:sz w:val="24"/>
          <w:szCs w:val="24"/>
          <w:lang w:val="ru-RU"/>
        </w:rPr>
        <w:t>сти, пониженным уровнем умственной работоспособности и продуктивности.</w:t>
      </w:r>
    </w:p>
    <w:p w:rsidR="00BF0615" w:rsidRPr="00BF0615" w:rsidRDefault="00BF0615" w:rsidP="00BF0615">
      <w:pPr>
        <w:pStyle w:val="aff8"/>
        <w:spacing w:line="240" w:lineRule="auto"/>
        <w:ind w:firstLine="567"/>
        <w:rPr>
          <w:color w:val="auto"/>
          <w:sz w:val="24"/>
          <w:szCs w:val="24"/>
        </w:rPr>
      </w:pPr>
      <w:r w:rsidRPr="00BF0615">
        <w:rPr>
          <w:color w:val="auto"/>
          <w:sz w:val="24"/>
          <w:szCs w:val="24"/>
        </w:rPr>
        <w:t>А</w:t>
      </w:r>
      <w:r w:rsidRPr="00BF0615">
        <w:rPr>
          <w:caps w:val="0"/>
          <w:color w:val="auto"/>
          <w:sz w:val="24"/>
          <w:szCs w:val="24"/>
        </w:rPr>
        <w:t xml:space="preserve">даптированная рабочая программа обучающихся с задержкой психического развития </w:t>
      </w:r>
      <w:r w:rsidRPr="00BF0615">
        <w:rPr>
          <w:color w:val="auto"/>
          <w:sz w:val="24"/>
          <w:szCs w:val="24"/>
        </w:rPr>
        <w:t xml:space="preserve">– </w:t>
      </w:r>
      <w:r w:rsidRPr="00BF0615">
        <w:rPr>
          <w:caps w:val="0"/>
          <w:color w:val="auto"/>
          <w:sz w:val="24"/>
          <w:szCs w:val="24"/>
        </w:rPr>
        <w:t>это р</w:t>
      </w:r>
      <w:r w:rsidRPr="00BF0615">
        <w:rPr>
          <w:caps w:val="0"/>
          <w:color w:val="auto"/>
          <w:sz w:val="24"/>
          <w:szCs w:val="24"/>
        </w:rPr>
        <w:t>а</w:t>
      </w:r>
      <w:r w:rsidRPr="00BF0615">
        <w:rPr>
          <w:caps w:val="0"/>
          <w:color w:val="auto"/>
          <w:sz w:val="24"/>
          <w:szCs w:val="24"/>
        </w:rPr>
        <w:t>бочая программа, адаптированная для обучения данной категории обучающихся с учетом особенн</w:t>
      </w:r>
      <w:r w:rsidRPr="00BF0615">
        <w:rPr>
          <w:caps w:val="0"/>
          <w:color w:val="auto"/>
          <w:sz w:val="24"/>
          <w:szCs w:val="24"/>
        </w:rPr>
        <w:t>о</w:t>
      </w:r>
      <w:r w:rsidRPr="00BF0615">
        <w:rPr>
          <w:caps w:val="0"/>
          <w:color w:val="auto"/>
          <w:sz w:val="24"/>
          <w:szCs w:val="24"/>
        </w:rPr>
        <w:t>стей их психофизического развития, индивидуальных возможностей</w:t>
      </w:r>
      <w:r w:rsidRPr="00BF0615">
        <w:rPr>
          <w:color w:val="auto"/>
          <w:sz w:val="24"/>
          <w:szCs w:val="24"/>
        </w:rPr>
        <w:t xml:space="preserve">, </w:t>
      </w:r>
      <w:r w:rsidRPr="00BF0615">
        <w:rPr>
          <w:caps w:val="0"/>
          <w:color w:val="auto"/>
          <w:kern w:val="28"/>
          <w:sz w:val="24"/>
          <w:szCs w:val="24"/>
        </w:rPr>
        <w:t>особых образовательных п</w:t>
      </w:r>
      <w:r w:rsidRPr="00BF0615">
        <w:rPr>
          <w:caps w:val="0"/>
          <w:color w:val="auto"/>
          <w:kern w:val="28"/>
          <w:sz w:val="24"/>
          <w:szCs w:val="24"/>
        </w:rPr>
        <w:t>о</w:t>
      </w:r>
      <w:r w:rsidRPr="00BF0615">
        <w:rPr>
          <w:caps w:val="0"/>
          <w:color w:val="auto"/>
          <w:kern w:val="28"/>
          <w:sz w:val="24"/>
          <w:szCs w:val="24"/>
        </w:rPr>
        <w:t>требностей,</w:t>
      </w:r>
      <w:r w:rsidRPr="00BF0615">
        <w:rPr>
          <w:caps w:val="0"/>
          <w:color w:val="auto"/>
          <w:sz w:val="24"/>
          <w:szCs w:val="24"/>
        </w:rPr>
        <w:t xml:space="preserve"> обеспечивающая коррекцию нарушений развития и социальную адаптацию</w:t>
      </w:r>
      <w:r w:rsidRPr="00BF0615">
        <w:rPr>
          <w:color w:val="auto"/>
          <w:sz w:val="24"/>
          <w:szCs w:val="24"/>
        </w:rPr>
        <w:t>.</w:t>
      </w:r>
    </w:p>
    <w:p w:rsidR="00BF0615" w:rsidRPr="00BF0615" w:rsidRDefault="00BF0615" w:rsidP="00BF0615">
      <w:pPr>
        <w:tabs>
          <w:tab w:val="left" w:pos="993"/>
        </w:tabs>
        <w:ind w:firstLine="567"/>
        <w:jc w:val="both"/>
        <w:rPr>
          <w:rFonts w:ascii="Times New Roman" w:hAnsi="Times New Roman" w:cs="Times New Roman"/>
          <w:sz w:val="24"/>
          <w:szCs w:val="24"/>
          <w:lang w:val="ru-RU"/>
        </w:rPr>
      </w:pPr>
      <w:r w:rsidRPr="00BF0615">
        <w:rPr>
          <w:rFonts w:ascii="Times New Roman" w:hAnsi="Times New Roman" w:cs="Times New Roman"/>
          <w:sz w:val="24"/>
          <w:szCs w:val="24"/>
          <w:lang w:val="ru-RU"/>
        </w:rPr>
        <w:t>Требования к предметным результатам обучающихся с ЗПР в части итоговых достижений к м</w:t>
      </w:r>
      <w:r w:rsidRPr="00BF0615">
        <w:rPr>
          <w:rFonts w:ascii="Times New Roman" w:hAnsi="Times New Roman" w:cs="Times New Roman"/>
          <w:sz w:val="24"/>
          <w:szCs w:val="24"/>
          <w:lang w:val="ru-RU"/>
        </w:rPr>
        <w:t>о</w:t>
      </w:r>
      <w:r w:rsidRPr="00BF0615">
        <w:rPr>
          <w:rFonts w:ascii="Times New Roman" w:hAnsi="Times New Roman" w:cs="Times New Roman"/>
          <w:sz w:val="24"/>
          <w:szCs w:val="24"/>
          <w:lang w:val="ru-RU"/>
        </w:rPr>
        <w:t>менту завершения обучения на уровне основного общего образования должны полностью соответс</w:t>
      </w:r>
      <w:r w:rsidRPr="00BF0615">
        <w:rPr>
          <w:rFonts w:ascii="Times New Roman" w:hAnsi="Times New Roman" w:cs="Times New Roman"/>
          <w:sz w:val="24"/>
          <w:szCs w:val="24"/>
          <w:lang w:val="ru-RU"/>
        </w:rPr>
        <w:t>т</w:t>
      </w:r>
      <w:r w:rsidRPr="00BF0615">
        <w:rPr>
          <w:rFonts w:ascii="Times New Roman" w:hAnsi="Times New Roman" w:cs="Times New Roman"/>
          <w:sz w:val="24"/>
          <w:szCs w:val="24"/>
          <w:lang w:val="ru-RU"/>
        </w:rPr>
        <w:t>вовать требованиям к предметным результатам для обучающихся по основной образовательной пр</w:t>
      </w:r>
      <w:r w:rsidRPr="00BF0615">
        <w:rPr>
          <w:rFonts w:ascii="Times New Roman" w:hAnsi="Times New Roman" w:cs="Times New Roman"/>
          <w:sz w:val="24"/>
          <w:szCs w:val="24"/>
          <w:lang w:val="ru-RU"/>
        </w:rPr>
        <w:t>о</w:t>
      </w:r>
      <w:r w:rsidRPr="00BF0615">
        <w:rPr>
          <w:rFonts w:ascii="Times New Roman" w:hAnsi="Times New Roman" w:cs="Times New Roman"/>
          <w:sz w:val="24"/>
          <w:szCs w:val="24"/>
          <w:lang w:val="ru-RU"/>
        </w:rPr>
        <w:t>грамме, не имеющих ограничений по возможностям здоровья.</w:t>
      </w:r>
    </w:p>
    <w:p w:rsidR="00BF0615" w:rsidRPr="00BF0615" w:rsidRDefault="00BF0615" w:rsidP="00BF0615">
      <w:pPr>
        <w:tabs>
          <w:tab w:val="left" w:pos="993"/>
        </w:tabs>
        <w:ind w:firstLine="567"/>
        <w:jc w:val="both"/>
        <w:rPr>
          <w:rFonts w:ascii="Times New Roman" w:hAnsi="Times New Roman" w:cs="Times New Roman"/>
          <w:sz w:val="24"/>
          <w:szCs w:val="24"/>
          <w:lang w:val="ru-RU"/>
        </w:rPr>
      </w:pPr>
      <w:proofErr w:type="gramStart"/>
      <w:r w:rsidRPr="00BF0615">
        <w:rPr>
          <w:rFonts w:ascii="Times New Roman" w:hAnsi="Times New Roman" w:cs="Times New Roman"/>
          <w:sz w:val="24"/>
          <w:szCs w:val="24"/>
          <w:lang w:val="ru-RU"/>
        </w:rPr>
        <w:t>Для обучающихся с ЗПР необходим дифференцированный подход к отбору содержания пр</w:t>
      </w:r>
      <w:r w:rsidRPr="00BF0615">
        <w:rPr>
          <w:rFonts w:ascii="Times New Roman" w:hAnsi="Times New Roman" w:cs="Times New Roman"/>
          <w:sz w:val="24"/>
          <w:szCs w:val="24"/>
          <w:lang w:val="ru-RU"/>
        </w:rPr>
        <w:t>о</w:t>
      </w:r>
      <w:r w:rsidRPr="00BF0615">
        <w:rPr>
          <w:rFonts w:ascii="Times New Roman" w:hAnsi="Times New Roman" w:cs="Times New Roman"/>
          <w:sz w:val="24"/>
          <w:szCs w:val="24"/>
          <w:lang w:val="ru-RU"/>
        </w:rPr>
        <w:t>грамм учебных предметов с учетом особых образовательных потребностей и возможностей обуча</w:t>
      </w:r>
      <w:r w:rsidRPr="00BF0615">
        <w:rPr>
          <w:rFonts w:ascii="Times New Roman" w:hAnsi="Times New Roman" w:cs="Times New Roman"/>
          <w:sz w:val="24"/>
          <w:szCs w:val="24"/>
          <w:lang w:val="ru-RU"/>
        </w:rPr>
        <w:t>ю</w:t>
      </w:r>
      <w:r w:rsidRPr="00BF0615">
        <w:rPr>
          <w:rFonts w:ascii="Times New Roman" w:hAnsi="Times New Roman" w:cs="Times New Roman"/>
          <w:sz w:val="24"/>
          <w:szCs w:val="24"/>
          <w:lang w:val="ru-RU"/>
        </w:rPr>
        <w:t>щегося.</w:t>
      </w:r>
      <w:proofErr w:type="gramEnd"/>
      <w:r w:rsidRPr="00BF0615">
        <w:rPr>
          <w:rFonts w:ascii="Times New Roman" w:hAnsi="Times New Roman" w:cs="Times New Roman"/>
          <w:sz w:val="24"/>
          <w:szCs w:val="24"/>
          <w:lang w:val="ru-RU"/>
        </w:rPr>
        <w:t xml:space="preserve"> Объем знаний и умений по учебным предметам несущественно сокращается за счет устран</w:t>
      </w:r>
      <w:r w:rsidRPr="00BF0615">
        <w:rPr>
          <w:rFonts w:ascii="Times New Roman" w:hAnsi="Times New Roman" w:cs="Times New Roman"/>
          <w:sz w:val="24"/>
          <w:szCs w:val="24"/>
          <w:lang w:val="ru-RU"/>
        </w:rPr>
        <w:t>е</w:t>
      </w:r>
      <w:r w:rsidRPr="00BF0615">
        <w:rPr>
          <w:rFonts w:ascii="Times New Roman" w:hAnsi="Times New Roman" w:cs="Times New Roman"/>
          <w:sz w:val="24"/>
          <w:szCs w:val="24"/>
          <w:lang w:val="ru-RU"/>
        </w:rPr>
        <w:t xml:space="preserve">ния избыточных по отношению к основному содержанию требований. </w:t>
      </w:r>
    </w:p>
    <w:p w:rsidR="00BF0615" w:rsidRPr="00BF0615" w:rsidRDefault="00BF0615" w:rsidP="00BF0615">
      <w:pPr>
        <w:tabs>
          <w:tab w:val="left" w:pos="851"/>
        </w:tabs>
        <w:ind w:firstLine="567"/>
        <w:jc w:val="both"/>
        <w:rPr>
          <w:rFonts w:ascii="Times New Roman" w:hAnsi="Times New Roman" w:cs="Times New Roman"/>
          <w:sz w:val="24"/>
          <w:szCs w:val="24"/>
          <w:lang w:val="ru-RU"/>
        </w:rPr>
      </w:pPr>
      <w:proofErr w:type="gramStart"/>
      <w:r w:rsidRPr="00BF0615">
        <w:rPr>
          <w:rFonts w:ascii="Times New Roman" w:hAnsi="Times New Roman" w:cs="Times New Roman"/>
          <w:sz w:val="24"/>
          <w:szCs w:val="24"/>
          <w:lang w:val="ru-RU"/>
        </w:rPr>
        <w:t>Тематическое планирование и количестве часов, отводимых на</w:t>
      </w:r>
      <w:r w:rsidRPr="00BF0615">
        <w:rPr>
          <w:rFonts w:ascii="Times New Roman" w:hAnsi="Times New Roman" w:cs="Times New Roman"/>
          <w:sz w:val="24"/>
          <w:szCs w:val="24"/>
        </w:rPr>
        <w:t> </w:t>
      </w:r>
      <w:r w:rsidRPr="00BF0615">
        <w:rPr>
          <w:rFonts w:ascii="Times New Roman" w:hAnsi="Times New Roman" w:cs="Times New Roman"/>
          <w:sz w:val="24"/>
          <w:szCs w:val="24"/>
          <w:lang w:val="ru-RU"/>
        </w:rPr>
        <w:t>освоение каждой темы учебного предмета, курса, дисциплины (модуля) адаптированной основной образовательной программы осно</w:t>
      </w:r>
      <w:r w:rsidRPr="00BF0615">
        <w:rPr>
          <w:rFonts w:ascii="Times New Roman" w:hAnsi="Times New Roman" w:cs="Times New Roman"/>
          <w:sz w:val="24"/>
          <w:szCs w:val="24"/>
          <w:lang w:val="ru-RU"/>
        </w:rPr>
        <w:t>в</w:t>
      </w:r>
      <w:r w:rsidRPr="00BF0615">
        <w:rPr>
          <w:rFonts w:ascii="Times New Roman" w:hAnsi="Times New Roman" w:cs="Times New Roman"/>
          <w:sz w:val="24"/>
          <w:szCs w:val="24"/>
          <w:lang w:val="ru-RU"/>
        </w:rPr>
        <w:t>ного общего образования обучающихся с ЗПР, в целом совпадают с рабочей программой основного общего образования.</w:t>
      </w:r>
      <w:proofErr w:type="gramEnd"/>
      <w:r w:rsidRPr="00BF0615">
        <w:rPr>
          <w:rFonts w:ascii="Times New Roman" w:hAnsi="Times New Roman" w:cs="Times New Roman"/>
          <w:sz w:val="24"/>
          <w:szCs w:val="24"/>
          <w:lang w:val="ru-RU"/>
        </w:rPr>
        <w:t xml:space="preserve"> При этом Организация вправе сама вносить изменения в содержание и распред</w:t>
      </w:r>
      <w:r w:rsidRPr="00BF0615">
        <w:rPr>
          <w:rFonts w:ascii="Times New Roman" w:hAnsi="Times New Roman" w:cs="Times New Roman"/>
          <w:sz w:val="24"/>
          <w:szCs w:val="24"/>
          <w:lang w:val="ru-RU"/>
        </w:rPr>
        <w:t>е</w:t>
      </w:r>
      <w:r w:rsidRPr="00BF0615">
        <w:rPr>
          <w:rFonts w:ascii="Times New Roman" w:hAnsi="Times New Roman" w:cs="Times New Roman"/>
          <w:sz w:val="24"/>
          <w:szCs w:val="24"/>
          <w:lang w:val="ru-RU"/>
        </w:rPr>
        <w:t xml:space="preserve">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sidRPr="00BF0615">
        <w:rPr>
          <w:rFonts w:ascii="Times New Roman" w:hAnsi="Times New Roman" w:cs="Times New Roman"/>
          <w:sz w:val="24"/>
          <w:szCs w:val="24"/>
          <w:lang w:val="ru-RU"/>
        </w:rPr>
        <w:t>Обоснованность да</w:t>
      </w:r>
      <w:r w:rsidRPr="00BF0615">
        <w:rPr>
          <w:rFonts w:ascii="Times New Roman" w:hAnsi="Times New Roman" w:cs="Times New Roman"/>
          <w:sz w:val="24"/>
          <w:szCs w:val="24"/>
          <w:lang w:val="ru-RU"/>
        </w:rPr>
        <w:t>н</w:t>
      </w:r>
      <w:r w:rsidRPr="00BF0615">
        <w:rPr>
          <w:rFonts w:ascii="Times New Roman" w:hAnsi="Times New Roman" w:cs="Times New Roman"/>
          <w:sz w:val="24"/>
          <w:szCs w:val="24"/>
          <w:lang w:val="ru-RU"/>
        </w:rPr>
        <w:t xml:space="preserve">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BF0615">
        <w:rPr>
          <w:rFonts w:ascii="Times New Roman" w:hAnsi="Times New Roman" w:cs="Times New Roman"/>
          <w:sz w:val="24"/>
          <w:szCs w:val="24"/>
          <w:lang w:val="ru-RU"/>
        </w:rPr>
        <w:t>усвоенности</w:t>
      </w:r>
      <w:proofErr w:type="spellEnd"/>
      <w:r w:rsidRPr="00BF0615">
        <w:rPr>
          <w:rFonts w:ascii="Times New Roman" w:hAnsi="Times New Roman" w:cs="Times New Roman"/>
          <w:sz w:val="24"/>
          <w:szCs w:val="24"/>
          <w:lang w:val="ru-RU"/>
        </w:rPr>
        <w:t xml:space="preserve"> ими уче</w:t>
      </w:r>
      <w:r w:rsidRPr="00BF0615">
        <w:rPr>
          <w:rFonts w:ascii="Times New Roman" w:hAnsi="Times New Roman" w:cs="Times New Roman"/>
          <w:sz w:val="24"/>
          <w:szCs w:val="24"/>
          <w:lang w:val="ru-RU"/>
        </w:rPr>
        <w:t>б</w:t>
      </w:r>
      <w:r w:rsidRPr="00BF0615">
        <w:rPr>
          <w:rFonts w:ascii="Times New Roman" w:hAnsi="Times New Roman" w:cs="Times New Roman"/>
          <w:sz w:val="24"/>
          <w:szCs w:val="24"/>
          <w:lang w:val="ru-RU"/>
        </w:rPr>
        <w:t>ных тем.</w:t>
      </w:r>
      <w:proofErr w:type="gramEnd"/>
    </w:p>
    <w:p w:rsidR="00BF0615" w:rsidRPr="00BF0615" w:rsidRDefault="00BF0615" w:rsidP="00BF0615">
      <w:pPr>
        <w:spacing w:after="0" w:line="240" w:lineRule="auto"/>
        <w:jc w:val="center"/>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b/>
          <w:sz w:val="24"/>
          <w:szCs w:val="24"/>
          <w:u w:val="single"/>
          <w:lang w:val="ru-RU" w:eastAsia="ru-RU"/>
        </w:rPr>
        <w:t xml:space="preserve">Особенности психофизического развития </w:t>
      </w:r>
      <w:proofErr w:type="gramStart"/>
      <w:r w:rsidRPr="00BF0615">
        <w:rPr>
          <w:rFonts w:ascii="Times New Roman" w:eastAsia="Times New Roman" w:hAnsi="Times New Roman" w:cs="Times New Roman"/>
          <w:b/>
          <w:sz w:val="24"/>
          <w:szCs w:val="24"/>
          <w:u w:val="single"/>
          <w:lang w:val="ru-RU" w:eastAsia="ru-RU"/>
        </w:rPr>
        <w:t>обучающихся</w:t>
      </w:r>
      <w:proofErr w:type="gramEnd"/>
      <w:r w:rsidRPr="00BF0615">
        <w:rPr>
          <w:rFonts w:ascii="Times New Roman" w:eastAsia="Times New Roman" w:hAnsi="Times New Roman" w:cs="Times New Roman"/>
          <w:b/>
          <w:sz w:val="24"/>
          <w:szCs w:val="24"/>
          <w:u w:val="single"/>
          <w:lang w:val="ru-RU" w:eastAsia="ru-RU"/>
        </w:rPr>
        <w:t xml:space="preserve"> с ОВЗ</w:t>
      </w:r>
    </w:p>
    <w:p w:rsidR="00BF0615" w:rsidRPr="00BF0615" w:rsidRDefault="00BF0615" w:rsidP="00BF0615">
      <w:pPr>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color w:val="000000"/>
          <w:spacing w:val="-1"/>
          <w:sz w:val="24"/>
          <w:szCs w:val="24"/>
          <w:lang w:val="ru-RU" w:eastAsia="ru-RU"/>
        </w:rPr>
        <w:t>В школе обучаются дети с ОВЗ, испытывающие в силу различ</w:t>
      </w:r>
      <w:r w:rsidRPr="00BF0615">
        <w:rPr>
          <w:rFonts w:ascii="Times New Roman" w:eastAsia="Times New Roman" w:hAnsi="Times New Roman" w:cs="Times New Roman"/>
          <w:color w:val="000000"/>
          <w:spacing w:val="-1"/>
          <w:sz w:val="24"/>
          <w:szCs w:val="24"/>
          <w:lang w:val="ru-RU" w:eastAsia="ru-RU"/>
        </w:rPr>
        <w:softHyphen/>
      </w:r>
      <w:r w:rsidRPr="00BF0615">
        <w:rPr>
          <w:rFonts w:ascii="Times New Roman" w:eastAsia="Times New Roman" w:hAnsi="Times New Roman" w:cs="Times New Roman"/>
          <w:color w:val="000000"/>
          <w:spacing w:val="1"/>
          <w:sz w:val="24"/>
          <w:szCs w:val="24"/>
          <w:lang w:val="ru-RU" w:eastAsia="ru-RU"/>
        </w:rPr>
        <w:t xml:space="preserve">ных биологических и социальных причин имеющие временные или постоянные затруднения в </w:t>
      </w:r>
      <w:r w:rsidRPr="00BF0615">
        <w:rPr>
          <w:rFonts w:ascii="Times New Roman" w:eastAsia="Times New Roman" w:hAnsi="Times New Roman" w:cs="Times New Roman"/>
          <w:color w:val="000000"/>
          <w:sz w:val="24"/>
          <w:szCs w:val="24"/>
          <w:lang w:val="ru-RU" w:eastAsia="ru-RU"/>
        </w:rPr>
        <w:t xml:space="preserve">усвоении образовательных программ при отсутствии выраженных нарушений интеллекта, отклонений в развитии. Дети с ОВЗ – дети, состояние которых препятствует освоению образовательных программ общего образования </w:t>
      </w:r>
      <w:proofErr w:type="gramStart"/>
      <w:r w:rsidRPr="00BF0615">
        <w:rPr>
          <w:rFonts w:ascii="Times New Roman" w:eastAsia="Times New Roman" w:hAnsi="Times New Roman" w:cs="Times New Roman"/>
          <w:color w:val="000000"/>
          <w:sz w:val="24"/>
          <w:szCs w:val="24"/>
          <w:lang w:val="ru-RU" w:eastAsia="ru-RU"/>
        </w:rPr>
        <w:t>вне</w:t>
      </w:r>
      <w:proofErr w:type="gramEnd"/>
      <w:r w:rsidRPr="00BF0615">
        <w:rPr>
          <w:rFonts w:ascii="Times New Roman" w:eastAsia="Times New Roman" w:hAnsi="Times New Roman" w:cs="Times New Roman"/>
          <w:color w:val="000000"/>
          <w:sz w:val="24"/>
          <w:szCs w:val="24"/>
          <w:lang w:val="ru-RU" w:eastAsia="ru-RU"/>
        </w:rPr>
        <w:t xml:space="preserve"> </w:t>
      </w:r>
      <w:proofErr w:type="gramStart"/>
      <w:r w:rsidRPr="00BF0615">
        <w:rPr>
          <w:rFonts w:ascii="Times New Roman" w:eastAsia="Times New Roman" w:hAnsi="Times New Roman" w:cs="Times New Roman"/>
          <w:color w:val="000000"/>
          <w:sz w:val="24"/>
          <w:szCs w:val="24"/>
          <w:lang w:val="ru-RU" w:eastAsia="ru-RU"/>
        </w:rPr>
        <w:t>спец</w:t>
      </w:r>
      <w:proofErr w:type="gramEnd"/>
      <w:r w:rsidRPr="00BF0615">
        <w:rPr>
          <w:rFonts w:ascii="Times New Roman" w:eastAsia="Times New Roman" w:hAnsi="Times New Roman" w:cs="Times New Roman"/>
          <w:color w:val="000000"/>
          <w:sz w:val="24"/>
          <w:szCs w:val="24"/>
          <w:lang w:val="ru-RU" w:eastAsia="ru-RU"/>
        </w:rPr>
        <w:t xml:space="preserve">. условий обучения и воспитания. </w:t>
      </w:r>
      <w:r w:rsidRPr="00BF0615">
        <w:rPr>
          <w:rFonts w:ascii="Times New Roman" w:eastAsia="Times New Roman" w:hAnsi="Times New Roman" w:cs="Times New Roman"/>
          <w:sz w:val="24"/>
          <w:szCs w:val="24"/>
          <w:lang w:val="ru-RU" w:eastAsia="ru-RU"/>
        </w:rPr>
        <w:t>ОВЗ–это  тип психического развития ребенка, характеризующийся незрел</w:t>
      </w:r>
      <w:r w:rsidRPr="00BF0615">
        <w:rPr>
          <w:rFonts w:ascii="Times New Roman" w:eastAsia="Times New Roman" w:hAnsi="Times New Roman" w:cs="Times New Roman"/>
          <w:sz w:val="24"/>
          <w:szCs w:val="24"/>
          <w:lang w:val="ru-RU" w:eastAsia="ru-RU"/>
        </w:rPr>
        <w:t>о</w:t>
      </w:r>
      <w:r w:rsidRPr="00BF0615">
        <w:rPr>
          <w:rFonts w:ascii="Times New Roman" w:eastAsia="Times New Roman" w:hAnsi="Times New Roman" w:cs="Times New Roman"/>
          <w:sz w:val="24"/>
          <w:szCs w:val="24"/>
          <w:lang w:val="ru-RU" w:eastAsia="ru-RU"/>
        </w:rPr>
        <w:t>стью отдельных психических и психомоторных функций или психики в целом, формирующийся под влиянием наследственных, социально-средовых и психологических факторов</w:t>
      </w:r>
    </w:p>
    <w:p w:rsidR="00BF0615" w:rsidRPr="00BF0615" w:rsidRDefault="00BF0615" w:rsidP="00BF0615">
      <w:pPr>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color w:val="000000"/>
          <w:spacing w:val="2"/>
          <w:sz w:val="24"/>
          <w:szCs w:val="24"/>
          <w:lang w:val="ru-RU" w:eastAsia="ru-RU"/>
        </w:rPr>
        <w:lastRenderedPageBreak/>
        <w:t>Для таких детей характерны нарушения позна</w:t>
      </w:r>
      <w:r w:rsidRPr="00BF0615">
        <w:rPr>
          <w:rFonts w:ascii="Times New Roman" w:eastAsia="Times New Roman" w:hAnsi="Times New Roman" w:cs="Times New Roman"/>
          <w:color w:val="000000"/>
          <w:spacing w:val="2"/>
          <w:sz w:val="24"/>
          <w:szCs w:val="24"/>
          <w:lang w:val="ru-RU" w:eastAsia="ru-RU"/>
        </w:rPr>
        <w:softHyphen/>
        <w:t>вательной сферы: недостаточно сформированное произвольно</w:t>
      </w:r>
      <w:r w:rsidRPr="00BF0615">
        <w:rPr>
          <w:rFonts w:ascii="Times New Roman" w:eastAsia="Times New Roman" w:hAnsi="Times New Roman" w:cs="Times New Roman"/>
          <w:color w:val="000000"/>
          <w:spacing w:val="2"/>
          <w:sz w:val="24"/>
          <w:szCs w:val="24"/>
          <w:lang w:val="ru-RU" w:eastAsia="ru-RU"/>
        </w:rPr>
        <w:softHyphen/>
        <w:t>е</w:t>
      </w:r>
      <w:r w:rsidRPr="00BF0615">
        <w:rPr>
          <w:rFonts w:ascii="Times New Roman" w:eastAsia="Times New Roman" w:hAnsi="Times New Roman" w:cs="Times New Roman"/>
          <w:color w:val="000000"/>
          <w:sz w:val="24"/>
          <w:szCs w:val="24"/>
          <w:lang w:val="ru-RU" w:eastAsia="ru-RU"/>
        </w:rPr>
        <w:t xml:space="preserve"> внимание, произвольная память, способность к регуляции ум</w:t>
      </w:r>
      <w:r w:rsidRPr="00BF0615">
        <w:rPr>
          <w:rFonts w:ascii="Times New Roman" w:eastAsia="Times New Roman" w:hAnsi="Times New Roman" w:cs="Times New Roman"/>
          <w:color w:val="000000"/>
          <w:sz w:val="24"/>
          <w:szCs w:val="24"/>
          <w:lang w:val="ru-RU" w:eastAsia="ru-RU"/>
        </w:rPr>
        <w:softHyphen/>
        <w:t>ственных действий, а та</w:t>
      </w:r>
      <w:r w:rsidRPr="00BF0615">
        <w:rPr>
          <w:rFonts w:ascii="Times New Roman" w:eastAsia="Times New Roman" w:hAnsi="Times New Roman" w:cs="Times New Roman"/>
          <w:color w:val="000000"/>
          <w:sz w:val="24"/>
          <w:szCs w:val="24"/>
          <w:lang w:val="ru-RU" w:eastAsia="ru-RU"/>
        </w:rPr>
        <w:t>к</w:t>
      </w:r>
      <w:r w:rsidRPr="00BF0615">
        <w:rPr>
          <w:rFonts w:ascii="Times New Roman" w:eastAsia="Times New Roman" w:hAnsi="Times New Roman" w:cs="Times New Roman"/>
          <w:color w:val="000000"/>
          <w:sz w:val="24"/>
          <w:szCs w:val="24"/>
          <w:lang w:val="ru-RU" w:eastAsia="ru-RU"/>
        </w:rPr>
        <w:t>же нарушение моторики, в виде недоста</w:t>
      </w:r>
      <w:r w:rsidRPr="00BF0615">
        <w:rPr>
          <w:rFonts w:ascii="Times New Roman" w:eastAsia="Times New Roman" w:hAnsi="Times New Roman" w:cs="Times New Roman"/>
          <w:color w:val="000000"/>
          <w:sz w:val="24"/>
          <w:szCs w:val="24"/>
          <w:lang w:val="ru-RU" w:eastAsia="ru-RU"/>
        </w:rPr>
        <w:softHyphen/>
        <w:t>точной координации движений, общее недоразвитие речи, о</w:t>
      </w:r>
      <w:r w:rsidRPr="00BF0615">
        <w:rPr>
          <w:rFonts w:ascii="Times New Roman" w:eastAsia="Times New Roman" w:hAnsi="Times New Roman" w:cs="Times New Roman"/>
          <w:color w:val="000000"/>
          <w:sz w:val="24"/>
          <w:szCs w:val="24"/>
          <w:lang w:val="ru-RU" w:eastAsia="ru-RU"/>
        </w:rPr>
        <w:t>г</w:t>
      </w:r>
      <w:r w:rsidRPr="00BF0615">
        <w:rPr>
          <w:rFonts w:ascii="Times New Roman" w:eastAsia="Times New Roman" w:hAnsi="Times New Roman" w:cs="Times New Roman"/>
          <w:color w:val="000000"/>
          <w:sz w:val="24"/>
          <w:szCs w:val="24"/>
          <w:lang w:val="ru-RU" w:eastAsia="ru-RU"/>
        </w:rPr>
        <w:t>рани</w:t>
      </w:r>
      <w:r w:rsidRPr="00BF0615">
        <w:rPr>
          <w:rFonts w:ascii="Times New Roman" w:eastAsia="Times New Roman" w:hAnsi="Times New Roman" w:cs="Times New Roman"/>
          <w:color w:val="000000"/>
          <w:sz w:val="24"/>
          <w:szCs w:val="24"/>
          <w:lang w:val="ru-RU" w:eastAsia="ru-RU"/>
        </w:rPr>
        <w:softHyphen/>
        <w:t xml:space="preserve">ченный запас знаний и представлений об окружающем мире. Эти </w:t>
      </w:r>
      <w:r w:rsidRPr="00BF0615">
        <w:rPr>
          <w:rFonts w:ascii="Times New Roman" w:eastAsia="Times New Roman" w:hAnsi="Times New Roman" w:cs="Times New Roman"/>
          <w:color w:val="000000"/>
          <w:spacing w:val="-1"/>
          <w:sz w:val="24"/>
          <w:szCs w:val="24"/>
          <w:lang w:val="ru-RU" w:eastAsia="ru-RU"/>
        </w:rPr>
        <w:t>учащиеся часто демонстрируют ситуационно-личностные реакции, причина которых лежит в нарушениях познавательной сферы: сни</w:t>
      </w:r>
      <w:r w:rsidRPr="00BF0615">
        <w:rPr>
          <w:rFonts w:ascii="Times New Roman" w:eastAsia="Times New Roman" w:hAnsi="Times New Roman" w:cs="Times New Roman"/>
          <w:color w:val="000000"/>
          <w:spacing w:val="-1"/>
          <w:sz w:val="24"/>
          <w:szCs w:val="24"/>
          <w:lang w:val="ru-RU" w:eastAsia="ru-RU"/>
        </w:rPr>
        <w:softHyphen/>
      </w:r>
      <w:r w:rsidRPr="00BF0615">
        <w:rPr>
          <w:rFonts w:ascii="Times New Roman" w:eastAsia="Times New Roman" w:hAnsi="Times New Roman" w:cs="Times New Roman"/>
          <w:color w:val="000000"/>
          <w:spacing w:val="1"/>
          <w:sz w:val="24"/>
          <w:szCs w:val="24"/>
          <w:lang w:val="ru-RU" w:eastAsia="ru-RU"/>
        </w:rPr>
        <w:t xml:space="preserve">женная активность умственных действии, низкая работоспособность, нарушение регуляции </w:t>
      </w:r>
      <w:r w:rsidRPr="00BF0615">
        <w:rPr>
          <w:rFonts w:ascii="Times New Roman" w:eastAsia="Times New Roman" w:hAnsi="Times New Roman" w:cs="Times New Roman"/>
          <w:color w:val="000000"/>
          <w:sz w:val="24"/>
          <w:szCs w:val="24"/>
          <w:lang w:val="ru-RU" w:eastAsia="ru-RU"/>
        </w:rPr>
        <w:t>действий по простой и сложной словесной инструкции; повышен</w:t>
      </w:r>
      <w:r w:rsidRPr="00BF0615">
        <w:rPr>
          <w:rFonts w:ascii="Times New Roman" w:eastAsia="Times New Roman" w:hAnsi="Times New Roman" w:cs="Times New Roman"/>
          <w:color w:val="000000"/>
          <w:sz w:val="24"/>
          <w:szCs w:val="24"/>
          <w:lang w:val="ru-RU" w:eastAsia="ru-RU"/>
        </w:rPr>
        <w:softHyphen/>
        <w:t>ная подражательность и отвлекаемость вним</w:t>
      </w:r>
      <w:r w:rsidRPr="00BF0615">
        <w:rPr>
          <w:rFonts w:ascii="Times New Roman" w:eastAsia="Times New Roman" w:hAnsi="Times New Roman" w:cs="Times New Roman"/>
          <w:color w:val="000000"/>
          <w:sz w:val="24"/>
          <w:szCs w:val="24"/>
          <w:lang w:val="ru-RU" w:eastAsia="ru-RU"/>
        </w:rPr>
        <w:t>а</w:t>
      </w:r>
      <w:r w:rsidRPr="00BF0615">
        <w:rPr>
          <w:rFonts w:ascii="Times New Roman" w:eastAsia="Times New Roman" w:hAnsi="Times New Roman" w:cs="Times New Roman"/>
          <w:color w:val="000000"/>
          <w:sz w:val="24"/>
          <w:szCs w:val="24"/>
          <w:lang w:val="ru-RU" w:eastAsia="ru-RU"/>
        </w:rPr>
        <w:t>ния, полевое поведе</w:t>
      </w:r>
      <w:r w:rsidRPr="00BF0615">
        <w:rPr>
          <w:rFonts w:ascii="Times New Roman" w:eastAsia="Times New Roman" w:hAnsi="Times New Roman" w:cs="Times New Roman"/>
          <w:color w:val="000000"/>
          <w:sz w:val="24"/>
          <w:szCs w:val="24"/>
          <w:lang w:val="ru-RU" w:eastAsia="ru-RU"/>
        </w:rPr>
        <w:softHyphen/>
      </w:r>
      <w:r w:rsidRPr="00BF0615">
        <w:rPr>
          <w:rFonts w:ascii="Times New Roman" w:eastAsia="Times New Roman" w:hAnsi="Times New Roman" w:cs="Times New Roman"/>
          <w:color w:val="000000"/>
          <w:spacing w:val="1"/>
          <w:sz w:val="24"/>
          <w:szCs w:val="24"/>
          <w:lang w:val="ru-RU" w:eastAsia="ru-RU"/>
        </w:rPr>
        <w:t xml:space="preserve">ние, избегание умственных усилий. </w:t>
      </w:r>
      <w:r w:rsidRPr="00BF0615">
        <w:rPr>
          <w:rFonts w:ascii="Times New Roman" w:eastAsia="Times New Roman" w:hAnsi="Times New Roman" w:cs="Times New Roman"/>
          <w:sz w:val="24"/>
          <w:szCs w:val="24"/>
          <w:lang w:val="ru-RU" w:eastAsia="ru-RU"/>
        </w:rPr>
        <w:t xml:space="preserve">Учебная деятельность детей с ОВЗ отличается </w:t>
      </w:r>
      <w:proofErr w:type="spellStart"/>
      <w:r w:rsidRPr="00BF0615">
        <w:rPr>
          <w:rFonts w:ascii="Times New Roman" w:eastAsia="Times New Roman" w:hAnsi="Times New Roman" w:cs="Times New Roman"/>
          <w:sz w:val="24"/>
          <w:szCs w:val="24"/>
          <w:lang w:val="ru-RU" w:eastAsia="ru-RU"/>
        </w:rPr>
        <w:t>ослабленностью</w:t>
      </w:r>
      <w:proofErr w:type="spellEnd"/>
      <w:r w:rsidRPr="00BF0615">
        <w:rPr>
          <w:rFonts w:ascii="Times New Roman" w:eastAsia="Times New Roman" w:hAnsi="Times New Roman" w:cs="Times New Roman"/>
          <w:sz w:val="24"/>
          <w:szCs w:val="24"/>
          <w:lang w:val="ru-RU" w:eastAsia="ru-RU"/>
        </w:rPr>
        <w:t xml:space="preserve"> регуляции деятельности во всех звеньях процесса учения. Отсутствием достаточно стойкого интереса к предложенному заданию; необдуманностью, импульсивностью и слабой орие</w:t>
      </w:r>
      <w:r w:rsidRPr="00BF0615">
        <w:rPr>
          <w:rFonts w:ascii="Times New Roman" w:eastAsia="Times New Roman" w:hAnsi="Times New Roman" w:cs="Times New Roman"/>
          <w:sz w:val="24"/>
          <w:szCs w:val="24"/>
          <w:lang w:val="ru-RU" w:eastAsia="ru-RU"/>
        </w:rPr>
        <w:t>н</w:t>
      </w:r>
      <w:r w:rsidRPr="00BF0615">
        <w:rPr>
          <w:rFonts w:ascii="Times New Roman" w:eastAsia="Times New Roman" w:hAnsi="Times New Roman" w:cs="Times New Roman"/>
          <w:sz w:val="24"/>
          <w:szCs w:val="24"/>
          <w:lang w:val="ru-RU" w:eastAsia="ru-RU"/>
        </w:rPr>
        <w:t xml:space="preserve">тировкой в заданиях, </w:t>
      </w:r>
      <w:proofErr w:type="gramStart"/>
      <w:r w:rsidRPr="00BF0615">
        <w:rPr>
          <w:rFonts w:ascii="Times New Roman" w:eastAsia="Times New Roman" w:hAnsi="Times New Roman" w:cs="Times New Roman"/>
          <w:sz w:val="24"/>
          <w:szCs w:val="24"/>
          <w:lang w:val="ru-RU" w:eastAsia="ru-RU"/>
        </w:rPr>
        <w:t>приводящими</w:t>
      </w:r>
      <w:proofErr w:type="gramEnd"/>
      <w:r w:rsidRPr="00BF0615">
        <w:rPr>
          <w:rFonts w:ascii="Times New Roman" w:eastAsia="Times New Roman" w:hAnsi="Times New Roman" w:cs="Times New Roman"/>
          <w:sz w:val="24"/>
          <w:szCs w:val="24"/>
          <w:lang w:val="ru-RU" w:eastAsia="ru-RU"/>
        </w:rPr>
        <w:t xml:space="preserve"> к многочисленным ошибочным действиям; недостаточной цел</w:t>
      </w:r>
      <w:r w:rsidRPr="00BF0615">
        <w:rPr>
          <w:rFonts w:ascii="Times New Roman" w:eastAsia="Times New Roman" w:hAnsi="Times New Roman" w:cs="Times New Roman"/>
          <w:sz w:val="24"/>
          <w:szCs w:val="24"/>
          <w:lang w:val="ru-RU" w:eastAsia="ru-RU"/>
        </w:rPr>
        <w:t>е</w:t>
      </w:r>
      <w:r w:rsidRPr="00BF0615">
        <w:rPr>
          <w:rFonts w:ascii="Times New Roman" w:eastAsia="Times New Roman" w:hAnsi="Times New Roman" w:cs="Times New Roman"/>
          <w:sz w:val="24"/>
          <w:szCs w:val="24"/>
          <w:lang w:val="ru-RU" w:eastAsia="ru-RU"/>
        </w:rPr>
        <w:t>направленностью деятельности; малой активностью, безынициативностью, отсутствием стремления улучшить свои результаты, осмыслить работу в целом, понять причины ошибок.</w:t>
      </w:r>
    </w:p>
    <w:p w:rsidR="00BF0615" w:rsidRPr="00BF0615" w:rsidRDefault="00BF0615" w:rsidP="00BF0615">
      <w:pPr>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Восприятие таких детей неустойчиво и в значительной мере зависит от посторонних раздраж</w:t>
      </w:r>
      <w:r w:rsidRPr="00BF0615">
        <w:rPr>
          <w:rFonts w:ascii="Times New Roman" w:eastAsia="Times New Roman" w:hAnsi="Times New Roman" w:cs="Times New Roman"/>
          <w:sz w:val="24"/>
          <w:szCs w:val="24"/>
          <w:lang w:val="ru-RU" w:eastAsia="ru-RU"/>
        </w:rPr>
        <w:t>и</w:t>
      </w:r>
      <w:r w:rsidRPr="00BF0615">
        <w:rPr>
          <w:rFonts w:ascii="Times New Roman" w:eastAsia="Times New Roman" w:hAnsi="Times New Roman" w:cs="Times New Roman"/>
          <w:sz w:val="24"/>
          <w:szCs w:val="24"/>
          <w:lang w:val="ru-RU" w:eastAsia="ru-RU"/>
        </w:rPr>
        <w:t>телей. Дети не могут сосредоточиться на существенных признаках, у них отмечаются выраженная з</w:t>
      </w:r>
      <w:r w:rsidRPr="00BF0615">
        <w:rPr>
          <w:rFonts w:ascii="Times New Roman" w:eastAsia="Times New Roman" w:hAnsi="Times New Roman" w:cs="Times New Roman"/>
          <w:sz w:val="24"/>
          <w:szCs w:val="24"/>
          <w:lang w:val="ru-RU" w:eastAsia="ru-RU"/>
        </w:rPr>
        <w:t>а</w:t>
      </w:r>
      <w:r w:rsidRPr="00BF0615">
        <w:rPr>
          <w:rFonts w:ascii="Times New Roman" w:eastAsia="Times New Roman" w:hAnsi="Times New Roman" w:cs="Times New Roman"/>
          <w:sz w:val="24"/>
          <w:szCs w:val="24"/>
          <w:lang w:val="ru-RU" w:eastAsia="ru-RU"/>
        </w:rPr>
        <w:t>висимость внимания от внешних посторонних воздействий и неустойчивость внимания при необх</w:t>
      </w:r>
      <w:r w:rsidRPr="00BF0615">
        <w:rPr>
          <w:rFonts w:ascii="Times New Roman" w:eastAsia="Times New Roman" w:hAnsi="Times New Roman" w:cs="Times New Roman"/>
          <w:sz w:val="24"/>
          <w:szCs w:val="24"/>
          <w:lang w:val="ru-RU" w:eastAsia="ru-RU"/>
        </w:rPr>
        <w:t>о</w:t>
      </w:r>
      <w:r w:rsidRPr="00BF0615">
        <w:rPr>
          <w:rFonts w:ascii="Times New Roman" w:eastAsia="Times New Roman" w:hAnsi="Times New Roman" w:cs="Times New Roman"/>
          <w:sz w:val="24"/>
          <w:szCs w:val="24"/>
          <w:lang w:val="ru-RU" w:eastAsia="ru-RU"/>
        </w:rPr>
        <w:t>димости выполнения длинного ряда операций.</w:t>
      </w:r>
    </w:p>
    <w:p w:rsidR="00BF0615" w:rsidRPr="00BF0615" w:rsidRDefault="00BF0615" w:rsidP="00BF061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Полученные в различных исследованиях сведения о развитии движений у детей с ОВЗ дают во</w:t>
      </w:r>
      <w:r w:rsidRPr="00BF0615">
        <w:rPr>
          <w:rFonts w:ascii="Times New Roman" w:eastAsia="Times New Roman" w:hAnsi="Times New Roman" w:cs="Times New Roman"/>
          <w:sz w:val="24"/>
          <w:szCs w:val="24"/>
          <w:lang w:val="ru-RU" w:eastAsia="ru-RU"/>
        </w:rPr>
        <w:t>з</w:t>
      </w:r>
      <w:r w:rsidRPr="00BF0615">
        <w:rPr>
          <w:rFonts w:ascii="Times New Roman" w:eastAsia="Times New Roman" w:hAnsi="Times New Roman" w:cs="Times New Roman"/>
          <w:sz w:val="24"/>
          <w:szCs w:val="24"/>
          <w:lang w:val="ru-RU" w:eastAsia="ru-RU"/>
        </w:rPr>
        <w:t>можность охарактеризовать основное своеобразие их психофизического развития. У таких детей, по мнению многих ученых, отмечаются следующие нарушения:</w:t>
      </w:r>
    </w:p>
    <w:p w:rsidR="00BF0615" w:rsidRPr="00BF0615" w:rsidRDefault="00BF0615" w:rsidP="00BF061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ab/>
        <w:t xml:space="preserve"> - своеобразная моторная недостаточность;</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w:t>
      </w:r>
      <w:proofErr w:type="spellStart"/>
      <w:r w:rsidRPr="00BF0615">
        <w:rPr>
          <w:rFonts w:ascii="Times New Roman" w:eastAsia="Times New Roman" w:hAnsi="Times New Roman" w:cs="Times New Roman"/>
          <w:sz w:val="24"/>
          <w:szCs w:val="24"/>
          <w:lang w:val="ru-RU" w:eastAsia="ru-RU"/>
        </w:rPr>
        <w:t>несформированность</w:t>
      </w:r>
      <w:proofErr w:type="spellEnd"/>
      <w:r w:rsidRPr="00BF0615">
        <w:rPr>
          <w:rFonts w:ascii="Times New Roman" w:eastAsia="Times New Roman" w:hAnsi="Times New Roman" w:cs="Times New Roman"/>
          <w:sz w:val="24"/>
          <w:szCs w:val="24"/>
          <w:lang w:val="ru-RU" w:eastAsia="ru-RU"/>
        </w:rPr>
        <w:t xml:space="preserve"> сложных </w:t>
      </w:r>
      <w:proofErr w:type="spellStart"/>
      <w:r w:rsidRPr="00BF0615">
        <w:rPr>
          <w:rFonts w:ascii="Times New Roman" w:eastAsia="Times New Roman" w:hAnsi="Times New Roman" w:cs="Times New Roman"/>
          <w:sz w:val="24"/>
          <w:szCs w:val="24"/>
          <w:lang w:val="ru-RU" w:eastAsia="ru-RU"/>
        </w:rPr>
        <w:t>координаторных</w:t>
      </w:r>
      <w:proofErr w:type="spellEnd"/>
      <w:r w:rsidRPr="00BF0615">
        <w:rPr>
          <w:rFonts w:ascii="Times New Roman" w:eastAsia="Times New Roman" w:hAnsi="Times New Roman" w:cs="Times New Roman"/>
          <w:sz w:val="24"/>
          <w:szCs w:val="24"/>
          <w:lang w:val="ru-RU" w:eastAsia="ru-RU"/>
        </w:rPr>
        <w:t xml:space="preserve"> схем; </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недостаточная ориентировка в частях собственного тела;</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неловкость ручной моторики;</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нарушение произвольной регуляции движений;</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недостаточная </w:t>
      </w:r>
      <w:proofErr w:type="spellStart"/>
      <w:r w:rsidRPr="00BF0615">
        <w:rPr>
          <w:rFonts w:ascii="Times New Roman" w:eastAsia="Times New Roman" w:hAnsi="Times New Roman" w:cs="Times New Roman"/>
          <w:sz w:val="24"/>
          <w:szCs w:val="24"/>
          <w:lang w:val="ru-RU" w:eastAsia="ru-RU"/>
        </w:rPr>
        <w:t>координированность</w:t>
      </w:r>
      <w:proofErr w:type="spellEnd"/>
      <w:r w:rsidRPr="00BF0615">
        <w:rPr>
          <w:rFonts w:ascii="Times New Roman" w:eastAsia="Times New Roman" w:hAnsi="Times New Roman" w:cs="Times New Roman"/>
          <w:sz w:val="24"/>
          <w:szCs w:val="24"/>
          <w:lang w:val="ru-RU" w:eastAsia="ru-RU"/>
        </w:rPr>
        <w:t xml:space="preserve"> и нечеткость непроизвольных движений; </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трудности переключения и автоматизации;</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двигательная неловкость;</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наряду с общей психической недостаточностью, у них наблюдается общая физическая </w:t>
      </w:r>
      <w:proofErr w:type="spellStart"/>
      <w:r w:rsidRPr="00BF0615">
        <w:rPr>
          <w:rFonts w:ascii="Times New Roman" w:eastAsia="Times New Roman" w:hAnsi="Times New Roman" w:cs="Times New Roman"/>
          <w:sz w:val="24"/>
          <w:szCs w:val="24"/>
          <w:lang w:val="ru-RU" w:eastAsia="ru-RU"/>
        </w:rPr>
        <w:t>ослабленность</w:t>
      </w:r>
      <w:proofErr w:type="spellEnd"/>
      <w:r w:rsidRPr="00BF0615">
        <w:rPr>
          <w:rFonts w:ascii="Times New Roman" w:eastAsia="Times New Roman" w:hAnsi="Times New Roman" w:cs="Times New Roman"/>
          <w:sz w:val="24"/>
          <w:szCs w:val="24"/>
          <w:lang w:val="ru-RU" w:eastAsia="ru-RU"/>
        </w:rPr>
        <w:t xml:space="preserve"> и не редко нарушение здоровья (по своему физическому развитию многие н</w:t>
      </w:r>
      <w:r w:rsidRPr="00BF0615">
        <w:rPr>
          <w:rFonts w:ascii="Times New Roman" w:eastAsia="Times New Roman" w:hAnsi="Times New Roman" w:cs="Times New Roman"/>
          <w:sz w:val="24"/>
          <w:szCs w:val="24"/>
          <w:lang w:val="ru-RU" w:eastAsia="ru-RU"/>
        </w:rPr>
        <w:t>а</w:t>
      </w:r>
      <w:r w:rsidRPr="00BF0615">
        <w:rPr>
          <w:rFonts w:ascii="Times New Roman" w:eastAsia="Times New Roman" w:hAnsi="Times New Roman" w:cs="Times New Roman"/>
          <w:sz w:val="24"/>
          <w:szCs w:val="24"/>
          <w:lang w:val="ru-RU" w:eastAsia="ru-RU"/>
        </w:rPr>
        <w:t>поминают детей более раннего возраста);</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перекрестная или невыраженная </w:t>
      </w:r>
      <w:proofErr w:type="spellStart"/>
      <w:r w:rsidRPr="00BF0615">
        <w:rPr>
          <w:rFonts w:ascii="Times New Roman" w:eastAsia="Times New Roman" w:hAnsi="Times New Roman" w:cs="Times New Roman"/>
          <w:sz w:val="24"/>
          <w:szCs w:val="24"/>
          <w:lang w:val="ru-RU" w:eastAsia="ru-RU"/>
        </w:rPr>
        <w:t>латеральность</w:t>
      </w:r>
      <w:proofErr w:type="spellEnd"/>
      <w:r w:rsidRPr="00BF0615">
        <w:rPr>
          <w:rFonts w:ascii="Times New Roman" w:eastAsia="Times New Roman" w:hAnsi="Times New Roman" w:cs="Times New Roman"/>
          <w:sz w:val="24"/>
          <w:szCs w:val="24"/>
          <w:lang w:val="ru-RU" w:eastAsia="ru-RU"/>
        </w:rPr>
        <w:t>;</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недостаточность таких двигательных качеств как точность, выносливость, гибкость, к</w:t>
      </w:r>
      <w:r w:rsidRPr="00BF0615">
        <w:rPr>
          <w:rFonts w:ascii="Times New Roman" w:eastAsia="Times New Roman" w:hAnsi="Times New Roman" w:cs="Times New Roman"/>
          <w:sz w:val="24"/>
          <w:szCs w:val="24"/>
          <w:lang w:val="ru-RU" w:eastAsia="ru-RU"/>
        </w:rPr>
        <w:t>о</w:t>
      </w:r>
      <w:r w:rsidRPr="00BF0615">
        <w:rPr>
          <w:rFonts w:ascii="Times New Roman" w:eastAsia="Times New Roman" w:hAnsi="Times New Roman" w:cs="Times New Roman"/>
          <w:sz w:val="24"/>
          <w:szCs w:val="24"/>
          <w:lang w:val="ru-RU" w:eastAsia="ru-RU"/>
        </w:rPr>
        <w:t>ординация;</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задержка мышечной координации, что проявляется при езде на велосипеде, при беге, прыжках;</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такие дети с трудом сохраняют равновесие, стоя на одной ноге (в позе </w:t>
      </w:r>
      <w:proofErr w:type="spellStart"/>
      <w:r w:rsidRPr="00BF0615">
        <w:rPr>
          <w:rFonts w:ascii="Times New Roman" w:eastAsia="Times New Roman" w:hAnsi="Times New Roman" w:cs="Times New Roman"/>
          <w:sz w:val="24"/>
          <w:szCs w:val="24"/>
          <w:lang w:val="ru-RU" w:eastAsia="ru-RU"/>
        </w:rPr>
        <w:t>Ромберга</w:t>
      </w:r>
      <w:proofErr w:type="spellEnd"/>
      <w:r w:rsidRPr="00BF0615">
        <w:rPr>
          <w:rFonts w:ascii="Times New Roman" w:eastAsia="Times New Roman" w:hAnsi="Times New Roman" w:cs="Times New Roman"/>
          <w:sz w:val="24"/>
          <w:szCs w:val="24"/>
          <w:lang w:val="ru-RU" w:eastAsia="ru-RU"/>
        </w:rPr>
        <w:t>), при ходьбе по прямой линии, прочерченной на полу;</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повышенная двигательная активность из-за недостаточности тормозных механизмов, а медлительность и двигательная пассивность встречаются реже;</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неумение подчиняться заданному (музыкальному или словесному) ритму;</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усложнение характера двигательной реакции сопровождается увеличением времени р</w:t>
      </w:r>
      <w:r w:rsidRPr="00BF0615">
        <w:rPr>
          <w:rFonts w:ascii="Times New Roman" w:eastAsia="Times New Roman" w:hAnsi="Times New Roman" w:cs="Times New Roman"/>
          <w:sz w:val="24"/>
          <w:szCs w:val="24"/>
          <w:lang w:val="ru-RU" w:eastAsia="ru-RU"/>
        </w:rPr>
        <w:t>е</w:t>
      </w:r>
      <w:r w:rsidRPr="00BF0615">
        <w:rPr>
          <w:rFonts w:ascii="Times New Roman" w:eastAsia="Times New Roman" w:hAnsi="Times New Roman" w:cs="Times New Roman"/>
          <w:sz w:val="24"/>
          <w:szCs w:val="24"/>
          <w:lang w:val="ru-RU" w:eastAsia="ru-RU"/>
        </w:rPr>
        <w:t>акции, чем при нормальном развитии;</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не умеют двигаться в группе, в строю, с трудом выполняют даже самые простые движ</w:t>
      </w:r>
      <w:r w:rsidRPr="00BF0615">
        <w:rPr>
          <w:rFonts w:ascii="Times New Roman" w:eastAsia="Times New Roman" w:hAnsi="Times New Roman" w:cs="Times New Roman"/>
          <w:sz w:val="24"/>
          <w:szCs w:val="24"/>
          <w:lang w:val="ru-RU" w:eastAsia="ru-RU"/>
        </w:rPr>
        <w:t>е</w:t>
      </w:r>
      <w:r w:rsidRPr="00BF0615">
        <w:rPr>
          <w:rFonts w:ascii="Times New Roman" w:eastAsia="Times New Roman" w:hAnsi="Times New Roman" w:cs="Times New Roman"/>
          <w:sz w:val="24"/>
          <w:szCs w:val="24"/>
          <w:lang w:val="ru-RU" w:eastAsia="ru-RU"/>
        </w:rPr>
        <w:t>ния согласованно с коллективом;</w:t>
      </w:r>
    </w:p>
    <w:p w:rsidR="00BF0615" w:rsidRPr="00BF0615" w:rsidRDefault="00BF0615" w:rsidP="00BF0615">
      <w:pPr>
        <w:widowControl w:val="0"/>
        <w:autoSpaceDE w:val="0"/>
        <w:autoSpaceDN w:val="0"/>
        <w:adjustRightInd w:val="0"/>
        <w:spacing w:after="0" w:line="240" w:lineRule="auto"/>
        <w:ind w:left="786" w:firstLine="426"/>
        <w:contextualSpacing/>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 - характерна неправильная ходьба с одновременным движением </w:t>
      </w:r>
      <w:proofErr w:type="gramStart"/>
      <w:r w:rsidRPr="00BF0615">
        <w:rPr>
          <w:rFonts w:ascii="Times New Roman" w:eastAsia="Times New Roman" w:hAnsi="Times New Roman" w:cs="Times New Roman"/>
          <w:sz w:val="24"/>
          <w:szCs w:val="24"/>
          <w:lang w:val="ru-RU" w:eastAsia="ru-RU"/>
        </w:rPr>
        <w:t>одноименными</w:t>
      </w:r>
      <w:proofErr w:type="gramEnd"/>
      <w:r w:rsidRPr="00BF0615">
        <w:rPr>
          <w:rFonts w:ascii="Times New Roman" w:eastAsia="Times New Roman" w:hAnsi="Times New Roman" w:cs="Times New Roman"/>
          <w:sz w:val="24"/>
          <w:szCs w:val="24"/>
          <w:lang w:val="ru-RU" w:eastAsia="ru-RU"/>
        </w:rPr>
        <w:t xml:space="preserve"> рукой и ногой.</w:t>
      </w:r>
    </w:p>
    <w:p w:rsidR="00BF0615" w:rsidRPr="00BF0615" w:rsidRDefault="00BF0615" w:rsidP="00BF061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Эффективное овладение двигательными навыками на уроках физической культуры  возможно лишь при умелой организации учебных форм сотрудничества детей и учета особенностей проведения урока через создание на уроке ситуации успеха для детей с ОВЗ. Учебно-воспитательный процесс предполагает создание каждому ученику ситуации успеха на уроке. Стремление к успеху есть способ преодоления неуспеха.</w:t>
      </w:r>
    </w:p>
    <w:p w:rsidR="00BF0615" w:rsidRPr="00BF0615" w:rsidRDefault="00BF0615" w:rsidP="00BF061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Деятельность, приносящая успех, является основным фактором личностного роста, потому что успех ребенка – это единственный источник внутренних сил и энергии.</w:t>
      </w:r>
    </w:p>
    <w:p w:rsidR="00BF0615" w:rsidRPr="00BF0615" w:rsidRDefault="00BF0615" w:rsidP="00BF0615">
      <w:pPr>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sz w:val="24"/>
          <w:szCs w:val="24"/>
          <w:lang w:val="ru-RU" w:eastAsia="ru-RU"/>
        </w:rPr>
        <w:t xml:space="preserve">В соответствии со структурой двигательной (физкультурной) деятельности, учебный предмет физической культуры структурируется по трем основным разделам: </w:t>
      </w:r>
    </w:p>
    <w:p w:rsidR="00BF0615" w:rsidRPr="00BF0615" w:rsidRDefault="00BF0615" w:rsidP="00BF0615">
      <w:pPr>
        <w:widowControl w:val="0"/>
        <w:numPr>
          <w:ilvl w:val="0"/>
          <w:numId w:val="10"/>
        </w:numPr>
        <w:autoSpaceDE w:val="0"/>
        <w:autoSpaceDN w:val="0"/>
        <w:adjustRightInd w:val="0"/>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i/>
          <w:sz w:val="24"/>
          <w:szCs w:val="24"/>
          <w:lang w:val="ru-RU" w:eastAsia="ru-RU"/>
        </w:rPr>
        <w:t>Знания о физической культуре</w:t>
      </w:r>
      <w:r w:rsidRPr="00BF0615">
        <w:rPr>
          <w:rFonts w:ascii="Times New Roman" w:eastAsia="Times New Roman" w:hAnsi="Times New Roman" w:cs="Times New Roman"/>
          <w:sz w:val="24"/>
          <w:szCs w:val="24"/>
          <w:lang w:val="ru-RU" w:eastAsia="ru-RU"/>
        </w:rPr>
        <w:t xml:space="preserve"> (информационный компонент деятельности), </w:t>
      </w:r>
    </w:p>
    <w:p w:rsidR="00BF0615" w:rsidRPr="00BF0615" w:rsidRDefault="00BF0615" w:rsidP="00BF0615">
      <w:pPr>
        <w:widowControl w:val="0"/>
        <w:numPr>
          <w:ilvl w:val="0"/>
          <w:numId w:val="10"/>
        </w:numPr>
        <w:autoSpaceDE w:val="0"/>
        <w:autoSpaceDN w:val="0"/>
        <w:adjustRightInd w:val="0"/>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i/>
          <w:sz w:val="24"/>
          <w:szCs w:val="24"/>
          <w:lang w:val="ru-RU" w:eastAsia="ru-RU"/>
        </w:rPr>
        <w:t>физическое совершенствование</w:t>
      </w:r>
      <w:r w:rsidRPr="00BF0615">
        <w:rPr>
          <w:rFonts w:ascii="Times New Roman" w:eastAsia="Times New Roman" w:hAnsi="Times New Roman" w:cs="Times New Roman"/>
          <w:sz w:val="24"/>
          <w:szCs w:val="24"/>
          <w:lang w:val="ru-RU" w:eastAsia="ru-RU"/>
        </w:rPr>
        <w:t xml:space="preserve"> (</w:t>
      </w:r>
      <w:proofErr w:type="spellStart"/>
      <w:r w:rsidRPr="00BF0615">
        <w:rPr>
          <w:rFonts w:ascii="Times New Roman" w:eastAsia="Times New Roman" w:hAnsi="Times New Roman" w:cs="Times New Roman"/>
          <w:sz w:val="24"/>
          <w:szCs w:val="24"/>
          <w:lang w:val="ru-RU" w:eastAsia="ru-RU"/>
        </w:rPr>
        <w:t>мотивационно-процессуальный</w:t>
      </w:r>
      <w:proofErr w:type="spellEnd"/>
      <w:r w:rsidRPr="00BF0615">
        <w:rPr>
          <w:rFonts w:ascii="Times New Roman" w:eastAsia="Times New Roman" w:hAnsi="Times New Roman" w:cs="Times New Roman"/>
          <w:sz w:val="24"/>
          <w:szCs w:val="24"/>
          <w:lang w:val="ru-RU" w:eastAsia="ru-RU"/>
        </w:rPr>
        <w:t xml:space="preserve"> компонент деятел</w:t>
      </w:r>
      <w:r w:rsidRPr="00BF0615">
        <w:rPr>
          <w:rFonts w:ascii="Times New Roman" w:eastAsia="Times New Roman" w:hAnsi="Times New Roman" w:cs="Times New Roman"/>
          <w:sz w:val="24"/>
          <w:szCs w:val="24"/>
          <w:lang w:val="ru-RU" w:eastAsia="ru-RU"/>
        </w:rPr>
        <w:t>ь</w:t>
      </w:r>
      <w:r w:rsidRPr="00BF0615">
        <w:rPr>
          <w:rFonts w:ascii="Times New Roman" w:eastAsia="Times New Roman" w:hAnsi="Times New Roman" w:cs="Times New Roman"/>
          <w:sz w:val="24"/>
          <w:szCs w:val="24"/>
          <w:lang w:val="ru-RU" w:eastAsia="ru-RU"/>
        </w:rPr>
        <w:lastRenderedPageBreak/>
        <w:t xml:space="preserve">ности)  </w:t>
      </w:r>
      <w:r w:rsidRPr="00BF0615">
        <w:rPr>
          <w:rFonts w:ascii="Times New Roman" w:eastAsia="Times New Roman" w:hAnsi="Times New Roman" w:cs="Times New Roman"/>
          <w:i/>
          <w:sz w:val="24"/>
          <w:szCs w:val="24"/>
          <w:lang w:val="ru-RU" w:eastAsia="ru-RU"/>
        </w:rPr>
        <w:t>способы двигательной  деятельности</w:t>
      </w:r>
      <w:r w:rsidRPr="00BF0615">
        <w:rPr>
          <w:rFonts w:ascii="Times New Roman" w:eastAsia="Times New Roman" w:hAnsi="Times New Roman" w:cs="Times New Roman"/>
          <w:sz w:val="24"/>
          <w:szCs w:val="24"/>
          <w:lang w:val="ru-RU" w:eastAsia="ru-RU"/>
        </w:rPr>
        <w:t xml:space="preserve"> (</w:t>
      </w:r>
      <w:proofErr w:type="spellStart"/>
      <w:r w:rsidRPr="00BF0615">
        <w:rPr>
          <w:rFonts w:ascii="Times New Roman" w:eastAsia="Times New Roman" w:hAnsi="Times New Roman" w:cs="Times New Roman"/>
          <w:sz w:val="24"/>
          <w:szCs w:val="24"/>
          <w:lang w:val="ru-RU" w:eastAsia="ru-RU"/>
        </w:rPr>
        <w:t>операциональный</w:t>
      </w:r>
      <w:proofErr w:type="spellEnd"/>
      <w:r w:rsidRPr="00BF0615">
        <w:rPr>
          <w:rFonts w:ascii="Times New Roman" w:eastAsia="Times New Roman" w:hAnsi="Times New Roman" w:cs="Times New Roman"/>
          <w:sz w:val="24"/>
          <w:szCs w:val="24"/>
          <w:lang w:val="ru-RU" w:eastAsia="ru-RU"/>
        </w:rPr>
        <w:t xml:space="preserve"> компонент деятельности).</w:t>
      </w:r>
    </w:p>
    <w:p w:rsidR="00BF0615" w:rsidRPr="00BF0615" w:rsidRDefault="00BF0615" w:rsidP="00BF0615">
      <w:pPr>
        <w:widowControl w:val="0"/>
        <w:numPr>
          <w:ilvl w:val="0"/>
          <w:numId w:val="10"/>
        </w:numPr>
        <w:autoSpaceDE w:val="0"/>
        <w:autoSpaceDN w:val="0"/>
        <w:adjustRightInd w:val="0"/>
        <w:spacing w:after="0" w:line="240" w:lineRule="auto"/>
        <w:ind w:right="141" w:firstLine="426"/>
        <w:jc w:val="both"/>
        <w:rPr>
          <w:rFonts w:ascii="Times New Roman" w:eastAsia="Times New Roman" w:hAnsi="Times New Roman" w:cs="Times New Roman"/>
          <w:sz w:val="24"/>
          <w:szCs w:val="24"/>
          <w:lang w:val="ru-RU" w:eastAsia="ru-RU"/>
        </w:rPr>
      </w:pPr>
      <w:r w:rsidRPr="00BF0615">
        <w:rPr>
          <w:rFonts w:ascii="Times New Roman" w:eastAsia="Times New Roman" w:hAnsi="Times New Roman" w:cs="Times New Roman"/>
          <w:i/>
          <w:sz w:val="24"/>
          <w:szCs w:val="24"/>
          <w:lang w:val="ru-RU" w:eastAsia="ru-RU"/>
        </w:rPr>
        <w:t>Способы двигательной деятельности (операционный компонент деятельности)</w:t>
      </w:r>
    </w:p>
    <w:p w:rsidR="003A6CD7" w:rsidRPr="00BB4206" w:rsidRDefault="00E96A3D">
      <w:pPr>
        <w:autoSpaceDE w:val="0"/>
        <w:autoSpaceDN w:val="0"/>
        <w:spacing w:before="346" w:after="0" w:line="230" w:lineRule="auto"/>
        <w:ind w:left="180"/>
        <w:rPr>
          <w:lang w:val="ru-RU"/>
        </w:rPr>
      </w:pPr>
      <w:r w:rsidRPr="00BB4206">
        <w:rPr>
          <w:rFonts w:ascii="Times New Roman" w:eastAsia="Times New Roman" w:hAnsi="Times New Roman"/>
          <w:b/>
          <w:color w:val="000000"/>
          <w:sz w:val="24"/>
          <w:lang w:val="ru-RU"/>
        </w:rPr>
        <w:t>ОБЩАЯ ХАРАКТЕРИСТИКА УЧЕБНОГО ПРЕДМЕТА «ФИЗИЧЕСКАЯ КУЛЬТУРА»</w:t>
      </w:r>
    </w:p>
    <w:p w:rsidR="003A6CD7" w:rsidRPr="00BB4206" w:rsidRDefault="00E96A3D" w:rsidP="00BB4206">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w:t>
      </w:r>
      <w:r w:rsidRPr="00BB4206">
        <w:rPr>
          <w:rFonts w:ascii="Times New Roman" w:eastAsia="Times New Roman" w:hAnsi="Times New Roman"/>
          <w:color w:val="000000"/>
          <w:sz w:val="24"/>
          <w:lang w:val="ru-RU"/>
        </w:rPr>
        <w:t>з</w:t>
      </w:r>
      <w:r w:rsidRPr="00BB4206">
        <w:rPr>
          <w:rFonts w:ascii="Times New Roman" w:eastAsia="Times New Roman" w:hAnsi="Times New Roman"/>
          <w:color w:val="000000"/>
          <w:sz w:val="24"/>
          <w:lang w:val="ru-RU"/>
        </w:rPr>
        <w:t xml:space="preserve">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BB4206">
        <w:rPr>
          <w:rFonts w:ascii="Times New Roman" w:eastAsia="Times New Roman" w:hAnsi="Times New Roman"/>
          <w:color w:val="000000"/>
          <w:sz w:val="24"/>
          <w:lang w:val="ru-RU"/>
        </w:rPr>
        <w:t>самоактуализации</w:t>
      </w:r>
      <w:proofErr w:type="spellEnd"/>
      <w:r w:rsidRPr="00BB4206">
        <w:rPr>
          <w:rFonts w:ascii="Times New Roman" w:eastAsia="Times New Roman" w:hAnsi="Times New Roman"/>
          <w:color w:val="000000"/>
          <w:sz w:val="24"/>
          <w:lang w:val="ru-RU"/>
        </w:rPr>
        <w:t xml:space="preserve">. В рабочей программе нашли свои отражения объективно сложившиеся реалии современного </w:t>
      </w:r>
      <w:proofErr w:type="spellStart"/>
      <w:r w:rsidRPr="00BB4206">
        <w:rPr>
          <w:rFonts w:ascii="Times New Roman" w:eastAsia="Times New Roman" w:hAnsi="Times New Roman"/>
          <w:color w:val="000000"/>
          <w:sz w:val="24"/>
          <w:lang w:val="ru-RU"/>
        </w:rPr>
        <w:t>социокультурного</w:t>
      </w:r>
      <w:proofErr w:type="spellEnd"/>
      <w:r w:rsidRPr="00BB4206">
        <w:rPr>
          <w:rFonts w:ascii="Times New Roman" w:eastAsia="Times New Roman" w:hAnsi="Times New Roman"/>
          <w:color w:val="000000"/>
          <w:sz w:val="24"/>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3A6CD7" w:rsidRPr="00BB4206" w:rsidRDefault="00E96A3D" w:rsidP="00BB4206">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BB4206">
        <w:rPr>
          <w:lang w:val="ru-RU"/>
        </w:rPr>
        <w:br/>
      </w:r>
      <w:r w:rsidRPr="00BB4206">
        <w:rPr>
          <w:rFonts w:ascii="Times New Roman" w:eastAsia="Times New Roman" w:hAnsi="Times New Roman"/>
          <w:color w:val="000000"/>
          <w:sz w:val="24"/>
          <w:lang w:val="ru-RU"/>
        </w:rPr>
        <w:t>адаптивных возможностей систем организма, развития жизненно важных физических качеств.</w:t>
      </w:r>
    </w:p>
    <w:p w:rsidR="003A6CD7" w:rsidRPr="00BB4206" w:rsidRDefault="00E96A3D" w:rsidP="00BB4206">
      <w:pPr>
        <w:autoSpaceDE w:val="0"/>
        <w:autoSpaceDN w:val="0"/>
        <w:spacing w:after="0" w:line="240" w:lineRule="auto"/>
        <w:ind w:right="288"/>
        <w:jc w:val="both"/>
        <w:rPr>
          <w:lang w:val="ru-RU"/>
        </w:rPr>
      </w:pPr>
      <w:r w:rsidRPr="00BB4206">
        <w:rPr>
          <w:rFonts w:ascii="Times New Roman" w:eastAsia="Times New Roman" w:hAnsi="Times New Roman"/>
          <w:color w:val="000000"/>
          <w:sz w:val="24"/>
          <w:lang w:val="ru-RU"/>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3A6CD7" w:rsidRPr="00BB4206" w:rsidRDefault="00E96A3D">
      <w:pPr>
        <w:autoSpaceDE w:val="0"/>
        <w:autoSpaceDN w:val="0"/>
        <w:spacing w:before="190" w:after="0" w:line="230" w:lineRule="auto"/>
        <w:ind w:left="180"/>
        <w:rPr>
          <w:lang w:val="ru-RU"/>
        </w:rPr>
      </w:pPr>
      <w:r w:rsidRPr="00BB4206">
        <w:rPr>
          <w:rFonts w:ascii="Times New Roman" w:eastAsia="Times New Roman" w:hAnsi="Times New Roman"/>
          <w:b/>
          <w:color w:val="000000"/>
          <w:sz w:val="24"/>
          <w:lang w:val="ru-RU"/>
        </w:rPr>
        <w:t>ЦЕЛИ ИЗУЧЕНИЯ УЧЕБНОГО ПРЕДМЕТА «ФИЗИЧЕСКАЯ КУЛЬТУРА»</w:t>
      </w:r>
    </w:p>
    <w:p w:rsidR="003A6CD7" w:rsidRPr="00BB4206" w:rsidRDefault="00E96A3D" w:rsidP="00D25CE2">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Общей целью школьного образования по физической культуре является формирование </w:t>
      </w:r>
      <w:r w:rsidRPr="00BB4206">
        <w:rPr>
          <w:lang w:val="ru-RU"/>
        </w:rPr>
        <w:br/>
      </w:r>
      <w:r w:rsidRPr="00BB4206">
        <w:rPr>
          <w:rFonts w:ascii="Times New Roman" w:eastAsia="Times New Roman" w:hAnsi="Times New Roman"/>
          <w:color w:val="000000"/>
          <w:sz w:val="24"/>
          <w:lang w:val="ru-RU"/>
        </w:rPr>
        <w:t>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w:t>
      </w:r>
      <w:r w:rsidRPr="00BB4206">
        <w:rPr>
          <w:rFonts w:ascii="Times New Roman" w:eastAsia="Times New Roman" w:hAnsi="Times New Roman"/>
          <w:color w:val="000000"/>
          <w:sz w:val="24"/>
          <w:lang w:val="ru-RU"/>
        </w:rPr>
        <w:t>н</w:t>
      </w:r>
      <w:r w:rsidRPr="00BB4206">
        <w:rPr>
          <w:rFonts w:ascii="Times New Roman" w:eastAsia="Times New Roman" w:hAnsi="Times New Roman"/>
          <w:color w:val="000000"/>
          <w:sz w:val="24"/>
          <w:lang w:val="ru-RU"/>
        </w:rPr>
        <w:t>кретизируется и связывается с формированием устойчивых мотивов и потребностей школьников в б</w:t>
      </w:r>
      <w:r w:rsidRPr="00BB4206">
        <w:rPr>
          <w:rFonts w:ascii="Times New Roman" w:eastAsia="Times New Roman" w:hAnsi="Times New Roman"/>
          <w:color w:val="000000"/>
          <w:sz w:val="24"/>
          <w:lang w:val="ru-RU"/>
        </w:rPr>
        <w:t>е</w:t>
      </w:r>
      <w:r w:rsidRPr="00BB4206">
        <w:rPr>
          <w:rFonts w:ascii="Times New Roman" w:eastAsia="Times New Roman" w:hAnsi="Times New Roman"/>
          <w:color w:val="000000"/>
          <w:sz w:val="24"/>
          <w:lang w:val="ru-RU"/>
        </w:rPr>
        <w:t xml:space="preserve">режном отношении к своему здоровью, целостном развитии физических, психических и </w:t>
      </w:r>
      <w:r w:rsidRPr="00BB4206">
        <w:rPr>
          <w:lang w:val="ru-RU"/>
        </w:rPr>
        <w:br/>
      </w:r>
      <w:r w:rsidRPr="00BB4206">
        <w:rPr>
          <w:rFonts w:ascii="Times New Roman" w:eastAsia="Times New Roman" w:hAnsi="Times New Roman"/>
          <w:color w:val="000000"/>
          <w:sz w:val="24"/>
          <w:lang w:val="ru-RU"/>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6CD7" w:rsidRPr="00BB4206" w:rsidRDefault="00E96A3D" w:rsidP="00D25CE2">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Развивающая направленность рабочей программы определяется вектором развития физических к</w:t>
      </w:r>
      <w:r w:rsidRPr="00BB4206">
        <w:rPr>
          <w:rFonts w:ascii="Times New Roman" w:eastAsia="Times New Roman" w:hAnsi="Times New Roman"/>
          <w:color w:val="000000"/>
          <w:sz w:val="24"/>
          <w:lang w:val="ru-RU"/>
        </w:rPr>
        <w:t>а</w:t>
      </w:r>
      <w:r w:rsidRPr="00BB4206">
        <w:rPr>
          <w:rFonts w:ascii="Times New Roman" w:eastAsia="Times New Roman" w:hAnsi="Times New Roman"/>
          <w:color w:val="000000"/>
          <w:sz w:val="24"/>
          <w:lang w:val="ru-RU"/>
        </w:rPr>
        <w:t xml:space="preserve">честв и функциональных возможностей организма занимающихся, являющихся основой </w:t>
      </w:r>
      <w:r w:rsidRPr="00BB4206">
        <w:rPr>
          <w:lang w:val="ru-RU"/>
        </w:rPr>
        <w:br/>
      </w:r>
      <w:r w:rsidRPr="00BB4206">
        <w:rPr>
          <w:rFonts w:ascii="Times New Roman" w:eastAsia="Times New Roman" w:hAnsi="Times New Roman"/>
          <w:color w:val="000000"/>
          <w:sz w:val="24"/>
          <w:lang w:val="ru-RU"/>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BB4206">
        <w:rPr>
          <w:lang w:val="ru-RU"/>
        </w:rPr>
        <w:br/>
      </w:r>
      <w:r w:rsidRPr="00BB4206">
        <w:rPr>
          <w:rFonts w:ascii="Times New Roman" w:eastAsia="Times New Roman" w:hAnsi="Times New Roman"/>
          <w:color w:val="000000"/>
          <w:sz w:val="24"/>
          <w:lang w:val="ru-RU"/>
        </w:rPr>
        <w:t xml:space="preserve">организации самостоятельных форм занятий оздоровительной, спортивной и </w:t>
      </w:r>
      <w:proofErr w:type="spellStart"/>
      <w:r w:rsidRPr="00BB4206">
        <w:rPr>
          <w:rFonts w:ascii="Times New Roman" w:eastAsia="Times New Roman" w:hAnsi="Times New Roman"/>
          <w:color w:val="000000"/>
          <w:sz w:val="24"/>
          <w:lang w:val="ru-RU"/>
        </w:rPr>
        <w:t>прикладн</w:t>
      </w:r>
      <w:proofErr w:type="gramStart"/>
      <w:r w:rsidRPr="00BB4206">
        <w:rPr>
          <w:rFonts w:ascii="Times New Roman" w:eastAsia="Times New Roman" w:hAnsi="Times New Roman"/>
          <w:color w:val="000000"/>
          <w:sz w:val="24"/>
          <w:lang w:val="ru-RU"/>
        </w:rPr>
        <w:t>о</w:t>
      </w:r>
      <w:proofErr w:type="spellEnd"/>
      <w:r w:rsidRPr="00BB4206">
        <w:rPr>
          <w:rFonts w:ascii="Times New Roman" w:eastAsia="Times New Roman" w:hAnsi="Times New Roman"/>
          <w:color w:val="000000"/>
          <w:sz w:val="24"/>
          <w:lang w:val="ru-RU"/>
        </w:rPr>
        <w:t>-</w:t>
      </w:r>
      <w:proofErr w:type="gramEnd"/>
      <w:r w:rsidRPr="00BB4206">
        <w:rPr>
          <w:lang w:val="ru-RU"/>
        </w:rPr>
        <w:br/>
      </w:r>
      <w:r w:rsidRPr="00BB4206">
        <w:rPr>
          <w:rFonts w:ascii="Times New Roman" w:eastAsia="Times New Roman" w:hAnsi="Times New Roman"/>
          <w:color w:val="000000"/>
          <w:sz w:val="24"/>
          <w:lang w:val="ru-RU"/>
        </w:rPr>
        <w:t>ориентированной физической культурой, возможностью познания своих физических спос</w:t>
      </w:r>
      <w:r w:rsidR="00A30A01">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бностей и их целенаправленного развития.</w:t>
      </w:r>
    </w:p>
    <w:p w:rsidR="003A6CD7" w:rsidRPr="00BB4206" w:rsidRDefault="00E96A3D" w:rsidP="00D25CE2">
      <w:pPr>
        <w:autoSpaceDE w:val="0"/>
        <w:autoSpaceDN w:val="0"/>
        <w:spacing w:after="0" w:line="240" w:lineRule="auto"/>
        <w:ind w:right="288" w:firstLine="180"/>
        <w:jc w:val="both"/>
        <w:rPr>
          <w:lang w:val="ru-RU"/>
        </w:rPr>
      </w:pPr>
      <w:r w:rsidRPr="00BB4206">
        <w:rPr>
          <w:rFonts w:ascii="Times New Roman" w:eastAsia="Times New Roman" w:hAnsi="Times New Roman"/>
          <w:color w:val="000000"/>
          <w:sz w:val="24"/>
          <w:lang w:val="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w:t>
      </w:r>
      <w:r w:rsidRPr="00BB4206">
        <w:rPr>
          <w:rFonts w:ascii="Times New Roman" w:eastAsia="Times New Roman" w:hAnsi="Times New Roman"/>
          <w:color w:val="000000"/>
          <w:sz w:val="24"/>
          <w:lang w:val="ru-RU"/>
        </w:rPr>
        <w:t>м</w:t>
      </w:r>
      <w:r w:rsidRPr="00BB4206">
        <w:rPr>
          <w:rFonts w:ascii="Times New Roman" w:eastAsia="Times New Roman" w:hAnsi="Times New Roman"/>
          <w:color w:val="000000"/>
          <w:sz w:val="24"/>
          <w:lang w:val="ru-RU"/>
        </w:rPr>
        <w:t xml:space="preserve">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proofErr w:type="gramStart"/>
      <w:r w:rsidRPr="00BB4206">
        <w:rPr>
          <w:rFonts w:ascii="Times New Roman" w:eastAsia="Times New Roman" w:hAnsi="Times New Roman"/>
          <w:color w:val="000000"/>
          <w:sz w:val="24"/>
          <w:lang w:val="ru-RU"/>
        </w:rPr>
        <w:t>фор​</w:t>
      </w:r>
      <w:proofErr w:type="spellStart"/>
      <w:r w:rsidRPr="00BB4206">
        <w:rPr>
          <w:rFonts w:ascii="Times New Roman" w:eastAsia="Times New Roman" w:hAnsi="Times New Roman"/>
          <w:color w:val="000000"/>
          <w:sz w:val="24"/>
          <w:lang w:val="ru-RU"/>
        </w:rPr>
        <w:t>мирование</w:t>
      </w:r>
      <w:proofErr w:type="spellEnd"/>
      <w:proofErr w:type="gramEnd"/>
      <w:r w:rsidRPr="00BB4206">
        <w:rPr>
          <w:rFonts w:ascii="Times New Roman" w:eastAsia="Times New Roman" w:hAnsi="Times New Roman"/>
          <w:color w:val="000000"/>
          <w:sz w:val="24"/>
          <w:lang w:val="ru-RU"/>
        </w:rPr>
        <w:t xml:space="preserve"> положительных н</w:t>
      </w:r>
      <w:r w:rsidRPr="00BB4206">
        <w:rPr>
          <w:rFonts w:ascii="Times New Roman" w:eastAsia="Times New Roman" w:hAnsi="Times New Roman"/>
          <w:color w:val="000000"/>
          <w:sz w:val="24"/>
          <w:lang w:val="ru-RU"/>
        </w:rPr>
        <w:t>а</w:t>
      </w:r>
      <w:r w:rsidRPr="00BB4206">
        <w:rPr>
          <w:rFonts w:ascii="Times New Roman" w:eastAsia="Times New Roman" w:hAnsi="Times New Roman"/>
          <w:color w:val="000000"/>
          <w:sz w:val="24"/>
          <w:lang w:val="ru-RU"/>
        </w:rPr>
        <w:t>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6CD7" w:rsidRPr="00BB4206" w:rsidRDefault="00E96A3D" w:rsidP="00D25CE2">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w:t>
      </w:r>
      <w:r w:rsidRPr="00BB4206">
        <w:rPr>
          <w:rFonts w:ascii="Times New Roman" w:eastAsia="Times New Roman" w:hAnsi="Times New Roman"/>
          <w:color w:val="000000"/>
          <w:sz w:val="24"/>
          <w:lang w:val="ru-RU"/>
        </w:rPr>
        <w:t>и</w:t>
      </w:r>
      <w:r w:rsidRPr="00BB4206">
        <w:rPr>
          <w:rFonts w:ascii="Times New Roman" w:eastAsia="Times New Roman" w:hAnsi="Times New Roman"/>
          <w:color w:val="000000"/>
          <w:sz w:val="24"/>
          <w:lang w:val="ru-RU"/>
        </w:rPr>
        <w:t>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w:t>
      </w:r>
    </w:p>
    <w:p w:rsidR="003A6CD7" w:rsidRPr="00BB4206" w:rsidRDefault="003A6CD7" w:rsidP="00D25CE2">
      <w:pPr>
        <w:spacing w:line="240" w:lineRule="auto"/>
        <w:jc w:val="both"/>
        <w:rPr>
          <w:lang w:val="ru-RU"/>
        </w:rPr>
        <w:sectPr w:rsidR="003A6CD7" w:rsidRPr="00BB4206">
          <w:pgSz w:w="11900" w:h="16840"/>
          <w:pgMar w:top="298" w:right="650" w:bottom="444" w:left="666" w:header="720" w:footer="720" w:gutter="0"/>
          <w:cols w:space="720" w:equalWidth="0">
            <w:col w:w="10584" w:space="0"/>
          </w:cols>
          <w:docGrid w:linePitch="360"/>
        </w:sectPr>
      </w:pPr>
    </w:p>
    <w:p w:rsidR="003A6CD7" w:rsidRPr="00BB4206" w:rsidRDefault="003A6CD7" w:rsidP="00D25CE2">
      <w:pPr>
        <w:autoSpaceDE w:val="0"/>
        <w:autoSpaceDN w:val="0"/>
        <w:spacing w:after="66" w:line="240" w:lineRule="auto"/>
        <w:jc w:val="both"/>
        <w:rPr>
          <w:lang w:val="ru-RU"/>
        </w:rPr>
      </w:pPr>
    </w:p>
    <w:p w:rsidR="003A6CD7" w:rsidRPr="00BB4206" w:rsidRDefault="00E96A3D" w:rsidP="00D25CE2">
      <w:pPr>
        <w:autoSpaceDE w:val="0"/>
        <w:autoSpaceDN w:val="0"/>
        <w:spacing w:after="0" w:line="240" w:lineRule="auto"/>
        <w:jc w:val="both"/>
        <w:rPr>
          <w:lang w:val="ru-RU"/>
        </w:rPr>
      </w:pPr>
      <w:r w:rsidRPr="00BB4206">
        <w:rPr>
          <w:rFonts w:ascii="Times New Roman" w:eastAsia="Times New Roman" w:hAnsi="Times New Roman"/>
          <w:color w:val="000000"/>
          <w:sz w:val="24"/>
          <w:lang w:val="ru-RU"/>
        </w:rPr>
        <w:t xml:space="preserve">представляется двигательной деятельностью с её базовыми компонентами: информационным (знания о физической культуре), </w:t>
      </w:r>
      <w:proofErr w:type="spellStart"/>
      <w:r w:rsidRPr="00BB4206">
        <w:rPr>
          <w:rFonts w:ascii="Times New Roman" w:eastAsia="Times New Roman" w:hAnsi="Times New Roman"/>
          <w:color w:val="000000"/>
          <w:sz w:val="24"/>
          <w:lang w:val="ru-RU"/>
        </w:rPr>
        <w:t>операциональным</w:t>
      </w:r>
      <w:proofErr w:type="spellEnd"/>
      <w:r w:rsidRPr="00BB4206">
        <w:rPr>
          <w:rFonts w:ascii="Times New Roman" w:eastAsia="Times New Roman" w:hAnsi="Times New Roman"/>
          <w:color w:val="000000"/>
          <w:sz w:val="24"/>
          <w:lang w:val="ru-RU"/>
        </w:rPr>
        <w:t xml:space="preserve"> (способы самостоятельной деятельности) и </w:t>
      </w:r>
      <w:proofErr w:type="spellStart"/>
      <w:r w:rsidRPr="00BB4206">
        <w:rPr>
          <w:rFonts w:ascii="Times New Roman" w:eastAsia="Times New Roman" w:hAnsi="Times New Roman"/>
          <w:color w:val="000000"/>
          <w:sz w:val="24"/>
          <w:lang w:val="ru-RU"/>
        </w:rPr>
        <w:t>мотивационно-процессуальным</w:t>
      </w:r>
      <w:proofErr w:type="spellEnd"/>
      <w:r w:rsidRPr="00BB4206">
        <w:rPr>
          <w:rFonts w:ascii="Times New Roman" w:eastAsia="Times New Roman" w:hAnsi="Times New Roman"/>
          <w:color w:val="000000"/>
          <w:sz w:val="24"/>
          <w:lang w:val="ru-RU"/>
        </w:rPr>
        <w:t xml:space="preserve"> (физическое совершенствование).</w:t>
      </w:r>
    </w:p>
    <w:p w:rsidR="003A6CD7" w:rsidRPr="00BB4206" w:rsidRDefault="00E96A3D" w:rsidP="00D25CE2">
      <w:pPr>
        <w:autoSpaceDE w:val="0"/>
        <w:autoSpaceDN w:val="0"/>
        <w:spacing w:after="0" w:line="240" w:lineRule="auto"/>
        <w:ind w:right="576" w:firstLine="180"/>
        <w:jc w:val="both"/>
        <w:rPr>
          <w:lang w:val="ru-RU"/>
        </w:rPr>
      </w:pPr>
      <w:r w:rsidRPr="00BB4206">
        <w:rPr>
          <w:rFonts w:ascii="Times New Roman" w:eastAsia="Times New Roman" w:hAnsi="Times New Roman"/>
          <w:color w:val="000000"/>
          <w:sz w:val="24"/>
          <w:lang w:val="ru-RU"/>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3A6CD7" w:rsidRPr="00BB4206" w:rsidRDefault="00E96A3D" w:rsidP="00D25CE2">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i/>
          <w:color w:val="000000"/>
          <w:sz w:val="24"/>
          <w:lang w:val="ru-RU"/>
        </w:rPr>
        <w:t>Инвариантные модули</w:t>
      </w:r>
      <w:r w:rsidRPr="00BB4206">
        <w:rPr>
          <w:rFonts w:ascii="Times New Roman" w:eastAsia="Times New Roman" w:hAnsi="Times New Roman"/>
          <w:color w:val="000000"/>
          <w:sz w:val="24"/>
          <w:lang w:val="ru-RU"/>
        </w:rPr>
        <w:t xml:space="preserve"> включают в себя содержание базовых видов спорта: гимнастика, лёгкая атл</w:t>
      </w:r>
      <w:r w:rsidRPr="00BB4206">
        <w:rPr>
          <w:rFonts w:ascii="Times New Roman" w:eastAsia="Times New Roman" w:hAnsi="Times New Roman"/>
          <w:color w:val="000000"/>
          <w:sz w:val="24"/>
          <w:lang w:val="ru-RU"/>
        </w:rPr>
        <w:t>е</w:t>
      </w:r>
      <w:r w:rsidRPr="00BB4206">
        <w:rPr>
          <w:rFonts w:ascii="Times New Roman" w:eastAsia="Times New Roman" w:hAnsi="Times New Roman"/>
          <w:color w:val="000000"/>
          <w:sz w:val="24"/>
          <w:lang w:val="ru-RU"/>
        </w:rPr>
        <w:t>тика, зимние виды спорта (на примере лыжной подготовки), спортивные игры, плавание. Данные м</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дули в своём предметном содержании ориентируются на всестороннюю физическую подготовле</w:t>
      </w:r>
      <w:r w:rsidRPr="00BB4206">
        <w:rPr>
          <w:rFonts w:ascii="Times New Roman" w:eastAsia="Times New Roman" w:hAnsi="Times New Roman"/>
          <w:color w:val="000000"/>
          <w:sz w:val="24"/>
          <w:lang w:val="ru-RU"/>
        </w:rPr>
        <w:t>н</w:t>
      </w:r>
      <w:r w:rsidRPr="00BB4206">
        <w:rPr>
          <w:rFonts w:ascii="Times New Roman" w:eastAsia="Times New Roman" w:hAnsi="Times New Roman"/>
          <w:color w:val="000000"/>
          <w:sz w:val="24"/>
          <w:lang w:val="ru-RU"/>
        </w:rPr>
        <w:t>ность учащихся, освоение ими технических действий и физических упражнений, содействующих об</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гащению двигательного опыта.</w:t>
      </w:r>
    </w:p>
    <w:p w:rsidR="003A6CD7" w:rsidRPr="00BB4206" w:rsidRDefault="00E96A3D" w:rsidP="00D25CE2">
      <w:pPr>
        <w:autoSpaceDE w:val="0"/>
        <w:autoSpaceDN w:val="0"/>
        <w:spacing w:after="0" w:line="240" w:lineRule="auto"/>
        <w:ind w:right="432" w:firstLine="180"/>
        <w:jc w:val="both"/>
        <w:rPr>
          <w:lang w:val="ru-RU"/>
        </w:rPr>
      </w:pPr>
      <w:r w:rsidRPr="00BB4206">
        <w:rPr>
          <w:rFonts w:ascii="Times New Roman" w:eastAsia="Times New Roman" w:hAnsi="Times New Roman"/>
          <w:i/>
          <w:color w:val="000000"/>
          <w:sz w:val="24"/>
          <w:lang w:val="ru-RU"/>
        </w:rPr>
        <w:t>Вариативные модули</w:t>
      </w:r>
      <w:r w:rsidRPr="00BB4206">
        <w:rPr>
          <w:rFonts w:ascii="Times New Roman" w:eastAsia="Times New Roman" w:hAnsi="Times New Roman"/>
          <w:color w:val="000000"/>
          <w:sz w:val="24"/>
          <w:lang w:val="ru-RU"/>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w:t>
      </w:r>
      <w:r w:rsidRPr="00BB4206">
        <w:rPr>
          <w:rFonts w:ascii="Times New Roman" w:eastAsia="Times New Roman" w:hAnsi="Times New Roman"/>
          <w:color w:val="000000"/>
          <w:sz w:val="24"/>
          <w:lang w:val="ru-RU"/>
        </w:rPr>
        <w:t>ь</w:t>
      </w:r>
      <w:r w:rsidRPr="00BB4206">
        <w:rPr>
          <w:rFonts w:ascii="Times New Roman" w:eastAsia="Times New Roman" w:hAnsi="Times New Roman"/>
          <w:color w:val="000000"/>
          <w:sz w:val="24"/>
          <w:lang w:val="ru-RU"/>
        </w:rPr>
        <w:t>ность.</w:t>
      </w:r>
    </w:p>
    <w:p w:rsidR="003A6CD7" w:rsidRPr="00BB4206" w:rsidRDefault="00E96A3D" w:rsidP="00D25CE2">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3A6CD7" w:rsidRPr="00BB4206" w:rsidRDefault="00E96A3D" w:rsidP="00BB4206">
      <w:pPr>
        <w:autoSpaceDE w:val="0"/>
        <w:autoSpaceDN w:val="0"/>
        <w:spacing w:after="0" w:line="230" w:lineRule="auto"/>
        <w:ind w:left="180"/>
        <w:jc w:val="both"/>
        <w:rPr>
          <w:lang w:val="ru-RU"/>
        </w:rPr>
      </w:pPr>
      <w:r w:rsidRPr="00BB4206">
        <w:rPr>
          <w:rFonts w:ascii="Times New Roman" w:eastAsia="Times New Roman" w:hAnsi="Times New Roman"/>
          <w:b/>
          <w:color w:val="000000"/>
          <w:sz w:val="24"/>
          <w:lang w:val="ru-RU"/>
        </w:rPr>
        <w:t>МЕСТО УЧЕБНОГО ПРЕДМЕТА «ФИЗИЧЕСКАЯ КУЛЬТУРА» В УЧЕБНОМ ПЛАНЕ</w:t>
      </w:r>
    </w:p>
    <w:p w:rsidR="003A6CD7" w:rsidRPr="00BB4206" w:rsidRDefault="00E96A3D" w:rsidP="00D25CE2">
      <w:pPr>
        <w:autoSpaceDE w:val="0"/>
        <w:autoSpaceDN w:val="0"/>
        <w:spacing w:after="0" w:line="240" w:lineRule="auto"/>
        <w:jc w:val="both"/>
        <w:rPr>
          <w:lang w:val="ru-RU"/>
        </w:rPr>
      </w:pPr>
      <w:r w:rsidRPr="00BB4206">
        <w:rPr>
          <w:rFonts w:ascii="Times New Roman" w:eastAsia="Times New Roman" w:hAnsi="Times New Roman"/>
          <w:color w:val="000000"/>
          <w:sz w:val="24"/>
          <w:lang w:val="ru-RU"/>
        </w:rPr>
        <w:t xml:space="preserve">В 5 классе на изучение предмета отводится 2 часа в неделю, суммарно 68 часа. </w:t>
      </w:r>
    </w:p>
    <w:p w:rsidR="003A6CD7" w:rsidRPr="00BB4206" w:rsidRDefault="00E96A3D" w:rsidP="00D25CE2">
      <w:pPr>
        <w:autoSpaceDE w:val="0"/>
        <w:autoSpaceDN w:val="0"/>
        <w:spacing w:after="0" w:line="240" w:lineRule="auto"/>
        <w:ind w:right="1440"/>
        <w:jc w:val="both"/>
        <w:rPr>
          <w:lang w:val="ru-RU"/>
        </w:rPr>
      </w:pPr>
      <w:r w:rsidRPr="00BB4206">
        <w:rPr>
          <w:rFonts w:ascii="Times New Roman" w:eastAsia="Times New Roman" w:hAnsi="Times New Roman"/>
          <w:color w:val="000000"/>
          <w:sz w:val="24"/>
          <w:lang w:val="ru-RU"/>
        </w:rPr>
        <w:t>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3A6CD7" w:rsidRPr="00BB4206" w:rsidRDefault="00E96A3D" w:rsidP="00D25CE2">
      <w:pPr>
        <w:autoSpaceDE w:val="0"/>
        <w:autoSpaceDN w:val="0"/>
        <w:spacing w:after="0" w:line="240" w:lineRule="auto"/>
        <w:ind w:right="288"/>
        <w:jc w:val="both"/>
        <w:rPr>
          <w:lang w:val="ru-RU"/>
        </w:rPr>
      </w:pPr>
      <w:r w:rsidRPr="00BB4206">
        <w:rPr>
          <w:rFonts w:ascii="Times New Roman" w:eastAsia="Times New Roman" w:hAnsi="Times New Roman"/>
          <w:color w:val="000000"/>
          <w:sz w:val="24"/>
          <w:lang w:val="ru-RU"/>
        </w:rPr>
        <w:t xml:space="preserve">При подготовке рабочей программы учитывались личностные и </w:t>
      </w:r>
      <w:proofErr w:type="spellStart"/>
      <w:r w:rsidRPr="00BB4206">
        <w:rPr>
          <w:rFonts w:ascii="Times New Roman" w:eastAsia="Times New Roman" w:hAnsi="Times New Roman"/>
          <w:color w:val="000000"/>
          <w:sz w:val="24"/>
          <w:lang w:val="ru-RU"/>
        </w:rPr>
        <w:t>метапредметные</w:t>
      </w:r>
      <w:proofErr w:type="spellEnd"/>
      <w:r w:rsidRPr="00BB4206">
        <w:rPr>
          <w:rFonts w:ascii="Times New Roman" w:eastAsia="Times New Roman" w:hAnsi="Times New Roman"/>
          <w:color w:val="000000"/>
          <w:sz w:val="24"/>
          <w:lang w:val="ru-RU"/>
        </w:rPr>
        <w:t xml:space="preserve"> результаты, з</w:t>
      </w:r>
      <w:r w:rsidRPr="00BB4206">
        <w:rPr>
          <w:rFonts w:ascii="Times New Roman" w:eastAsia="Times New Roman" w:hAnsi="Times New Roman"/>
          <w:color w:val="000000"/>
          <w:sz w:val="24"/>
          <w:lang w:val="ru-RU"/>
        </w:rPr>
        <w:t>а</w:t>
      </w:r>
      <w:r w:rsidRPr="00BB4206">
        <w:rPr>
          <w:rFonts w:ascii="Times New Roman" w:eastAsia="Times New Roman" w:hAnsi="Times New Roman"/>
          <w:color w:val="000000"/>
          <w:sz w:val="24"/>
          <w:lang w:val="ru-RU"/>
        </w:rPr>
        <w:t>фиксированные в Федеральном государственном образовательном стандарте основного общего о</w:t>
      </w:r>
      <w:r w:rsidRPr="00BB4206">
        <w:rPr>
          <w:rFonts w:ascii="Times New Roman" w:eastAsia="Times New Roman" w:hAnsi="Times New Roman"/>
          <w:color w:val="000000"/>
          <w:sz w:val="24"/>
          <w:lang w:val="ru-RU"/>
        </w:rPr>
        <w:t>б</w:t>
      </w:r>
      <w:r w:rsidRPr="00BB4206">
        <w:rPr>
          <w:rFonts w:ascii="Times New Roman" w:eastAsia="Times New Roman" w:hAnsi="Times New Roman"/>
          <w:color w:val="000000"/>
          <w:sz w:val="24"/>
          <w:lang w:val="ru-RU"/>
        </w:rPr>
        <w:t>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3A6CD7" w:rsidRPr="00BB4206" w:rsidRDefault="003A6CD7">
      <w:pPr>
        <w:rPr>
          <w:lang w:val="ru-RU"/>
        </w:rPr>
        <w:sectPr w:rsidR="003A6CD7" w:rsidRPr="00BB4206">
          <w:pgSz w:w="11900" w:h="16840"/>
          <w:pgMar w:top="286" w:right="662" w:bottom="1440" w:left="666" w:header="720" w:footer="720" w:gutter="0"/>
          <w:cols w:space="720" w:equalWidth="0">
            <w:col w:w="10572" w:space="0"/>
          </w:cols>
          <w:docGrid w:linePitch="360"/>
        </w:sectPr>
      </w:pPr>
    </w:p>
    <w:p w:rsidR="003A6CD7" w:rsidRPr="00BB4206" w:rsidRDefault="003A6CD7">
      <w:pPr>
        <w:autoSpaceDE w:val="0"/>
        <w:autoSpaceDN w:val="0"/>
        <w:spacing w:after="78" w:line="220" w:lineRule="exact"/>
        <w:rPr>
          <w:lang w:val="ru-RU"/>
        </w:rPr>
      </w:pPr>
    </w:p>
    <w:p w:rsidR="003A6CD7" w:rsidRPr="00BB4206" w:rsidRDefault="00E96A3D">
      <w:pPr>
        <w:autoSpaceDE w:val="0"/>
        <w:autoSpaceDN w:val="0"/>
        <w:spacing w:after="0" w:line="230" w:lineRule="auto"/>
        <w:rPr>
          <w:lang w:val="ru-RU"/>
        </w:rPr>
      </w:pPr>
      <w:r w:rsidRPr="00BB4206">
        <w:rPr>
          <w:rFonts w:ascii="Times New Roman" w:eastAsia="Times New Roman" w:hAnsi="Times New Roman"/>
          <w:b/>
          <w:color w:val="000000"/>
          <w:sz w:val="24"/>
          <w:lang w:val="ru-RU"/>
        </w:rPr>
        <w:t xml:space="preserve">СОДЕРЖАНИЕ УЧЕБНОГО ПРЕДМЕТА </w:t>
      </w:r>
    </w:p>
    <w:p w:rsidR="003A6CD7" w:rsidRPr="00BB4206" w:rsidRDefault="00E96A3D" w:rsidP="00BB4206">
      <w:pPr>
        <w:autoSpaceDE w:val="0"/>
        <w:autoSpaceDN w:val="0"/>
        <w:spacing w:after="0" w:line="240" w:lineRule="auto"/>
        <w:ind w:right="144" w:firstLine="180"/>
        <w:jc w:val="both"/>
        <w:rPr>
          <w:lang w:val="ru-RU"/>
        </w:rPr>
      </w:pPr>
      <w:r w:rsidRPr="00BB4206">
        <w:rPr>
          <w:rFonts w:ascii="Times New Roman" w:eastAsia="Times New Roman" w:hAnsi="Times New Roman"/>
          <w:b/>
          <w:color w:val="000000"/>
          <w:sz w:val="24"/>
          <w:lang w:val="ru-RU"/>
        </w:rPr>
        <w:t>Знания о физической культуре</w:t>
      </w:r>
      <w:r w:rsidRPr="00BB4206">
        <w:rPr>
          <w:rFonts w:ascii="Times New Roman" w:eastAsia="Times New Roman" w:hAnsi="Times New Roman"/>
          <w:color w:val="000000"/>
          <w:sz w:val="24"/>
          <w:lang w:val="ru-RU"/>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3A6CD7" w:rsidRPr="00BB4206" w:rsidRDefault="00E96A3D" w:rsidP="00BB4206">
      <w:pPr>
        <w:tabs>
          <w:tab w:val="left" w:pos="180"/>
        </w:tabs>
        <w:autoSpaceDE w:val="0"/>
        <w:autoSpaceDN w:val="0"/>
        <w:spacing w:after="0" w:line="240" w:lineRule="auto"/>
        <w:ind w:right="144"/>
        <w:jc w:val="both"/>
        <w:rPr>
          <w:lang w:val="ru-RU"/>
        </w:rPr>
      </w:pPr>
      <w:r w:rsidRPr="00BB4206">
        <w:rPr>
          <w:lang w:val="ru-RU"/>
        </w:rPr>
        <w:tab/>
      </w:r>
      <w:r w:rsidRPr="00BB4206">
        <w:rPr>
          <w:rFonts w:ascii="Times New Roman" w:eastAsia="Times New Roman" w:hAnsi="Times New Roman"/>
          <w:color w:val="000000"/>
          <w:sz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A6CD7" w:rsidRPr="00BB4206" w:rsidRDefault="00E96A3D" w:rsidP="00BB4206">
      <w:pPr>
        <w:tabs>
          <w:tab w:val="left" w:pos="180"/>
        </w:tabs>
        <w:autoSpaceDE w:val="0"/>
        <w:autoSpaceDN w:val="0"/>
        <w:spacing w:after="0" w:line="240" w:lineRule="auto"/>
        <w:ind w:right="288"/>
        <w:jc w:val="both"/>
        <w:rPr>
          <w:lang w:val="ru-RU"/>
        </w:rPr>
      </w:pPr>
      <w:r w:rsidRPr="00BB4206">
        <w:rPr>
          <w:lang w:val="ru-RU"/>
        </w:rPr>
        <w:tab/>
      </w:r>
      <w:r w:rsidRPr="00BB4206">
        <w:rPr>
          <w:rFonts w:ascii="Times New Roman" w:eastAsia="Times New Roman" w:hAnsi="Times New Roman"/>
          <w:color w:val="000000"/>
          <w:sz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A6CD7" w:rsidRPr="00BB4206" w:rsidRDefault="00E96A3D" w:rsidP="00BB4206">
      <w:pPr>
        <w:tabs>
          <w:tab w:val="left" w:pos="180"/>
        </w:tabs>
        <w:autoSpaceDE w:val="0"/>
        <w:autoSpaceDN w:val="0"/>
        <w:spacing w:after="0" w:line="240" w:lineRule="auto"/>
        <w:ind w:right="144"/>
        <w:jc w:val="both"/>
        <w:rPr>
          <w:lang w:val="ru-RU"/>
        </w:rPr>
      </w:pPr>
      <w:r w:rsidRPr="00BB4206">
        <w:rPr>
          <w:lang w:val="ru-RU"/>
        </w:rPr>
        <w:tab/>
      </w:r>
      <w:r w:rsidRPr="00BB4206">
        <w:rPr>
          <w:rFonts w:ascii="Times New Roman" w:eastAsia="Times New Roman" w:hAnsi="Times New Roman"/>
          <w:i/>
          <w:color w:val="000000"/>
          <w:sz w:val="24"/>
          <w:lang w:val="ru-RU"/>
        </w:rPr>
        <w:t>Способы самостоятельной деятельности</w:t>
      </w:r>
      <w:r w:rsidRPr="00BB4206">
        <w:rPr>
          <w:rFonts w:ascii="Times New Roman" w:eastAsia="Times New Roman" w:hAnsi="Times New Roman"/>
          <w:color w:val="000000"/>
          <w:sz w:val="24"/>
          <w:lang w:val="ru-RU"/>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r w:rsidRPr="00BB4206">
        <w:rPr>
          <w:lang w:val="ru-RU"/>
        </w:rPr>
        <w:tab/>
      </w:r>
      <w:r w:rsidRPr="00BB4206">
        <w:rPr>
          <w:rFonts w:ascii="Times New Roman" w:eastAsia="Times New Roman" w:hAnsi="Times New Roman"/>
          <w:color w:val="000000"/>
          <w:sz w:val="24"/>
          <w:lang w:val="ru-RU"/>
        </w:rPr>
        <w:t>Физическое развитие человека, его показатели и способы измерения. Осанка как показатель физ</w:t>
      </w:r>
      <w:r w:rsidRPr="00BB4206">
        <w:rPr>
          <w:rFonts w:ascii="Times New Roman" w:eastAsia="Times New Roman" w:hAnsi="Times New Roman"/>
          <w:color w:val="000000"/>
          <w:sz w:val="24"/>
          <w:lang w:val="ru-RU"/>
        </w:rPr>
        <w:t>и</w:t>
      </w:r>
      <w:r w:rsidRPr="00BB4206">
        <w:rPr>
          <w:rFonts w:ascii="Times New Roman" w:eastAsia="Times New Roman" w:hAnsi="Times New Roman"/>
          <w:color w:val="000000"/>
          <w:sz w:val="24"/>
          <w:lang w:val="ru-RU"/>
        </w:rPr>
        <w:t>ческого развития, правила предупреждения её нарушений в условиях учебной и бытовой деятельн</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A6CD7" w:rsidRPr="00BB4206" w:rsidRDefault="00E96A3D" w:rsidP="00BB4206">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color w:val="000000"/>
          <w:sz w:val="24"/>
          <w:lang w:val="ru-RU"/>
        </w:rPr>
        <w:t>Проведение самостоятельных занятий физическими упражнениями на открытых площадках и в д</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 xml:space="preserve">машних условиях; подготовка мест занятий, выбор одежды и обуви; предупреждение травматизма. </w:t>
      </w:r>
      <w:r w:rsidRPr="00BB4206">
        <w:rPr>
          <w:lang w:val="ru-RU"/>
        </w:rPr>
        <w:tab/>
      </w:r>
      <w:r w:rsidRPr="00BB4206">
        <w:rPr>
          <w:rFonts w:ascii="Times New Roman" w:eastAsia="Times New Roman" w:hAnsi="Times New Roman"/>
          <w:color w:val="000000"/>
          <w:sz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3A6CD7" w:rsidRPr="00BB4206" w:rsidRDefault="00E96A3D" w:rsidP="00BB4206">
      <w:pPr>
        <w:autoSpaceDE w:val="0"/>
        <w:autoSpaceDN w:val="0"/>
        <w:spacing w:after="0" w:line="240" w:lineRule="auto"/>
        <w:ind w:left="180"/>
        <w:jc w:val="both"/>
        <w:rPr>
          <w:lang w:val="ru-RU"/>
        </w:rPr>
      </w:pPr>
      <w:r w:rsidRPr="00BB4206">
        <w:rPr>
          <w:rFonts w:ascii="Times New Roman" w:eastAsia="Times New Roman" w:hAnsi="Times New Roman"/>
          <w:color w:val="000000"/>
          <w:sz w:val="24"/>
          <w:lang w:val="ru-RU"/>
        </w:rPr>
        <w:t>Составление дневника физической культуры.</w:t>
      </w:r>
    </w:p>
    <w:p w:rsidR="003A6CD7" w:rsidRPr="00BB4206" w:rsidRDefault="00E96A3D" w:rsidP="00BB4206">
      <w:pPr>
        <w:autoSpaceDE w:val="0"/>
        <w:autoSpaceDN w:val="0"/>
        <w:spacing w:after="0" w:line="240" w:lineRule="auto"/>
        <w:ind w:right="144" w:firstLine="180"/>
        <w:jc w:val="both"/>
        <w:rPr>
          <w:lang w:val="ru-RU"/>
        </w:rPr>
      </w:pPr>
      <w:r w:rsidRPr="00BB4206">
        <w:rPr>
          <w:rFonts w:ascii="Times New Roman" w:eastAsia="Times New Roman" w:hAnsi="Times New Roman"/>
          <w:b/>
          <w:color w:val="000000"/>
          <w:sz w:val="24"/>
          <w:lang w:val="ru-RU"/>
        </w:rPr>
        <w:t>Физическое совершенствование</w:t>
      </w:r>
      <w:r w:rsidRPr="00BB4206">
        <w:rPr>
          <w:rFonts w:ascii="Times New Roman" w:eastAsia="Times New Roman" w:hAnsi="Times New Roman"/>
          <w:color w:val="000000"/>
          <w:sz w:val="24"/>
          <w:lang w:val="ru-RU"/>
        </w:rPr>
        <w:t xml:space="preserve">. </w:t>
      </w:r>
      <w:r w:rsidRPr="00BB4206">
        <w:rPr>
          <w:rFonts w:ascii="Times New Roman" w:eastAsia="Times New Roman" w:hAnsi="Times New Roman"/>
          <w:b/>
          <w:i/>
          <w:color w:val="000000"/>
          <w:sz w:val="24"/>
          <w:lang w:val="ru-RU"/>
        </w:rPr>
        <w:t>Физкультурно-оздоровительная деятельность</w:t>
      </w:r>
      <w:r w:rsidRPr="00BB4206">
        <w:rPr>
          <w:rFonts w:ascii="Times New Roman" w:eastAsia="Times New Roman" w:hAnsi="Times New Roman"/>
          <w:color w:val="000000"/>
          <w:sz w:val="24"/>
          <w:lang w:val="ru-RU"/>
        </w:rPr>
        <w:t>. Роль и знач</w:t>
      </w:r>
      <w:r w:rsidRPr="00BB4206">
        <w:rPr>
          <w:rFonts w:ascii="Times New Roman" w:eastAsia="Times New Roman" w:hAnsi="Times New Roman"/>
          <w:color w:val="000000"/>
          <w:sz w:val="24"/>
          <w:lang w:val="ru-RU"/>
        </w:rPr>
        <w:t>е</w:t>
      </w:r>
      <w:r w:rsidRPr="00BB4206">
        <w:rPr>
          <w:rFonts w:ascii="Times New Roman" w:eastAsia="Times New Roman" w:hAnsi="Times New Roman"/>
          <w:color w:val="000000"/>
          <w:sz w:val="24"/>
          <w:lang w:val="ru-RU"/>
        </w:rPr>
        <w:t>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w:t>
      </w:r>
      <w:r w:rsidRPr="00BB4206">
        <w:rPr>
          <w:rFonts w:ascii="Times New Roman" w:eastAsia="Times New Roman" w:hAnsi="Times New Roman"/>
          <w:color w:val="000000"/>
          <w:sz w:val="24"/>
          <w:lang w:val="ru-RU"/>
        </w:rPr>
        <w:t>с</w:t>
      </w:r>
      <w:r w:rsidRPr="00BB4206">
        <w:rPr>
          <w:rFonts w:ascii="Times New Roman" w:eastAsia="Times New Roman" w:hAnsi="Times New Roman"/>
          <w:color w:val="000000"/>
          <w:sz w:val="24"/>
          <w:lang w:val="ru-RU"/>
        </w:rPr>
        <w:t>се учебных занятий; закаливающие процедуры после занятий утренней зарядкой.</w:t>
      </w:r>
    </w:p>
    <w:p w:rsidR="003A6CD7" w:rsidRPr="00BB4206" w:rsidRDefault="00E96A3D" w:rsidP="00BB4206">
      <w:pPr>
        <w:autoSpaceDE w:val="0"/>
        <w:autoSpaceDN w:val="0"/>
        <w:spacing w:after="0" w:line="240" w:lineRule="auto"/>
        <w:ind w:right="288"/>
        <w:jc w:val="both"/>
        <w:rPr>
          <w:lang w:val="ru-RU"/>
        </w:rPr>
      </w:pPr>
      <w:r w:rsidRPr="00BB4206">
        <w:rPr>
          <w:rFonts w:ascii="Times New Roman" w:eastAsia="Times New Roman" w:hAnsi="Times New Roman"/>
          <w:color w:val="000000"/>
          <w:sz w:val="24"/>
          <w:lang w:val="ru-RU"/>
        </w:rP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A6CD7" w:rsidRPr="00BB4206" w:rsidRDefault="00E96A3D" w:rsidP="00BB4206">
      <w:pPr>
        <w:tabs>
          <w:tab w:val="left" w:pos="180"/>
        </w:tabs>
        <w:autoSpaceDE w:val="0"/>
        <w:autoSpaceDN w:val="0"/>
        <w:spacing w:after="0" w:line="240" w:lineRule="auto"/>
        <w:ind w:right="1296"/>
        <w:jc w:val="both"/>
        <w:rPr>
          <w:lang w:val="ru-RU"/>
        </w:rPr>
      </w:pPr>
      <w:r w:rsidRPr="00BB4206">
        <w:rPr>
          <w:lang w:val="ru-RU"/>
        </w:rPr>
        <w:tab/>
      </w:r>
      <w:r w:rsidRPr="00BB4206">
        <w:rPr>
          <w:rFonts w:ascii="Times New Roman" w:eastAsia="Times New Roman" w:hAnsi="Times New Roman"/>
          <w:color w:val="000000"/>
          <w:sz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3A6CD7" w:rsidRPr="00BB4206" w:rsidRDefault="00E96A3D" w:rsidP="00BB4206">
      <w:pPr>
        <w:autoSpaceDE w:val="0"/>
        <w:autoSpaceDN w:val="0"/>
        <w:spacing w:after="0" w:line="240" w:lineRule="auto"/>
        <w:ind w:firstLine="180"/>
        <w:jc w:val="both"/>
        <w:rPr>
          <w:lang w:val="ru-RU"/>
        </w:rPr>
      </w:pPr>
      <w:r w:rsidRPr="00BB4206">
        <w:rPr>
          <w:rFonts w:ascii="Times New Roman" w:eastAsia="Times New Roman" w:hAnsi="Times New Roman"/>
          <w:i/>
          <w:color w:val="000000"/>
          <w:sz w:val="24"/>
          <w:lang w:val="ru-RU"/>
        </w:rPr>
        <w:t>Модуль «Гимнастика»</w:t>
      </w:r>
      <w:r w:rsidRPr="00BB4206">
        <w:rPr>
          <w:rFonts w:ascii="Times New Roman" w:eastAsia="Times New Roman" w:hAnsi="Times New Roman"/>
          <w:color w:val="000000"/>
          <w:sz w:val="24"/>
          <w:lang w:val="ru-RU"/>
        </w:rPr>
        <w:t>. Кувырки вперёд и назад в группировке; кувырки вперёд ноги «</w:t>
      </w:r>
      <w:proofErr w:type="spellStart"/>
      <w:r w:rsidRPr="00BB4206">
        <w:rPr>
          <w:rFonts w:ascii="Times New Roman" w:eastAsia="Times New Roman" w:hAnsi="Times New Roman"/>
          <w:color w:val="000000"/>
          <w:sz w:val="24"/>
          <w:lang w:val="ru-RU"/>
        </w:rPr>
        <w:t>скрестно</w:t>
      </w:r>
      <w:proofErr w:type="spellEnd"/>
      <w:r w:rsidRPr="00BB4206">
        <w:rPr>
          <w:rFonts w:ascii="Times New Roman" w:eastAsia="Times New Roman" w:hAnsi="Times New Roman"/>
          <w:color w:val="000000"/>
          <w:sz w:val="24"/>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w:t>
      </w:r>
      <w:r w:rsidRPr="00BB4206">
        <w:rPr>
          <w:rFonts w:ascii="Times New Roman" w:eastAsia="Times New Roman" w:hAnsi="Times New Roman"/>
          <w:color w:val="000000"/>
          <w:sz w:val="24"/>
          <w:lang w:val="ru-RU"/>
        </w:rPr>
        <w:t>ч</w:t>
      </w:r>
      <w:r w:rsidRPr="00BB4206">
        <w:rPr>
          <w:rFonts w:ascii="Times New Roman" w:eastAsia="Times New Roman" w:hAnsi="Times New Roman"/>
          <w:color w:val="000000"/>
          <w:sz w:val="24"/>
          <w:lang w:val="ru-RU"/>
        </w:rPr>
        <w:t>ки).</w:t>
      </w:r>
    </w:p>
    <w:p w:rsidR="003A6CD7" w:rsidRPr="00BB4206" w:rsidRDefault="00E96A3D" w:rsidP="00BB4206">
      <w:pPr>
        <w:autoSpaceDE w:val="0"/>
        <w:autoSpaceDN w:val="0"/>
        <w:spacing w:after="0" w:line="240" w:lineRule="auto"/>
        <w:ind w:firstLine="180"/>
        <w:jc w:val="both"/>
        <w:rPr>
          <w:lang w:val="ru-RU"/>
        </w:rPr>
      </w:pPr>
      <w:r w:rsidRPr="00BB4206">
        <w:rPr>
          <w:rFonts w:ascii="Times New Roman" w:eastAsia="Times New Roman" w:hAnsi="Times New Roman"/>
          <w:color w:val="000000"/>
          <w:sz w:val="24"/>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B4206">
        <w:rPr>
          <w:rFonts w:ascii="Times New Roman" w:eastAsia="Times New Roman" w:hAnsi="Times New Roman"/>
          <w:color w:val="000000"/>
          <w:sz w:val="24"/>
          <w:lang w:val="ru-RU"/>
        </w:rPr>
        <w:t>перелезание</w:t>
      </w:r>
      <w:proofErr w:type="spellEnd"/>
      <w:r w:rsidRPr="00BB4206">
        <w:rPr>
          <w:rFonts w:ascii="Times New Roman" w:eastAsia="Times New Roman" w:hAnsi="Times New Roman"/>
          <w:color w:val="000000"/>
          <w:sz w:val="24"/>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A6CD7" w:rsidRPr="00BB4206" w:rsidRDefault="00E96A3D" w:rsidP="00BB4206">
      <w:pPr>
        <w:autoSpaceDE w:val="0"/>
        <w:autoSpaceDN w:val="0"/>
        <w:spacing w:after="0" w:line="240" w:lineRule="auto"/>
        <w:ind w:right="144" w:firstLine="180"/>
        <w:jc w:val="both"/>
        <w:rPr>
          <w:lang w:val="ru-RU"/>
        </w:rPr>
      </w:pPr>
      <w:r w:rsidRPr="00BB4206">
        <w:rPr>
          <w:rFonts w:ascii="Times New Roman" w:eastAsia="Times New Roman" w:hAnsi="Times New Roman"/>
          <w:i/>
          <w:color w:val="000000"/>
          <w:sz w:val="24"/>
          <w:lang w:val="ru-RU"/>
        </w:rPr>
        <w:t>Модуль «Лёгкая атлетика»</w:t>
      </w:r>
      <w:r w:rsidRPr="00BB4206">
        <w:rPr>
          <w:rFonts w:ascii="Times New Roman" w:eastAsia="Times New Roman" w:hAnsi="Times New Roman"/>
          <w:color w:val="000000"/>
          <w:sz w:val="24"/>
          <w:lang w:val="ru-RU"/>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A6CD7" w:rsidRPr="00BB4206" w:rsidRDefault="00E96A3D" w:rsidP="00BB4206">
      <w:pPr>
        <w:tabs>
          <w:tab w:val="left" w:pos="180"/>
        </w:tabs>
        <w:autoSpaceDE w:val="0"/>
        <w:autoSpaceDN w:val="0"/>
        <w:spacing w:after="0" w:line="240" w:lineRule="auto"/>
        <w:ind w:right="720"/>
        <w:jc w:val="both"/>
        <w:rPr>
          <w:lang w:val="ru-RU"/>
        </w:rPr>
      </w:pPr>
      <w:r w:rsidRPr="00BB4206">
        <w:rPr>
          <w:lang w:val="ru-RU"/>
        </w:rPr>
        <w:tab/>
      </w:r>
      <w:r w:rsidRPr="00BB4206">
        <w:rPr>
          <w:rFonts w:ascii="Times New Roman" w:eastAsia="Times New Roman" w:hAnsi="Times New Roman"/>
          <w:color w:val="000000"/>
          <w:sz w:val="24"/>
          <w:lang w:val="ru-RU"/>
        </w:rPr>
        <w:t>Метание малого мяча с места в вертикальную неподвижную мишень; метание малого мяча на дальность с трёх шагов разбега.</w:t>
      </w:r>
    </w:p>
    <w:p w:rsidR="003A6CD7" w:rsidRDefault="00E96A3D" w:rsidP="007B5C2C">
      <w:pPr>
        <w:autoSpaceDE w:val="0"/>
        <w:autoSpaceDN w:val="0"/>
        <w:spacing w:after="0" w:line="240" w:lineRule="auto"/>
        <w:ind w:right="288" w:firstLine="180"/>
        <w:jc w:val="both"/>
        <w:rPr>
          <w:rFonts w:ascii="Times New Roman" w:eastAsia="Times New Roman" w:hAnsi="Times New Roman" w:cs="Times New Roman"/>
          <w:sz w:val="24"/>
          <w:szCs w:val="24"/>
          <w:lang w:val="ru-RU" w:eastAsia="ru-RU"/>
        </w:rPr>
      </w:pPr>
      <w:r w:rsidRPr="00BB4206">
        <w:rPr>
          <w:rFonts w:ascii="Times New Roman" w:eastAsia="Times New Roman" w:hAnsi="Times New Roman"/>
          <w:i/>
          <w:color w:val="000000"/>
          <w:sz w:val="24"/>
          <w:lang w:val="ru-RU"/>
        </w:rPr>
        <w:t>Модуль «</w:t>
      </w:r>
      <w:r w:rsidR="007B5C2C">
        <w:rPr>
          <w:rFonts w:ascii="Times New Roman" w:eastAsia="Times New Roman" w:hAnsi="Times New Roman"/>
          <w:i/>
          <w:color w:val="000000"/>
          <w:sz w:val="24"/>
          <w:lang w:val="ru-RU"/>
        </w:rPr>
        <w:t>Кроссовая подготовка</w:t>
      </w:r>
      <w:r w:rsidRPr="00BB4206">
        <w:rPr>
          <w:rFonts w:ascii="Times New Roman" w:eastAsia="Times New Roman" w:hAnsi="Times New Roman"/>
          <w:i/>
          <w:color w:val="000000"/>
          <w:sz w:val="24"/>
          <w:lang w:val="ru-RU"/>
        </w:rPr>
        <w:t>»</w:t>
      </w:r>
      <w:r w:rsidRPr="00BB4206">
        <w:rPr>
          <w:rFonts w:ascii="Times New Roman" w:eastAsia="Times New Roman" w:hAnsi="Times New Roman"/>
          <w:color w:val="000000"/>
          <w:sz w:val="24"/>
          <w:lang w:val="ru-RU"/>
        </w:rPr>
        <w:t xml:space="preserve">. </w:t>
      </w:r>
      <w:r w:rsidR="007B5C2C" w:rsidRPr="007B5C2C">
        <w:rPr>
          <w:rFonts w:ascii="Times New Roman" w:eastAsia="Times New Roman" w:hAnsi="Times New Roman" w:cs="Times New Roman"/>
          <w:sz w:val="24"/>
          <w:szCs w:val="24"/>
          <w:lang w:val="ru-RU" w:eastAsia="ru-RU"/>
        </w:rPr>
        <w:t>Развитие физических качеств. Бег по пересеченной местности до 2000м, преодоление препятствий. Бег в гору и с горы. Общие представления о самостоятельной подготовке к соревновательной деятельности, понятие физической, технической и психологич</w:t>
      </w:r>
      <w:r w:rsidR="007B5C2C" w:rsidRPr="007B5C2C">
        <w:rPr>
          <w:rFonts w:ascii="Times New Roman" w:eastAsia="Times New Roman" w:hAnsi="Times New Roman" w:cs="Times New Roman"/>
          <w:sz w:val="24"/>
          <w:szCs w:val="24"/>
          <w:lang w:val="ru-RU" w:eastAsia="ru-RU"/>
        </w:rPr>
        <w:t>е</w:t>
      </w:r>
      <w:r w:rsidR="007B5C2C" w:rsidRPr="007B5C2C">
        <w:rPr>
          <w:rFonts w:ascii="Times New Roman" w:eastAsia="Times New Roman" w:hAnsi="Times New Roman" w:cs="Times New Roman"/>
          <w:sz w:val="24"/>
          <w:szCs w:val="24"/>
          <w:lang w:val="ru-RU" w:eastAsia="ru-RU"/>
        </w:rPr>
        <w:t xml:space="preserve">ской подготовки. </w:t>
      </w:r>
      <w:r w:rsidR="007B5C2C" w:rsidRPr="00A30A01">
        <w:rPr>
          <w:rFonts w:ascii="Times New Roman" w:eastAsia="Times New Roman" w:hAnsi="Times New Roman" w:cs="Times New Roman"/>
          <w:sz w:val="24"/>
          <w:szCs w:val="24"/>
          <w:lang w:val="ru-RU" w:eastAsia="ru-RU"/>
        </w:rPr>
        <w:t>Терминология кроссового бег</w:t>
      </w:r>
      <w:r w:rsidR="007B5C2C">
        <w:rPr>
          <w:rFonts w:ascii="Times New Roman" w:eastAsia="Times New Roman" w:hAnsi="Times New Roman" w:cs="Times New Roman"/>
          <w:sz w:val="24"/>
          <w:szCs w:val="24"/>
          <w:lang w:val="ru-RU" w:eastAsia="ru-RU"/>
        </w:rPr>
        <w:t>а.</w:t>
      </w:r>
    </w:p>
    <w:p w:rsidR="007B5C2C" w:rsidRPr="007B5C2C" w:rsidRDefault="007B5C2C" w:rsidP="007B5C2C">
      <w:pPr>
        <w:autoSpaceDE w:val="0"/>
        <w:autoSpaceDN w:val="0"/>
        <w:spacing w:after="0" w:line="240" w:lineRule="auto"/>
        <w:ind w:right="288" w:firstLine="180"/>
        <w:jc w:val="both"/>
        <w:rPr>
          <w:lang w:val="ru-RU"/>
        </w:rPr>
        <w:sectPr w:rsidR="007B5C2C" w:rsidRPr="007B5C2C">
          <w:pgSz w:w="11900" w:h="16840"/>
          <w:pgMar w:top="298" w:right="650" w:bottom="290" w:left="666" w:header="720" w:footer="720" w:gutter="0"/>
          <w:cols w:space="720" w:equalWidth="0">
            <w:col w:w="10584" w:space="0"/>
          </w:cols>
          <w:docGrid w:linePitch="360"/>
        </w:sectPr>
      </w:pPr>
    </w:p>
    <w:p w:rsidR="003A6CD7" w:rsidRPr="00BB4206" w:rsidRDefault="00E96A3D" w:rsidP="007B5C2C">
      <w:pPr>
        <w:autoSpaceDE w:val="0"/>
        <w:autoSpaceDN w:val="0"/>
        <w:spacing w:after="0" w:line="240" w:lineRule="auto"/>
        <w:jc w:val="both"/>
        <w:rPr>
          <w:lang w:val="ru-RU"/>
        </w:rPr>
      </w:pPr>
      <w:r w:rsidRPr="00BB4206">
        <w:rPr>
          <w:rFonts w:ascii="Times New Roman" w:eastAsia="Times New Roman" w:hAnsi="Times New Roman"/>
          <w:i/>
          <w:color w:val="000000"/>
          <w:sz w:val="24"/>
          <w:lang w:val="ru-RU"/>
        </w:rPr>
        <w:lastRenderedPageBreak/>
        <w:t>Модуль «Спортивные игры»</w:t>
      </w:r>
      <w:r w:rsidRPr="00BB4206">
        <w:rPr>
          <w:rFonts w:ascii="Times New Roman" w:eastAsia="Times New Roman" w:hAnsi="Times New Roman"/>
          <w:color w:val="000000"/>
          <w:sz w:val="24"/>
          <w:lang w:val="ru-RU"/>
        </w:rPr>
        <w:t>.</w:t>
      </w:r>
    </w:p>
    <w:p w:rsidR="003A6CD7" w:rsidRPr="00BB4206" w:rsidRDefault="00E96A3D" w:rsidP="00BB4206">
      <w:pPr>
        <w:autoSpaceDE w:val="0"/>
        <w:autoSpaceDN w:val="0"/>
        <w:spacing w:after="0" w:line="240" w:lineRule="auto"/>
        <w:ind w:firstLine="180"/>
        <w:jc w:val="both"/>
        <w:rPr>
          <w:lang w:val="ru-RU"/>
        </w:rPr>
      </w:pPr>
      <w:r w:rsidRPr="00BB4206">
        <w:rPr>
          <w:rFonts w:ascii="Times New Roman" w:eastAsia="Times New Roman" w:hAnsi="Times New Roman"/>
          <w:color w:val="000000"/>
          <w:sz w:val="24"/>
          <w:u w:val="single"/>
          <w:lang w:val="ru-RU"/>
        </w:rPr>
        <w:t>Баскетбол</w:t>
      </w:r>
      <w:r w:rsidRPr="00BB4206">
        <w:rPr>
          <w:rFonts w:ascii="Times New Roman" w:eastAsia="Times New Roman" w:hAnsi="Times New Roman"/>
          <w:color w:val="000000"/>
          <w:sz w:val="24"/>
          <w:lang w:val="ru-RU"/>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A6CD7" w:rsidRPr="00BB4206" w:rsidRDefault="00E96A3D" w:rsidP="00BB4206">
      <w:pPr>
        <w:tabs>
          <w:tab w:val="left" w:pos="180"/>
        </w:tabs>
        <w:autoSpaceDE w:val="0"/>
        <w:autoSpaceDN w:val="0"/>
        <w:spacing w:after="0" w:line="240" w:lineRule="auto"/>
        <w:ind w:right="432"/>
        <w:jc w:val="both"/>
        <w:rPr>
          <w:lang w:val="ru-RU"/>
        </w:rPr>
      </w:pPr>
      <w:r w:rsidRPr="00BB4206">
        <w:rPr>
          <w:lang w:val="ru-RU"/>
        </w:rPr>
        <w:tab/>
      </w:r>
      <w:r w:rsidRPr="00BB4206">
        <w:rPr>
          <w:rFonts w:ascii="Times New Roman" w:eastAsia="Times New Roman" w:hAnsi="Times New Roman"/>
          <w:color w:val="000000"/>
          <w:sz w:val="24"/>
          <w:u w:val="single"/>
          <w:lang w:val="ru-RU"/>
        </w:rPr>
        <w:t>Волейбол.</w:t>
      </w:r>
      <w:r w:rsidRPr="00BB4206">
        <w:rPr>
          <w:rFonts w:ascii="Times New Roman" w:eastAsia="Times New Roman" w:hAnsi="Times New Roman"/>
          <w:color w:val="000000"/>
          <w:sz w:val="24"/>
          <w:lang w:val="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3A6CD7" w:rsidRPr="00BB4206" w:rsidRDefault="00E96A3D" w:rsidP="00BB4206">
      <w:pPr>
        <w:autoSpaceDE w:val="0"/>
        <w:autoSpaceDN w:val="0"/>
        <w:spacing w:after="0" w:line="240" w:lineRule="auto"/>
        <w:ind w:firstLine="180"/>
        <w:jc w:val="both"/>
        <w:rPr>
          <w:lang w:val="ru-RU"/>
        </w:rPr>
      </w:pPr>
      <w:r w:rsidRPr="00BB4206">
        <w:rPr>
          <w:rFonts w:ascii="Times New Roman" w:eastAsia="Times New Roman" w:hAnsi="Times New Roman"/>
          <w:color w:val="000000"/>
          <w:sz w:val="24"/>
          <w:u w:val="single"/>
          <w:lang w:val="ru-RU"/>
        </w:rPr>
        <w:t>Футбол.</w:t>
      </w:r>
      <w:r w:rsidRPr="00BB4206">
        <w:rPr>
          <w:rFonts w:ascii="Times New Roman" w:eastAsia="Times New Roman" w:hAnsi="Times New Roman"/>
          <w:color w:val="000000"/>
          <w:sz w:val="24"/>
          <w:lang w:val="ru-RU"/>
        </w:rPr>
        <w:t xml:space="preserve"> </w:t>
      </w:r>
      <w:proofErr w:type="gramStart"/>
      <w:r w:rsidRPr="00BB4206">
        <w:rPr>
          <w:rFonts w:ascii="Times New Roman" w:eastAsia="Times New Roman" w:hAnsi="Times New Roman"/>
          <w:color w:val="000000"/>
          <w:sz w:val="24"/>
          <w:lang w:val="ru-RU"/>
        </w:rPr>
        <w:t>Удар по неподвижному мячу внутренней стороной стопы с небольшого разбега; остановка катящегося мяча способом «</w:t>
      </w:r>
      <w:proofErr w:type="spellStart"/>
      <w:r w:rsidRPr="00BB4206">
        <w:rPr>
          <w:rFonts w:ascii="Times New Roman" w:eastAsia="Times New Roman" w:hAnsi="Times New Roman"/>
          <w:color w:val="000000"/>
          <w:sz w:val="24"/>
          <w:lang w:val="ru-RU"/>
        </w:rPr>
        <w:t>наступания</w:t>
      </w:r>
      <w:proofErr w:type="spellEnd"/>
      <w:r w:rsidRPr="00BB4206">
        <w:rPr>
          <w:rFonts w:ascii="Times New Roman" w:eastAsia="Times New Roman" w:hAnsi="Times New Roman"/>
          <w:color w:val="000000"/>
          <w:sz w:val="24"/>
          <w:lang w:val="ru-RU"/>
        </w:rPr>
        <w:t>»; ведение мяча «по прямой», «по кругу» и «змейкой»; обво</w:t>
      </w:r>
      <w:r w:rsidRPr="00BB4206">
        <w:rPr>
          <w:rFonts w:ascii="Times New Roman" w:eastAsia="Times New Roman" w:hAnsi="Times New Roman"/>
          <w:color w:val="000000"/>
          <w:sz w:val="24"/>
          <w:lang w:val="ru-RU"/>
        </w:rPr>
        <w:t>д</w:t>
      </w:r>
      <w:r w:rsidRPr="00BB4206">
        <w:rPr>
          <w:rFonts w:ascii="Times New Roman" w:eastAsia="Times New Roman" w:hAnsi="Times New Roman"/>
          <w:color w:val="000000"/>
          <w:sz w:val="24"/>
          <w:lang w:val="ru-RU"/>
        </w:rPr>
        <w:t>ка мячом ориентиров (конусов).</w:t>
      </w:r>
      <w:proofErr w:type="gramEnd"/>
    </w:p>
    <w:p w:rsidR="003A6CD7" w:rsidRPr="00BB4206" w:rsidRDefault="00E96A3D" w:rsidP="00BB4206">
      <w:pPr>
        <w:tabs>
          <w:tab w:val="left" w:pos="180"/>
        </w:tabs>
        <w:autoSpaceDE w:val="0"/>
        <w:autoSpaceDN w:val="0"/>
        <w:spacing w:after="0" w:line="240" w:lineRule="auto"/>
        <w:ind w:right="432"/>
        <w:jc w:val="both"/>
        <w:rPr>
          <w:lang w:val="ru-RU"/>
        </w:rPr>
      </w:pPr>
      <w:r w:rsidRPr="00BB4206">
        <w:rPr>
          <w:lang w:val="ru-RU"/>
        </w:rPr>
        <w:tab/>
      </w:r>
      <w:r w:rsidRPr="00BB4206">
        <w:rPr>
          <w:rFonts w:ascii="Times New Roman" w:eastAsia="Times New Roman" w:hAnsi="Times New Roman"/>
          <w:color w:val="000000"/>
          <w:sz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6CD7" w:rsidRPr="00BB4206" w:rsidRDefault="00E96A3D" w:rsidP="00BB4206">
      <w:pPr>
        <w:autoSpaceDE w:val="0"/>
        <w:autoSpaceDN w:val="0"/>
        <w:spacing w:after="0" w:line="240" w:lineRule="auto"/>
        <w:ind w:right="288" w:firstLine="180"/>
        <w:jc w:val="both"/>
        <w:rPr>
          <w:lang w:val="ru-RU"/>
        </w:rPr>
      </w:pPr>
      <w:r w:rsidRPr="00BB4206">
        <w:rPr>
          <w:rFonts w:ascii="Times New Roman" w:eastAsia="Times New Roman" w:hAnsi="Times New Roman"/>
          <w:i/>
          <w:color w:val="000000"/>
          <w:sz w:val="24"/>
          <w:lang w:val="ru-RU"/>
        </w:rPr>
        <w:t>Модуль «Спорт»</w:t>
      </w:r>
      <w:r w:rsidRPr="00BB4206">
        <w:rPr>
          <w:rFonts w:ascii="Times New Roman" w:eastAsia="Times New Roman" w:hAnsi="Times New Roman"/>
          <w:color w:val="000000"/>
          <w:sz w:val="24"/>
          <w:lang w:val="ru-RU"/>
        </w:rPr>
        <w:t xml:space="preserve">. Физическая подготовка к выполнению нормативов комплекса ГТО с </w:t>
      </w:r>
      <w:r w:rsidRPr="00BB4206">
        <w:rPr>
          <w:lang w:val="ru-RU"/>
        </w:rPr>
        <w:br/>
      </w:r>
      <w:r w:rsidRPr="00BB4206">
        <w:rPr>
          <w:rFonts w:ascii="Times New Roman" w:eastAsia="Times New Roman" w:hAnsi="Times New Roman"/>
          <w:color w:val="000000"/>
          <w:sz w:val="24"/>
          <w:lang w:val="ru-RU"/>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6CD7" w:rsidRPr="00BB4206" w:rsidRDefault="003A6CD7" w:rsidP="00BB4206">
      <w:pPr>
        <w:spacing w:line="240" w:lineRule="auto"/>
        <w:jc w:val="both"/>
        <w:rPr>
          <w:lang w:val="ru-RU"/>
        </w:rPr>
        <w:sectPr w:rsidR="003A6CD7" w:rsidRPr="00BB4206">
          <w:pgSz w:w="11900" w:h="16840"/>
          <w:pgMar w:top="316" w:right="728" w:bottom="1440" w:left="666" w:header="720" w:footer="720" w:gutter="0"/>
          <w:cols w:space="720" w:equalWidth="0">
            <w:col w:w="10506" w:space="0"/>
          </w:cols>
          <w:docGrid w:linePitch="360"/>
        </w:sectPr>
      </w:pPr>
    </w:p>
    <w:p w:rsidR="003A6CD7" w:rsidRPr="00BB4206" w:rsidRDefault="003A6CD7" w:rsidP="00BB4206">
      <w:pPr>
        <w:autoSpaceDE w:val="0"/>
        <w:autoSpaceDN w:val="0"/>
        <w:spacing w:after="78" w:line="240" w:lineRule="auto"/>
        <w:jc w:val="both"/>
        <w:rPr>
          <w:lang w:val="ru-RU"/>
        </w:rPr>
      </w:pPr>
    </w:p>
    <w:p w:rsidR="003A6CD7" w:rsidRPr="00BB4206" w:rsidRDefault="00E96A3D" w:rsidP="00BB4206">
      <w:pPr>
        <w:autoSpaceDE w:val="0"/>
        <w:autoSpaceDN w:val="0"/>
        <w:spacing w:after="0" w:line="240" w:lineRule="auto"/>
        <w:jc w:val="both"/>
        <w:rPr>
          <w:lang w:val="ru-RU"/>
        </w:rPr>
      </w:pPr>
      <w:r w:rsidRPr="00BB4206">
        <w:rPr>
          <w:rFonts w:ascii="Times New Roman" w:eastAsia="Times New Roman" w:hAnsi="Times New Roman"/>
          <w:b/>
          <w:color w:val="000000"/>
          <w:sz w:val="24"/>
          <w:lang w:val="ru-RU"/>
        </w:rPr>
        <w:t>ПЛАНИРУЕМЫЕ ОБРАЗОВАТЕЛЬНЫЕ РЕЗУЛЬТАТЫ</w:t>
      </w:r>
    </w:p>
    <w:p w:rsidR="003A6CD7" w:rsidRPr="00BB4206" w:rsidRDefault="00E96A3D" w:rsidP="00BB4206">
      <w:pPr>
        <w:autoSpaceDE w:val="0"/>
        <w:autoSpaceDN w:val="0"/>
        <w:spacing w:after="0" w:line="240" w:lineRule="auto"/>
        <w:ind w:left="180"/>
        <w:jc w:val="both"/>
        <w:rPr>
          <w:lang w:val="ru-RU"/>
        </w:rPr>
      </w:pPr>
      <w:r w:rsidRPr="00BB4206">
        <w:rPr>
          <w:rFonts w:ascii="Times New Roman" w:eastAsia="Times New Roman" w:hAnsi="Times New Roman"/>
          <w:b/>
          <w:color w:val="000000"/>
          <w:sz w:val="24"/>
          <w:lang w:val="ru-RU"/>
        </w:rPr>
        <w:t>ЛИЧНОСТНЫЕ РЕЗУЛЬТАТЫ</w:t>
      </w:r>
    </w:p>
    <w:p w:rsidR="003A6CD7" w:rsidRPr="00BB4206" w:rsidRDefault="00E96A3D" w:rsidP="00D25CE2">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color w:val="000000"/>
          <w:sz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BB4206">
        <w:rPr>
          <w:lang w:val="ru-RU"/>
        </w:rPr>
        <w:br/>
      </w:r>
      <w:r w:rsidRPr="00BB4206">
        <w:rPr>
          <w:lang w:val="ru-RU"/>
        </w:rPr>
        <w:tab/>
      </w:r>
      <w:r w:rsidRPr="00BB4206">
        <w:rPr>
          <w:rFonts w:ascii="Times New Roman" w:eastAsia="Times New Roman" w:hAnsi="Times New Roman"/>
          <w:color w:val="000000"/>
          <w:sz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w:t>
      </w:r>
      <w:r w:rsidRPr="00BB4206">
        <w:rPr>
          <w:rFonts w:ascii="Times New Roman" w:eastAsia="Times New Roman" w:hAnsi="Times New Roman"/>
          <w:color w:val="000000"/>
          <w:sz w:val="24"/>
          <w:lang w:val="ru-RU"/>
        </w:rPr>
        <w:t>з</w:t>
      </w:r>
      <w:r w:rsidRPr="00BB4206">
        <w:rPr>
          <w:rFonts w:ascii="Times New Roman" w:eastAsia="Times New Roman" w:hAnsi="Times New Roman"/>
          <w:color w:val="000000"/>
          <w:sz w:val="24"/>
          <w:lang w:val="ru-RU"/>
        </w:rPr>
        <w:t xml:space="preserve">доровительных мероприятий в условиях активного отдыха и досуга; </w:t>
      </w:r>
      <w:r w:rsidRPr="00BB4206">
        <w:rPr>
          <w:lang w:val="ru-RU"/>
        </w:rPr>
        <w:br/>
      </w:r>
      <w:r w:rsidRPr="00BB4206">
        <w:rPr>
          <w:lang w:val="ru-RU"/>
        </w:rPr>
        <w:tab/>
      </w:r>
      <w:r w:rsidRPr="00BB4206">
        <w:rPr>
          <w:rFonts w:ascii="Times New Roman" w:eastAsia="Times New Roman" w:hAnsi="Times New Roman"/>
          <w:color w:val="000000"/>
          <w:sz w:val="24"/>
          <w:lang w:val="ru-RU"/>
        </w:rPr>
        <w:t>готовность оценивать своё поведение и поступки во время проведения совместных занятий физич</w:t>
      </w:r>
      <w:r w:rsidRPr="00BB4206">
        <w:rPr>
          <w:rFonts w:ascii="Times New Roman" w:eastAsia="Times New Roman" w:hAnsi="Times New Roman"/>
          <w:color w:val="000000"/>
          <w:sz w:val="24"/>
          <w:lang w:val="ru-RU"/>
        </w:rPr>
        <w:t>е</w:t>
      </w:r>
      <w:r w:rsidRPr="00BB4206">
        <w:rPr>
          <w:rFonts w:ascii="Times New Roman" w:eastAsia="Times New Roman" w:hAnsi="Times New Roman"/>
          <w:color w:val="000000"/>
          <w:sz w:val="24"/>
          <w:lang w:val="ru-RU"/>
        </w:rPr>
        <w:t xml:space="preserve">ской культурой, участия в спортивных мероприятиях и соревнованиях; </w:t>
      </w:r>
      <w:r w:rsidRPr="00BB4206">
        <w:rPr>
          <w:lang w:val="ru-RU"/>
        </w:rPr>
        <w:br/>
      </w:r>
      <w:r w:rsidRPr="00BB4206">
        <w:rPr>
          <w:lang w:val="ru-RU"/>
        </w:rPr>
        <w:tab/>
      </w:r>
      <w:r w:rsidRPr="00BB4206">
        <w:rPr>
          <w:rFonts w:ascii="Times New Roman" w:eastAsia="Times New Roman" w:hAnsi="Times New Roman"/>
          <w:color w:val="000000"/>
          <w:sz w:val="24"/>
          <w:lang w:val="ru-RU"/>
        </w:rPr>
        <w:t>готовность оказывать первую медицинскую помощь при травмах и ушибах, соблюдать правила те</w:t>
      </w:r>
      <w:r w:rsidRPr="00BB4206">
        <w:rPr>
          <w:rFonts w:ascii="Times New Roman" w:eastAsia="Times New Roman" w:hAnsi="Times New Roman"/>
          <w:color w:val="000000"/>
          <w:sz w:val="24"/>
          <w:lang w:val="ru-RU"/>
        </w:rPr>
        <w:t>х</w:t>
      </w:r>
      <w:r w:rsidRPr="00BB4206">
        <w:rPr>
          <w:rFonts w:ascii="Times New Roman" w:eastAsia="Times New Roman" w:hAnsi="Times New Roman"/>
          <w:color w:val="000000"/>
          <w:sz w:val="24"/>
          <w:lang w:val="ru-RU"/>
        </w:rPr>
        <w:t xml:space="preserve">ники безопасности во время совместных занятий физической культурой и спортом;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стремление к физическому совершенствованию, формированию культуры движения и </w:t>
      </w:r>
      <w:r w:rsidRPr="00BB4206">
        <w:rPr>
          <w:lang w:val="ru-RU"/>
        </w:rPr>
        <w:br/>
      </w:r>
      <w:r w:rsidRPr="00BB4206">
        <w:rPr>
          <w:rFonts w:ascii="Times New Roman" w:eastAsia="Times New Roman" w:hAnsi="Times New Roman"/>
          <w:color w:val="000000"/>
          <w:sz w:val="24"/>
          <w:lang w:val="ru-RU"/>
        </w:rPr>
        <w:t xml:space="preserve">телосложения, самовыражению в избранном виде спорта; </w:t>
      </w:r>
      <w:r w:rsidRPr="00BB4206">
        <w:rPr>
          <w:lang w:val="ru-RU"/>
        </w:rPr>
        <w:br/>
      </w:r>
      <w:r w:rsidRPr="00BB4206">
        <w:rPr>
          <w:lang w:val="ru-RU"/>
        </w:rPr>
        <w:tab/>
      </w:r>
      <w:r w:rsidRPr="00BB4206">
        <w:rPr>
          <w:rFonts w:ascii="Times New Roman" w:eastAsia="Times New Roman" w:hAnsi="Times New Roman"/>
          <w:color w:val="000000"/>
          <w:sz w:val="24"/>
          <w:lang w:val="ru-RU"/>
        </w:rPr>
        <w:t>готовность организовывать и проводить занятия физической культурой и спортом на основе нау</w:t>
      </w:r>
      <w:r w:rsidRPr="00BB4206">
        <w:rPr>
          <w:rFonts w:ascii="Times New Roman" w:eastAsia="Times New Roman" w:hAnsi="Times New Roman"/>
          <w:color w:val="000000"/>
          <w:sz w:val="24"/>
          <w:lang w:val="ru-RU"/>
        </w:rPr>
        <w:t>ч</w:t>
      </w:r>
      <w:r w:rsidRPr="00BB4206">
        <w:rPr>
          <w:rFonts w:ascii="Times New Roman" w:eastAsia="Times New Roman" w:hAnsi="Times New Roman"/>
          <w:color w:val="000000"/>
          <w:sz w:val="24"/>
          <w:lang w:val="ru-RU"/>
        </w:rPr>
        <w:t>ных представлений о закономерностях физического развития и физической подготовленности с уч</w:t>
      </w:r>
      <w:r w:rsidRPr="00BB4206">
        <w:rPr>
          <w:rFonts w:ascii="Times New Roman" w:eastAsia="Times New Roman" w:hAnsi="Times New Roman"/>
          <w:color w:val="000000"/>
          <w:sz w:val="24"/>
          <w:lang w:val="ru-RU"/>
        </w:rPr>
        <w:t>ё</w:t>
      </w:r>
      <w:r w:rsidRPr="00BB4206">
        <w:rPr>
          <w:rFonts w:ascii="Times New Roman" w:eastAsia="Times New Roman" w:hAnsi="Times New Roman"/>
          <w:color w:val="000000"/>
          <w:sz w:val="24"/>
          <w:lang w:val="ru-RU"/>
        </w:rPr>
        <w:t xml:space="preserve">том самостоятельных наблюдений за изменением их показателей;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BB4206">
        <w:rPr>
          <w:lang w:val="ru-RU"/>
        </w:rPr>
        <w:tab/>
      </w:r>
      <w:r w:rsidRPr="00BB4206">
        <w:rPr>
          <w:rFonts w:ascii="Times New Roman" w:eastAsia="Times New Roman" w:hAnsi="Times New Roman"/>
          <w:color w:val="000000"/>
          <w:sz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BB4206">
        <w:rPr>
          <w:lang w:val="ru-RU"/>
        </w:rPr>
        <w:br/>
      </w:r>
      <w:r w:rsidRPr="00BB4206">
        <w:rPr>
          <w:lang w:val="ru-RU"/>
        </w:rPr>
        <w:tab/>
      </w:r>
      <w:r w:rsidRPr="00BB4206">
        <w:rPr>
          <w:rFonts w:ascii="Times New Roman" w:eastAsia="Times New Roman" w:hAnsi="Times New Roman"/>
          <w:color w:val="000000"/>
          <w:sz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w:t>
      </w:r>
      <w:r w:rsidRPr="00BB4206">
        <w:rPr>
          <w:rFonts w:ascii="Times New Roman" w:eastAsia="Times New Roman" w:hAnsi="Times New Roman"/>
          <w:color w:val="000000"/>
          <w:sz w:val="24"/>
          <w:lang w:val="ru-RU"/>
        </w:rPr>
        <w:t>и</w:t>
      </w:r>
      <w:r w:rsidRPr="00BB4206">
        <w:rPr>
          <w:rFonts w:ascii="Times New Roman" w:eastAsia="Times New Roman" w:hAnsi="Times New Roman"/>
          <w:color w:val="000000"/>
          <w:sz w:val="24"/>
          <w:lang w:val="ru-RU"/>
        </w:rPr>
        <w:t xml:space="preserve">тельных умственных и </w:t>
      </w:r>
      <w:proofErr w:type="spellStart"/>
      <w:proofErr w:type="gramStart"/>
      <w:r w:rsidRPr="00BB4206">
        <w:rPr>
          <w:rFonts w:ascii="Times New Roman" w:eastAsia="Times New Roman" w:hAnsi="Times New Roman"/>
          <w:color w:val="000000"/>
          <w:sz w:val="24"/>
          <w:lang w:val="ru-RU"/>
        </w:rPr>
        <w:t>физичес</w:t>
      </w:r>
      <w:proofErr w:type="spellEnd"/>
      <w:r w:rsidRPr="00BB4206">
        <w:rPr>
          <w:rFonts w:ascii="Times New Roman" w:eastAsia="Times New Roman" w:hAnsi="Times New Roman"/>
          <w:color w:val="000000"/>
          <w:sz w:val="24"/>
          <w:lang w:val="ru-RU"/>
        </w:rPr>
        <w:t>​</w:t>
      </w:r>
      <w:proofErr w:type="spellStart"/>
      <w:r w:rsidRPr="00BB4206">
        <w:rPr>
          <w:rFonts w:ascii="Times New Roman" w:eastAsia="Times New Roman" w:hAnsi="Times New Roman"/>
          <w:color w:val="000000"/>
          <w:sz w:val="24"/>
          <w:lang w:val="ru-RU"/>
        </w:rPr>
        <w:t>ких</w:t>
      </w:r>
      <w:proofErr w:type="spellEnd"/>
      <w:proofErr w:type="gramEnd"/>
      <w:r w:rsidRPr="00BB4206">
        <w:rPr>
          <w:rFonts w:ascii="Times New Roman" w:eastAsia="Times New Roman" w:hAnsi="Times New Roman"/>
          <w:color w:val="000000"/>
          <w:sz w:val="24"/>
          <w:lang w:val="ru-RU"/>
        </w:rPr>
        <w:t xml:space="preserve"> нагрузок;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BB4206">
        <w:rPr>
          <w:lang w:val="ru-RU"/>
        </w:rPr>
        <w:tab/>
      </w:r>
      <w:r w:rsidRPr="00BB4206">
        <w:rPr>
          <w:rFonts w:ascii="Times New Roman" w:eastAsia="Times New Roman" w:hAnsi="Times New Roman"/>
          <w:color w:val="000000"/>
          <w:sz w:val="24"/>
          <w:lang w:val="ru-RU"/>
        </w:rPr>
        <w:t>п</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вышение компетентности в организации самостоятельных занятий физической культурой, планиров</w:t>
      </w:r>
      <w:r w:rsidRPr="00BB4206">
        <w:rPr>
          <w:rFonts w:ascii="Times New Roman" w:eastAsia="Times New Roman" w:hAnsi="Times New Roman"/>
          <w:color w:val="000000"/>
          <w:sz w:val="24"/>
          <w:lang w:val="ru-RU"/>
        </w:rPr>
        <w:t>а</w:t>
      </w:r>
      <w:r w:rsidRPr="00BB4206">
        <w:rPr>
          <w:rFonts w:ascii="Times New Roman" w:eastAsia="Times New Roman" w:hAnsi="Times New Roman"/>
          <w:color w:val="000000"/>
          <w:sz w:val="24"/>
          <w:lang w:val="ru-RU"/>
        </w:rPr>
        <w:t xml:space="preserve">нии их содержания и направленности в зависимости от индивидуальных интересов и потребностей; </w:t>
      </w:r>
      <w:r w:rsidRPr="00BB4206">
        <w:rPr>
          <w:lang w:val="ru-RU"/>
        </w:rPr>
        <w:br/>
      </w:r>
      <w:r w:rsidRPr="00BB4206">
        <w:rPr>
          <w:lang w:val="ru-RU"/>
        </w:rPr>
        <w:tab/>
      </w:r>
      <w:r w:rsidRPr="00BB4206">
        <w:rPr>
          <w:rFonts w:ascii="Times New Roman" w:eastAsia="Times New Roman" w:hAnsi="Times New Roman"/>
          <w:color w:val="000000"/>
          <w:sz w:val="24"/>
          <w:lang w:val="ru-RU"/>
        </w:rPr>
        <w:t>формирование представлений об основных понятиях и терминах физического воспитания и спо</w:t>
      </w:r>
      <w:r w:rsidRPr="00BB4206">
        <w:rPr>
          <w:rFonts w:ascii="Times New Roman" w:eastAsia="Times New Roman" w:hAnsi="Times New Roman"/>
          <w:color w:val="000000"/>
          <w:sz w:val="24"/>
          <w:lang w:val="ru-RU"/>
        </w:rPr>
        <w:t>р</w:t>
      </w:r>
      <w:r w:rsidRPr="00BB4206">
        <w:rPr>
          <w:rFonts w:ascii="Times New Roman" w:eastAsia="Times New Roman" w:hAnsi="Times New Roman"/>
          <w:color w:val="000000"/>
          <w:sz w:val="24"/>
          <w:lang w:val="ru-RU"/>
        </w:rPr>
        <w:t xml:space="preserve">тивной тренировки, умений руководствоваться ими в познавательной и практической </w:t>
      </w:r>
      <w:r w:rsidRPr="00BB4206">
        <w:rPr>
          <w:lang w:val="ru-RU"/>
        </w:rPr>
        <w:br/>
      </w:r>
      <w:r w:rsidRPr="00BB4206">
        <w:rPr>
          <w:rFonts w:ascii="Times New Roman" w:eastAsia="Times New Roman" w:hAnsi="Times New Roman"/>
          <w:color w:val="000000"/>
          <w:sz w:val="24"/>
          <w:lang w:val="ru-RU"/>
        </w:rPr>
        <w:t>деятельности, общении со сверстниками, публичных выступлениях и дискуссиях.</w:t>
      </w:r>
    </w:p>
    <w:p w:rsidR="003A6CD7" w:rsidRPr="00BB4206" w:rsidRDefault="00E96A3D" w:rsidP="00D25CE2">
      <w:pPr>
        <w:autoSpaceDE w:val="0"/>
        <w:autoSpaceDN w:val="0"/>
        <w:spacing w:after="0" w:line="240" w:lineRule="auto"/>
        <w:ind w:left="180"/>
        <w:jc w:val="both"/>
        <w:rPr>
          <w:lang w:val="ru-RU"/>
        </w:rPr>
      </w:pPr>
      <w:r w:rsidRPr="00BB4206">
        <w:rPr>
          <w:rFonts w:ascii="Times New Roman" w:eastAsia="Times New Roman" w:hAnsi="Times New Roman"/>
          <w:b/>
          <w:color w:val="000000"/>
          <w:sz w:val="24"/>
          <w:lang w:val="ru-RU"/>
        </w:rPr>
        <w:t>МЕТАПРЕДМЕТНЫЕ РЕЗУЛЬТАТЫ</w:t>
      </w:r>
    </w:p>
    <w:p w:rsidR="007B5C2C" w:rsidRDefault="00E96A3D" w:rsidP="00BB4206">
      <w:pPr>
        <w:tabs>
          <w:tab w:val="left" w:pos="180"/>
        </w:tabs>
        <w:autoSpaceDE w:val="0"/>
        <w:autoSpaceDN w:val="0"/>
        <w:spacing w:after="0" w:line="240" w:lineRule="auto"/>
        <w:ind w:right="144"/>
        <w:jc w:val="both"/>
        <w:rPr>
          <w:lang w:val="ru-RU"/>
        </w:rPr>
      </w:pPr>
      <w:r w:rsidRPr="00BB4206">
        <w:rPr>
          <w:lang w:val="ru-RU"/>
        </w:rPr>
        <w:tab/>
      </w:r>
      <w:r w:rsidRPr="00BB4206">
        <w:rPr>
          <w:rFonts w:ascii="Times New Roman" w:eastAsia="Times New Roman" w:hAnsi="Times New Roman"/>
          <w:b/>
          <w:i/>
          <w:color w:val="000000"/>
          <w:sz w:val="24"/>
          <w:lang w:val="ru-RU"/>
        </w:rPr>
        <w:t xml:space="preserve">Универсальные познавательные действия: </w:t>
      </w:r>
    </w:p>
    <w:p w:rsidR="007B5C2C" w:rsidRDefault="007B5C2C" w:rsidP="00BB4206">
      <w:pPr>
        <w:tabs>
          <w:tab w:val="left" w:pos="180"/>
        </w:tabs>
        <w:autoSpaceDE w:val="0"/>
        <w:autoSpaceDN w:val="0"/>
        <w:spacing w:after="0" w:line="240" w:lineRule="auto"/>
        <w:ind w:right="144"/>
        <w:jc w:val="both"/>
        <w:rPr>
          <w:lang w:val="ru-RU"/>
        </w:rPr>
      </w:pPr>
      <w:r>
        <w:rPr>
          <w:rFonts w:ascii="Times New Roman" w:eastAsia="Times New Roman" w:hAnsi="Times New Roman"/>
          <w:color w:val="000000"/>
          <w:sz w:val="24"/>
          <w:lang w:val="ru-RU"/>
        </w:rPr>
        <w:tab/>
      </w:r>
      <w:r w:rsidR="00E96A3D" w:rsidRPr="00BB4206">
        <w:rPr>
          <w:rFonts w:ascii="Times New Roman" w:eastAsia="Times New Roman" w:hAnsi="Times New Roman"/>
          <w:color w:val="000000"/>
          <w:sz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3A6CD7" w:rsidRPr="00BB4206" w:rsidRDefault="007B5C2C" w:rsidP="00BB4206">
      <w:pPr>
        <w:tabs>
          <w:tab w:val="left" w:pos="180"/>
        </w:tabs>
        <w:autoSpaceDE w:val="0"/>
        <w:autoSpaceDN w:val="0"/>
        <w:spacing w:after="0" w:line="240" w:lineRule="auto"/>
        <w:ind w:right="144"/>
        <w:jc w:val="both"/>
        <w:rPr>
          <w:lang w:val="ru-RU"/>
        </w:rPr>
      </w:pPr>
      <w:r>
        <w:rPr>
          <w:lang w:val="ru-RU"/>
        </w:rPr>
        <w:tab/>
      </w:r>
      <w:r w:rsidR="00E96A3D" w:rsidRPr="00BB4206">
        <w:rPr>
          <w:rFonts w:ascii="Times New Roman" w:eastAsia="Times New Roman" w:hAnsi="Times New Roman"/>
          <w:color w:val="000000"/>
          <w:sz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A6CD7" w:rsidRPr="00BB4206" w:rsidRDefault="003A6CD7" w:rsidP="00BB4206">
      <w:pPr>
        <w:spacing w:line="240" w:lineRule="auto"/>
        <w:jc w:val="both"/>
        <w:rPr>
          <w:lang w:val="ru-RU"/>
        </w:rPr>
        <w:sectPr w:rsidR="003A6CD7" w:rsidRPr="00BB4206">
          <w:pgSz w:w="11900" w:h="16840"/>
          <w:pgMar w:top="298" w:right="644" w:bottom="444" w:left="666" w:header="720" w:footer="720" w:gutter="0"/>
          <w:cols w:space="720" w:equalWidth="0">
            <w:col w:w="10590" w:space="0"/>
          </w:cols>
          <w:docGrid w:linePitch="360"/>
        </w:sectPr>
      </w:pPr>
    </w:p>
    <w:p w:rsidR="003A6CD7" w:rsidRPr="00BB4206" w:rsidRDefault="003A6CD7" w:rsidP="00BB4206">
      <w:pPr>
        <w:autoSpaceDE w:val="0"/>
        <w:autoSpaceDN w:val="0"/>
        <w:spacing w:after="78" w:line="240" w:lineRule="auto"/>
        <w:jc w:val="both"/>
        <w:rPr>
          <w:lang w:val="ru-RU"/>
        </w:rPr>
      </w:pPr>
    </w:p>
    <w:p w:rsidR="007B5C2C" w:rsidRDefault="00E96A3D" w:rsidP="00BB4206">
      <w:pPr>
        <w:tabs>
          <w:tab w:val="left" w:pos="180"/>
        </w:tabs>
        <w:autoSpaceDE w:val="0"/>
        <w:autoSpaceDN w:val="0"/>
        <w:spacing w:after="0" w:line="240" w:lineRule="auto"/>
        <w:ind w:right="288"/>
        <w:jc w:val="both"/>
        <w:rPr>
          <w:lang w:val="ru-RU"/>
        </w:rPr>
      </w:pPr>
      <w:r w:rsidRPr="00BB4206">
        <w:rPr>
          <w:lang w:val="ru-RU"/>
        </w:rPr>
        <w:tab/>
      </w:r>
      <w:proofErr w:type="gramStart"/>
      <w:r w:rsidRPr="00BB4206">
        <w:rPr>
          <w:rFonts w:ascii="Times New Roman" w:eastAsia="Times New Roman" w:hAnsi="Times New Roman"/>
          <w:color w:val="000000"/>
          <w:sz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BB4206">
        <w:rPr>
          <w:lang w:val="ru-RU"/>
        </w:rPr>
        <w:br/>
      </w:r>
      <w:r w:rsidRPr="00BB4206">
        <w:rPr>
          <w:lang w:val="ru-RU"/>
        </w:rPr>
        <w:tab/>
      </w:r>
      <w:r w:rsidRPr="00BB4206">
        <w:rPr>
          <w:rFonts w:ascii="Times New Roman" w:eastAsia="Times New Roman" w:hAnsi="Times New Roman"/>
          <w:color w:val="000000"/>
          <w:sz w:val="24"/>
          <w:lang w:val="ru-RU"/>
        </w:rPr>
        <w:t>характеризовать туристские походы как форму активного отдыха, выявлять их целевое предн</w:t>
      </w:r>
      <w:r w:rsidRPr="00BB4206">
        <w:rPr>
          <w:rFonts w:ascii="Times New Roman" w:eastAsia="Times New Roman" w:hAnsi="Times New Roman"/>
          <w:color w:val="000000"/>
          <w:sz w:val="24"/>
          <w:lang w:val="ru-RU"/>
        </w:rPr>
        <w:t>а</w:t>
      </w:r>
      <w:r w:rsidRPr="00BB4206">
        <w:rPr>
          <w:rFonts w:ascii="Times New Roman" w:eastAsia="Times New Roman" w:hAnsi="Times New Roman"/>
          <w:color w:val="000000"/>
          <w:sz w:val="24"/>
          <w:lang w:val="ru-RU"/>
        </w:rPr>
        <w:t>значение в сохранении и укреплении здоровья; руководствоваться требованиями техники безопа</w:t>
      </w:r>
      <w:r w:rsidRPr="00BB4206">
        <w:rPr>
          <w:rFonts w:ascii="Times New Roman" w:eastAsia="Times New Roman" w:hAnsi="Times New Roman"/>
          <w:color w:val="000000"/>
          <w:sz w:val="24"/>
          <w:lang w:val="ru-RU"/>
        </w:rPr>
        <w:t>с</w:t>
      </w:r>
      <w:r w:rsidRPr="00BB4206">
        <w:rPr>
          <w:rFonts w:ascii="Times New Roman" w:eastAsia="Times New Roman" w:hAnsi="Times New Roman"/>
          <w:color w:val="000000"/>
          <w:sz w:val="24"/>
          <w:lang w:val="ru-RU"/>
        </w:rPr>
        <w:t xml:space="preserve">ности во время передвижения по маршруту и организации бивуака; </w:t>
      </w:r>
      <w:r w:rsidRPr="00BB4206">
        <w:rPr>
          <w:lang w:val="ru-RU"/>
        </w:rPr>
        <w:br/>
      </w:r>
      <w:r w:rsidRPr="00BB4206">
        <w:rPr>
          <w:lang w:val="ru-RU"/>
        </w:rPr>
        <w:tab/>
      </w:r>
      <w:r w:rsidRPr="00BB4206">
        <w:rPr>
          <w:rFonts w:ascii="Times New Roman" w:eastAsia="Times New Roman" w:hAnsi="Times New Roman"/>
          <w:color w:val="000000"/>
          <w:sz w:val="24"/>
          <w:lang w:val="ru-RU"/>
        </w:rPr>
        <w:t xml:space="preserve">устанавливать причинно-следственную связь между планированием режима дня и изменениями показателей работоспособности; </w:t>
      </w:r>
      <w:proofErr w:type="gramEnd"/>
    </w:p>
    <w:p w:rsidR="007B5C2C" w:rsidRDefault="007B5C2C" w:rsidP="00BB4206">
      <w:pPr>
        <w:tabs>
          <w:tab w:val="left" w:pos="180"/>
        </w:tabs>
        <w:autoSpaceDE w:val="0"/>
        <w:autoSpaceDN w:val="0"/>
        <w:spacing w:after="0" w:line="240" w:lineRule="auto"/>
        <w:ind w:right="288"/>
        <w:jc w:val="both"/>
        <w:rPr>
          <w:lang w:val="ru-RU"/>
        </w:rPr>
      </w:pPr>
      <w:r>
        <w:rPr>
          <w:lang w:val="ru-RU"/>
        </w:rPr>
        <w:tab/>
      </w:r>
      <w:r w:rsidR="00E96A3D" w:rsidRPr="00BB4206">
        <w:rPr>
          <w:rFonts w:ascii="Times New Roman" w:eastAsia="Times New Roman" w:hAnsi="Times New Roman"/>
          <w:color w:val="000000"/>
          <w:sz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B5C2C" w:rsidRDefault="007B5C2C" w:rsidP="00BB4206">
      <w:pPr>
        <w:tabs>
          <w:tab w:val="left" w:pos="180"/>
        </w:tabs>
        <w:autoSpaceDE w:val="0"/>
        <w:autoSpaceDN w:val="0"/>
        <w:spacing w:after="0" w:line="240" w:lineRule="auto"/>
        <w:ind w:right="288"/>
        <w:jc w:val="both"/>
        <w:rPr>
          <w:lang w:val="ru-RU"/>
        </w:rPr>
      </w:pPr>
      <w:r>
        <w:rPr>
          <w:lang w:val="ru-RU"/>
        </w:rPr>
        <w:tab/>
      </w:r>
      <w:r w:rsidR="00E96A3D" w:rsidRPr="00BB4206">
        <w:rPr>
          <w:rFonts w:ascii="Times New Roman" w:eastAsia="Times New Roman" w:hAnsi="Times New Roman"/>
          <w:color w:val="000000"/>
          <w:sz w:val="24"/>
          <w:lang w:val="ru-RU"/>
        </w:rPr>
        <w:t>устанавливать причинно-следственную связь между уровнем развития физических качеств, с</w:t>
      </w:r>
      <w:r w:rsidR="00E96A3D" w:rsidRPr="00BB4206">
        <w:rPr>
          <w:rFonts w:ascii="Times New Roman" w:eastAsia="Times New Roman" w:hAnsi="Times New Roman"/>
          <w:color w:val="000000"/>
          <w:sz w:val="24"/>
          <w:lang w:val="ru-RU"/>
        </w:rPr>
        <w:t>о</w:t>
      </w:r>
      <w:r w:rsidR="00E96A3D" w:rsidRPr="00BB4206">
        <w:rPr>
          <w:rFonts w:ascii="Times New Roman" w:eastAsia="Times New Roman" w:hAnsi="Times New Roman"/>
          <w:color w:val="000000"/>
          <w:sz w:val="24"/>
          <w:lang w:val="ru-RU"/>
        </w:rPr>
        <w:t xml:space="preserve">стоянием здоровья и функциональными возможностями основных систем организма;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3A6CD7" w:rsidRPr="00BB4206" w:rsidRDefault="007B5C2C" w:rsidP="00BB4206">
      <w:pPr>
        <w:tabs>
          <w:tab w:val="left" w:pos="180"/>
        </w:tabs>
        <w:autoSpaceDE w:val="0"/>
        <w:autoSpaceDN w:val="0"/>
        <w:spacing w:after="0" w:line="240" w:lineRule="auto"/>
        <w:ind w:right="288"/>
        <w:jc w:val="both"/>
        <w:rPr>
          <w:lang w:val="ru-RU"/>
        </w:rPr>
      </w:pPr>
      <w:r>
        <w:rPr>
          <w:lang w:val="ru-RU"/>
        </w:rPr>
        <w:tab/>
      </w:r>
      <w:r w:rsidR="00E96A3D" w:rsidRPr="00BB4206">
        <w:rPr>
          <w:rFonts w:ascii="Times New Roman" w:eastAsia="Times New Roman" w:hAnsi="Times New Roman"/>
          <w:color w:val="000000"/>
          <w:sz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B4206" w:rsidRDefault="00E96A3D" w:rsidP="00BB4206">
      <w:pPr>
        <w:tabs>
          <w:tab w:val="left" w:pos="180"/>
        </w:tabs>
        <w:autoSpaceDE w:val="0"/>
        <w:autoSpaceDN w:val="0"/>
        <w:spacing w:after="0" w:line="240" w:lineRule="auto"/>
        <w:jc w:val="both"/>
        <w:rPr>
          <w:lang w:val="ru-RU"/>
        </w:rPr>
      </w:pPr>
      <w:r w:rsidRPr="00BB4206">
        <w:rPr>
          <w:lang w:val="ru-RU"/>
        </w:rPr>
        <w:tab/>
      </w:r>
      <w:r w:rsidRPr="00BB4206">
        <w:rPr>
          <w:rFonts w:ascii="Times New Roman" w:eastAsia="Times New Roman" w:hAnsi="Times New Roman"/>
          <w:b/>
          <w:i/>
          <w:color w:val="000000"/>
          <w:sz w:val="24"/>
          <w:lang w:val="ru-RU"/>
        </w:rPr>
        <w:t xml:space="preserve">Универсальные коммуникативные действия: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выбирать, анализировать и систематизировать информацию из разных источников об образцах те</w:t>
      </w:r>
      <w:r w:rsidR="00E96A3D" w:rsidRPr="00BB4206">
        <w:rPr>
          <w:rFonts w:ascii="Times New Roman" w:eastAsia="Times New Roman" w:hAnsi="Times New Roman"/>
          <w:color w:val="000000"/>
          <w:sz w:val="24"/>
          <w:lang w:val="ru-RU"/>
        </w:rPr>
        <w:t>х</w:t>
      </w:r>
      <w:r w:rsidR="00E96A3D" w:rsidRPr="00BB4206">
        <w:rPr>
          <w:rFonts w:ascii="Times New Roman" w:eastAsia="Times New Roman" w:hAnsi="Times New Roman"/>
          <w:color w:val="000000"/>
          <w:sz w:val="24"/>
          <w:lang w:val="ru-RU"/>
        </w:rPr>
        <w:t>ники выполнения разучиваемых упражнений, правилах планирования самостоятельных занятий ф</w:t>
      </w:r>
      <w:r w:rsidR="00E96A3D" w:rsidRPr="00BB4206">
        <w:rPr>
          <w:rFonts w:ascii="Times New Roman" w:eastAsia="Times New Roman" w:hAnsi="Times New Roman"/>
          <w:color w:val="000000"/>
          <w:sz w:val="24"/>
          <w:lang w:val="ru-RU"/>
        </w:rPr>
        <w:t>и</w:t>
      </w:r>
      <w:r w:rsidR="00E96A3D" w:rsidRPr="00BB4206">
        <w:rPr>
          <w:rFonts w:ascii="Times New Roman" w:eastAsia="Times New Roman" w:hAnsi="Times New Roman"/>
          <w:color w:val="000000"/>
          <w:sz w:val="24"/>
          <w:lang w:val="ru-RU"/>
        </w:rPr>
        <w:t xml:space="preserve">зической и технической подготовкой;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вести наблюдения за развитием физических качеств, сравнивать их показатели с данными возра</w:t>
      </w:r>
      <w:r w:rsidR="00E96A3D" w:rsidRPr="00BB4206">
        <w:rPr>
          <w:rFonts w:ascii="Times New Roman" w:eastAsia="Times New Roman" w:hAnsi="Times New Roman"/>
          <w:color w:val="000000"/>
          <w:sz w:val="24"/>
          <w:lang w:val="ru-RU"/>
        </w:rPr>
        <w:t>с</w:t>
      </w:r>
      <w:r w:rsidR="00E96A3D" w:rsidRPr="00BB4206">
        <w:rPr>
          <w:rFonts w:ascii="Times New Roman" w:eastAsia="Times New Roman" w:hAnsi="Times New Roman"/>
          <w:color w:val="000000"/>
          <w:sz w:val="24"/>
          <w:lang w:val="ru-RU"/>
        </w:rPr>
        <w:t xml:space="preserve">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описывать и анализировать технику разучиваемого упражнения, выделять фазы и элементы движ</w:t>
      </w:r>
      <w:r w:rsidR="00E96A3D" w:rsidRPr="00BB4206">
        <w:rPr>
          <w:rFonts w:ascii="Times New Roman" w:eastAsia="Times New Roman" w:hAnsi="Times New Roman"/>
          <w:color w:val="000000"/>
          <w:sz w:val="24"/>
          <w:lang w:val="ru-RU"/>
        </w:rPr>
        <w:t>е</w:t>
      </w:r>
      <w:r w:rsidR="00E96A3D" w:rsidRPr="00BB4206">
        <w:rPr>
          <w:rFonts w:ascii="Times New Roman" w:eastAsia="Times New Roman" w:hAnsi="Times New Roman"/>
          <w:color w:val="000000"/>
          <w:sz w:val="24"/>
          <w:lang w:val="ru-RU"/>
        </w:rPr>
        <w:t xml:space="preserve">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00E96A3D" w:rsidRPr="00BB4206">
        <w:rPr>
          <w:lang w:val="ru-RU"/>
        </w:rPr>
        <w:tab/>
      </w:r>
      <w:r w:rsidR="00E96A3D" w:rsidRPr="00BB4206">
        <w:rPr>
          <w:rFonts w:ascii="Times New Roman" w:eastAsia="Times New Roman" w:hAnsi="Times New Roman"/>
          <w:color w:val="000000"/>
          <w:sz w:val="24"/>
          <w:lang w:val="ru-RU"/>
        </w:rPr>
        <w:t>н</w:t>
      </w:r>
      <w:r w:rsidR="00E96A3D" w:rsidRPr="00BB4206">
        <w:rPr>
          <w:rFonts w:ascii="Times New Roman" w:eastAsia="Times New Roman" w:hAnsi="Times New Roman"/>
          <w:color w:val="000000"/>
          <w:sz w:val="24"/>
          <w:lang w:val="ru-RU"/>
        </w:rPr>
        <w:t>а</w:t>
      </w:r>
      <w:r w:rsidR="00E96A3D" w:rsidRPr="00BB4206">
        <w:rPr>
          <w:rFonts w:ascii="Times New Roman" w:eastAsia="Times New Roman" w:hAnsi="Times New Roman"/>
          <w:color w:val="000000"/>
          <w:sz w:val="24"/>
          <w:lang w:val="ru-RU"/>
        </w:rPr>
        <w:t>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w:t>
      </w:r>
      <w:r w:rsidR="00E96A3D" w:rsidRPr="00BB4206">
        <w:rPr>
          <w:rFonts w:ascii="Times New Roman" w:eastAsia="Times New Roman" w:hAnsi="Times New Roman"/>
          <w:color w:val="000000"/>
          <w:sz w:val="24"/>
          <w:lang w:val="ru-RU"/>
        </w:rPr>
        <w:t>а</w:t>
      </w:r>
      <w:r w:rsidR="00E96A3D" w:rsidRPr="00BB4206">
        <w:rPr>
          <w:rFonts w:ascii="Times New Roman" w:eastAsia="Times New Roman" w:hAnsi="Times New Roman"/>
          <w:color w:val="000000"/>
          <w:sz w:val="24"/>
          <w:lang w:val="ru-RU"/>
        </w:rPr>
        <w:t xml:space="preserve">нения;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B4206" w:rsidRDefault="00E96A3D" w:rsidP="00BB4206">
      <w:pPr>
        <w:tabs>
          <w:tab w:val="left" w:pos="180"/>
        </w:tabs>
        <w:autoSpaceDE w:val="0"/>
        <w:autoSpaceDN w:val="0"/>
        <w:spacing w:after="0" w:line="240" w:lineRule="auto"/>
        <w:jc w:val="both"/>
        <w:rPr>
          <w:lang w:val="ru-RU"/>
        </w:rPr>
      </w:pPr>
      <w:r w:rsidRPr="00BB4206">
        <w:rPr>
          <w:rFonts w:ascii="Times New Roman" w:eastAsia="Times New Roman" w:hAnsi="Times New Roman"/>
          <w:b/>
          <w:i/>
          <w:color w:val="000000"/>
          <w:sz w:val="24"/>
          <w:lang w:val="ru-RU"/>
        </w:rPr>
        <w:t xml:space="preserve">Универсальные учебные регулятивные действия: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 xml:space="preserve">составлять и выполнять индивидуальные комплексы физических упражнений с разной </w:t>
      </w:r>
      <w:r w:rsidR="00E96A3D" w:rsidRPr="00BB4206">
        <w:rPr>
          <w:lang w:val="ru-RU"/>
        </w:rPr>
        <w:br/>
      </w:r>
      <w:r w:rsidR="00E96A3D" w:rsidRPr="00BB4206">
        <w:rPr>
          <w:rFonts w:ascii="Times New Roman" w:eastAsia="Times New Roman" w:hAnsi="Times New Roman"/>
          <w:color w:val="000000"/>
          <w:sz w:val="24"/>
          <w:lang w:val="ru-RU"/>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sidR="00E96A3D" w:rsidRPr="00BB4206">
        <w:rPr>
          <w:lang w:val="ru-RU"/>
        </w:rPr>
        <w:tab/>
      </w:r>
      <w:r w:rsidR="00E96A3D" w:rsidRPr="00BB4206">
        <w:rPr>
          <w:rFonts w:ascii="Times New Roman" w:eastAsia="Times New Roman" w:hAnsi="Times New Roman"/>
          <w:color w:val="000000"/>
          <w:sz w:val="24"/>
          <w:lang w:val="ru-RU"/>
        </w:rPr>
        <w:t>с</w:t>
      </w:r>
      <w:r w:rsidR="00E96A3D" w:rsidRPr="00BB4206">
        <w:rPr>
          <w:rFonts w:ascii="Times New Roman" w:eastAsia="Times New Roman" w:hAnsi="Times New Roman"/>
          <w:color w:val="000000"/>
          <w:sz w:val="24"/>
          <w:lang w:val="ru-RU"/>
        </w:rPr>
        <w:t>о</w:t>
      </w:r>
      <w:r w:rsidR="00E96A3D" w:rsidRPr="00BB4206">
        <w:rPr>
          <w:rFonts w:ascii="Times New Roman" w:eastAsia="Times New Roman" w:hAnsi="Times New Roman"/>
          <w:color w:val="000000"/>
          <w:sz w:val="24"/>
          <w:lang w:val="ru-RU"/>
        </w:rPr>
        <w:t>ставлять и выполнять акробатические и гимнастические комплексы упражнений, самостоятельно р</w:t>
      </w:r>
      <w:r w:rsidR="00E96A3D" w:rsidRPr="00BB4206">
        <w:rPr>
          <w:rFonts w:ascii="Times New Roman" w:eastAsia="Times New Roman" w:hAnsi="Times New Roman"/>
          <w:color w:val="000000"/>
          <w:sz w:val="24"/>
          <w:lang w:val="ru-RU"/>
        </w:rPr>
        <w:t>а</w:t>
      </w:r>
      <w:r w:rsidR="00E96A3D" w:rsidRPr="00BB4206">
        <w:rPr>
          <w:rFonts w:ascii="Times New Roman" w:eastAsia="Times New Roman" w:hAnsi="Times New Roman"/>
          <w:color w:val="000000"/>
          <w:sz w:val="24"/>
          <w:lang w:val="ru-RU"/>
        </w:rPr>
        <w:t xml:space="preserve">зучивать сложно-координированные упражнения на спортивных снарядах;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активно взаимодействовать в условиях учебной и игровой деятельности, ориентироваться на указ</w:t>
      </w:r>
      <w:r w:rsidR="00E96A3D" w:rsidRPr="00BB4206">
        <w:rPr>
          <w:rFonts w:ascii="Times New Roman" w:eastAsia="Times New Roman" w:hAnsi="Times New Roman"/>
          <w:color w:val="000000"/>
          <w:sz w:val="24"/>
          <w:lang w:val="ru-RU"/>
        </w:rPr>
        <w:t>а</w:t>
      </w:r>
      <w:r w:rsidR="00E96A3D" w:rsidRPr="00BB4206">
        <w:rPr>
          <w:rFonts w:ascii="Times New Roman" w:eastAsia="Times New Roman" w:hAnsi="Times New Roman"/>
          <w:color w:val="000000"/>
          <w:sz w:val="24"/>
          <w:lang w:val="ru-RU"/>
        </w:rPr>
        <w:t>ния учителя и правила игры при возникновении  конфликтных и нестандартных ситуаций, призн</w:t>
      </w:r>
      <w:r w:rsidR="00E96A3D" w:rsidRPr="00BB4206">
        <w:rPr>
          <w:rFonts w:ascii="Times New Roman" w:eastAsia="Times New Roman" w:hAnsi="Times New Roman"/>
          <w:color w:val="000000"/>
          <w:sz w:val="24"/>
          <w:lang w:val="ru-RU"/>
        </w:rPr>
        <w:t>а</w:t>
      </w:r>
      <w:r w:rsidR="00E96A3D" w:rsidRPr="00BB4206">
        <w:rPr>
          <w:rFonts w:ascii="Times New Roman" w:eastAsia="Times New Roman" w:hAnsi="Times New Roman"/>
          <w:color w:val="000000"/>
          <w:sz w:val="24"/>
          <w:lang w:val="ru-RU"/>
        </w:rPr>
        <w:t xml:space="preserve">вать своё право и право других на ошибку, право на её совместное исправление;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3A6CD7" w:rsidRP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организовывать оказание первой помощи при травмах и ушибах во время самостоятельных занятий</w:t>
      </w:r>
    </w:p>
    <w:p w:rsidR="003A6CD7" w:rsidRPr="00BB4206" w:rsidRDefault="003A6CD7" w:rsidP="00BB4206">
      <w:pPr>
        <w:spacing w:line="240" w:lineRule="auto"/>
        <w:jc w:val="both"/>
        <w:rPr>
          <w:lang w:val="ru-RU"/>
        </w:rPr>
        <w:sectPr w:rsidR="003A6CD7" w:rsidRPr="00BB4206">
          <w:pgSz w:w="11900" w:h="16840"/>
          <w:pgMar w:top="298" w:right="732" w:bottom="428" w:left="666" w:header="720" w:footer="720" w:gutter="0"/>
          <w:cols w:space="720" w:equalWidth="0">
            <w:col w:w="10502" w:space="0"/>
          </w:cols>
          <w:docGrid w:linePitch="360"/>
        </w:sectPr>
      </w:pPr>
    </w:p>
    <w:p w:rsidR="003A6CD7" w:rsidRPr="00BB4206" w:rsidRDefault="003A6CD7" w:rsidP="00BB4206">
      <w:pPr>
        <w:autoSpaceDE w:val="0"/>
        <w:autoSpaceDN w:val="0"/>
        <w:spacing w:after="66" w:line="240" w:lineRule="auto"/>
        <w:jc w:val="both"/>
        <w:rPr>
          <w:lang w:val="ru-RU"/>
        </w:rPr>
      </w:pPr>
    </w:p>
    <w:p w:rsidR="003A6CD7" w:rsidRPr="00BB4206" w:rsidRDefault="00E96A3D" w:rsidP="00BB4206">
      <w:pPr>
        <w:autoSpaceDE w:val="0"/>
        <w:autoSpaceDN w:val="0"/>
        <w:spacing w:after="0" w:line="240" w:lineRule="auto"/>
        <w:jc w:val="both"/>
        <w:rPr>
          <w:lang w:val="ru-RU"/>
        </w:rPr>
      </w:pPr>
      <w:r w:rsidRPr="00BB4206">
        <w:rPr>
          <w:rFonts w:ascii="Times New Roman" w:eastAsia="Times New Roman" w:hAnsi="Times New Roman"/>
          <w:color w:val="000000"/>
          <w:sz w:val="24"/>
          <w:lang w:val="ru-RU"/>
        </w:rPr>
        <w:t>физической культурой и спортом, применять способы и приёмы помощи в зависимости от характера и признаков полученной травмы.</w:t>
      </w:r>
    </w:p>
    <w:p w:rsidR="00BB4206" w:rsidRDefault="00E96A3D" w:rsidP="00BB4206">
      <w:pPr>
        <w:autoSpaceDE w:val="0"/>
        <w:autoSpaceDN w:val="0"/>
        <w:spacing w:after="0" w:line="240" w:lineRule="auto"/>
        <w:ind w:left="180"/>
        <w:jc w:val="both"/>
        <w:rPr>
          <w:lang w:val="ru-RU"/>
        </w:rPr>
      </w:pPr>
      <w:r w:rsidRPr="00BB4206">
        <w:rPr>
          <w:rFonts w:ascii="Times New Roman" w:eastAsia="Times New Roman" w:hAnsi="Times New Roman"/>
          <w:b/>
          <w:color w:val="000000"/>
          <w:sz w:val="24"/>
          <w:lang w:val="ru-RU"/>
        </w:rPr>
        <w:t>ПРЕДМЕТНЫЕ РЕЗУЛЬТАТЫ</w:t>
      </w:r>
    </w:p>
    <w:p w:rsidR="00BB4206" w:rsidRDefault="00E96A3D" w:rsidP="00BB4206">
      <w:pPr>
        <w:autoSpaceDE w:val="0"/>
        <w:autoSpaceDN w:val="0"/>
        <w:spacing w:after="0" w:line="240" w:lineRule="auto"/>
        <w:ind w:left="180"/>
        <w:jc w:val="both"/>
        <w:rPr>
          <w:lang w:val="ru-RU"/>
        </w:rPr>
      </w:pPr>
      <w:r w:rsidRPr="00BB4206">
        <w:rPr>
          <w:rFonts w:ascii="Times New Roman" w:eastAsia="Times New Roman" w:hAnsi="Times New Roman"/>
          <w:color w:val="000000"/>
          <w:sz w:val="24"/>
          <w:lang w:val="ru-RU"/>
        </w:rPr>
        <w:t xml:space="preserve">К концу обучения в 5 классе </w:t>
      </w:r>
      <w:proofErr w:type="gramStart"/>
      <w:r w:rsidRPr="00BB4206">
        <w:rPr>
          <w:rFonts w:ascii="Times New Roman" w:eastAsia="Times New Roman" w:hAnsi="Times New Roman"/>
          <w:color w:val="000000"/>
          <w:sz w:val="24"/>
          <w:lang w:val="ru-RU"/>
        </w:rPr>
        <w:t>обучающийся</w:t>
      </w:r>
      <w:proofErr w:type="gramEnd"/>
      <w:r w:rsidRPr="00BB4206">
        <w:rPr>
          <w:rFonts w:ascii="Times New Roman" w:eastAsia="Times New Roman" w:hAnsi="Times New Roman"/>
          <w:color w:val="000000"/>
          <w:sz w:val="24"/>
          <w:lang w:val="ru-RU"/>
        </w:rPr>
        <w:t xml:space="preserve"> научится: </w:t>
      </w:r>
      <w:r w:rsidR="00BB4206">
        <w:rPr>
          <w:lang w:val="ru-RU"/>
        </w:rPr>
        <w:br/>
      </w:r>
      <w:r w:rsidRPr="00BB4206">
        <w:rPr>
          <w:rFonts w:ascii="Times New Roman" w:eastAsia="Times New Roman" w:hAnsi="Times New Roman"/>
          <w:color w:val="000000"/>
          <w:sz w:val="24"/>
          <w:lang w:val="ru-RU"/>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BB4206" w:rsidRDefault="00E96A3D" w:rsidP="00BB4206">
      <w:pPr>
        <w:autoSpaceDE w:val="0"/>
        <w:autoSpaceDN w:val="0"/>
        <w:spacing w:after="0" w:line="240" w:lineRule="auto"/>
        <w:ind w:left="180"/>
        <w:jc w:val="both"/>
        <w:rPr>
          <w:lang w:val="ru-RU"/>
        </w:rPr>
      </w:pPr>
      <w:r w:rsidRPr="00BB4206">
        <w:rPr>
          <w:rFonts w:ascii="Times New Roman" w:eastAsia="Times New Roman" w:hAnsi="Times New Roman"/>
          <w:color w:val="000000"/>
          <w:sz w:val="24"/>
          <w:lang w:val="ru-RU"/>
        </w:rPr>
        <w:t>проводить измерение индивидуальной осанки и сравнивать её показатели со стандартами, соста</w:t>
      </w:r>
      <w:r w:rsidRPr="00BB4206">
        <w:rPr>
          <w:rFonts w:ascii="Times New Roman" w:eastAsia="Times New Roman" w:hAnsi="Times New Roman"/>
          <w:color w:val="000000"/>
          <w:sz w:val="24"/>
          <w:lang w:val="ru-RU"/>
        </w:rPr>
        <w:t>в</w:t>
      </w:r>
      <w:r w:rsidRPr="00BB4206">
        <w:rPr>
          <w:rFonts w:ascii="Times New Roman" w:eastAsia="Times New Roman" w:hAnsi="Times New Roman"/>
          <w:color w:val="000000"/>
          <w:sz w:val="24"/>
          <w:lang w:val="ru-RU"/>
        </w:rPr>
        <w:t>лять комплексы упражнений по коррекции и профилактике её нарушения, планировать их выполн</w:t>
      </w:r>
      <w:r w:rsidRPr="00BB4206">
        <w:rPr>
          <w:rFonts w:ascii="Times New Roman" w:eastAsia="Times New Roman" w:hAnsi="Times New Roman"/>
          <w:color w:val="000000"/>
          <w:sz w:val="24"/>
          <w:lang w:val="ru-RU"/>
        </w:rPr>
        <w:t>е</w:t>
      </w:r>
      <w:r w:rsidRPr="00BB4206">
        <w:rPr>
          <w:rFonts w:ascii="Times New Roman" w:eastAsia="Times New Roman" w:hAnsi="Times New Roman"/>
          <w:color w:val="000000"/>
          <w:sz w:val="24"/>
          <w:lang w:val="ru-RU"/>
        </w:rPr>
        <w:t xml:space="preserve">ние в режиме дня; </w:t>
      </w:r>
    </w:p>
    <w:p w:rsidR="00BB4206" w:rsidRDefault="00E96A3D" w:rsidP="00BB4206">
      <w:pPr>
        <w:tabs>
          <w:tab w:val="left" w:pos="180"/>
        </w:tabs>
        <w:autoSpaceDE w:val="0"/>
        <w:autoSpaceDN w:val="0"/>
        <w:spacing w:after="0" w:line="240" w:lineRule="auto"/>
        <w:jc w:val="both"/>
        <w:rPr>
          <w:lang w:val="ru-RU"/>
        </w:rPr>
      </w:pPr>
      <w:r w:rsidRPr="00BB4206">
        <w:rPr>
          <w:rFonts w:ascii="Times New Roman" w:eastAsia="Times New Roman" w:hAnsi="Times New Roman"/>
          <w:color w:val="000000"/>
          <w:sz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w:t>
      </w:r>
      <w:r w:rsidRPr="00BB4206">
        <w:rPr>
          <w:rFonts w:ascii="Times New Roman" w:eastAsia="Times New Roman" w:hAnsi="Times New Roman"/>
          <w:color w:val="000000"/>
          <w:sz w:val="24"/>
          <w:lang w:val="ru-RU"/>
        </w:rPr>
        <w:t>о</w:t>
      </w:r>
      <w:r w:rsidRPr="00BB4206">
        <w:rPr>
          <w:rFonts w:ascii="Times New Roman" w:eastAsia="Times New Roman" w:hAnsi="Times New Roman"/>
          <w:color w:val="000000"/>
          <w:sz w:val="24"/>
          <w:lang w:val="ru-RU"/>
        </w:rPr>
        <w:t xml:space="preserve">стоятельных занятий;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осуществлять профилактику утомления во время учебной деятельности, выполнять комплексы у</w:t>
      </w:r>
      <w:r w:rsidR="00E96A3D" w:rsidRPr="00BB4206">
        <w:rPr>
          <w:rFonts w:ascii="Times New Roman" w:eastAsia="Times New Roman" w:hAnsi="Times New Roman"/>
          <w:color w:val="000000"/>
          <w:sz w:val="24"/>
          <w:lang w:val="ru-RU"/>
        </w:rPr>
        <w:t>п</w:t>
      </w:r>
      <w:r w:rsidR="00E96A3D" w:rsidRPr="00BB4206">
        <w:rPr>
          <w:rFonts w:ascii="Times New Roman" w:eastAsia="Times New Roman" w:hAnsi="Times New Roman"/>
          <w:color w:val="000000"/>
          <w:sz w:val="24"/>
          <w:lang w:val="ru-RU"/>
        </w:rPr>
        <w:t xml:space="preserve">ражнений физкультминуток, дыхательной и зрительной гимнастики;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BB4206" w:rsidRDefault="00E96A3D" w:rsidP="00BB4206">
      <w:pPr>
        <w:tabs>
          <w:tab w:val="left" w:pos="180"/>
        </w:tabs>
        <w:autoSpaceDE w:val="0"/>
        <w:autoSpaceDN w:val="0"/>
        <w:spacing w:after="0" w:line="240" w:lineRule="auto"/>
        <w:jc w:val="both"/>
        <w:rPr>
          <w:lang w:val="ru-RU"/>
        </w:rPr>
      </w:pPr>
      <w:r w:rsidRPr="00BB4206">
        <w:rPr>
          <w:rFonts w:ascii="Times New Roman" w:eastAsia="Times New Roman" w:hAnsi="Times New Roman"/>
          <w:color w:val="000000"/>
          <w:sz w:val="24"/>
          <w:lang w:val="ru-RU"/>
        </w:rPr>
        <w:t>выполнять опорный прыжок с разбега способом «ноги врозь» (мальчики) и способом</w:t>
      </w:r>
      <w:r w:rsidRPr="00BB4206">
        <w:rPr>
          <w:lang w:val="ru-RU"/>
        </w:rPr>
        <w:br/>
      </w:r>
      <w:r w:rsidRPr="00BB4206">
        <w:rPr>
          <w:rFonts w:ascii="Times New Roman" w:eastAsia="Times New Roman" w:hAnsi="Times New Roman"/>
          <w:color w:val="000000"/>
          <w:sz w:val="24"/>
          <w:lang w:val="ru-RU"/>
        </w:rPr>
        <w:t>«</w:t>
      </w:r>
      <w:proofErr w:type="spellStart"/>
      <w:r w:rsidRPr="00BB4206">
        <w:rPr>
          <w:rFonts w:ascii="Times New Roman" w:eastAsia="Times New Roman" w:hAnsi="Times New Roman"/>
          <w:color w:val="000000"/>
          <w:sz w:val="24"/>
          <w:lang w:val="ru-RU"/>
        </w:rPr>
        <w:t>напрыгивания</w:t>
      </w:r>
      <w:proofErr w:type="spellEnd"/>
      <w:r w:rsidRPr="00BB4206">
        <w:rPr>
          <w:rFonts w:ascii="Times New Roman" w:eastAsia="Times New Roman" w:hAnsi="Times New Roman"/>
          <w:color w:val="000000"/>
          <w:sz w:val="24"/>
          <w:lang w:val="ru-RU"/>
        </w:rPr>
        <w:t xml:space="preserve"> с последующим спрыгиванием» (девочки);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выполнять упражнения в висах и упорах на низкой гимнастической перекладине (мальчики); в пер</w:t>
      </w:r>
      <w:r w:rsidR="00E96A3D" w:rsidRPr="00BB4206">
        <w:rPr>
          <w:rFonts w:ascii="Times New Roman" w:eastAsia="Times New Roman" w:hAnsi="Times New Roman"/>
          <w:color w:val="000000"/>
          <w:sz w:val="24"/>
          <w:lang w:val="ru-RU"/>
        </w:rPr>
        <w:t>е</w:t>
      </w:r>
      <w:r w:rsidR="00E96A3D" w:rsidRPr="00BB4206">
        <w:rPr>
          <w:rFonts w:ascii="Times New Roman" w:eastAsia="Times New Roman" w:hAnsi="Times New Roman"/>
          <w:color w:val="000000"/>
          <w:sz w:val="24"/>
          <w:lang w:val="ru-RU"/>
        </w:rPr>
        <w:t xml:space="preserve">движениях по гимнастическому бревну ходьбой и приставным шагом с поворотами, </w:t>
      </w:r>
      <w:r w:rsidR="00E96A3D" w:rsidRPr="00BB4206">
        <w:rPr>
          <w:lang w:val="ru-RU"/>
        </w:rPr>
        <w:br/>
      </w:r>
      <w:r w:rsidR="00E96A3D" w:rsidRPr="00BB4206">
        <w:rPr>
          <w:rFonts w:ascii="Times New Roman" w:eastAsia="Times New Roman" w:hAnsi="Times New Roman"/>
          <w:color w:val="000000"/>
          <w:sz w:val="24"/>
          <w:lang w:val="ru-RU"/>
        </w:rPr>
        <w:t xml:space="preserve">подпрыгиванием на двух ногах на месте и с продвижением (девочки);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 xml:space="preserve">передвигаться по гимнастической стенке приставным шагом, лазать разноимённым способом вверх и по диагонали;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 xml:space="preserve">выполнять бег с равномерной скоростью с высокого старта по учебной дистанции;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 xml:space="preserve">демонстрировать технику прыжка в длину с разбега способом «согнув ноги»;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 xml:space="preserve">передвигаться на лыжах попеременным </w:t>
      </w:r>
      <w:proofErr w:type="spellStart"/>
      <w:r w:rsidR="00E96A3D" w:rsidRPr="00BB4206">
        <w:rPr>
          <w:rFonts w:ascii="Times New Roman" w:eastAsia="Times New Roman" w:hAnsi="Times New Roman"/>
          <w:color w:val="000000"/>
          <w:sz w:val="24"/>
          <w:lang w:val="ru-RU"/>
        </w:rPr>
        <w:t>двухшажным</w:t>
      </w:r>
      <w:proofErr w:type="spellEnd"/>
      <w:r w:rsidR="00E96A3D" w:rsidRPr="00BB4206">
        <w:rPr>
          <w:rFonts w:ascii="Times New Roman" w:eastAsia="Times New Roman" w:hAnsi="Times New Roman"/>
          <w:color w:val="000000"/>
          <w:sz w:val="24"/>
          <w:lang w:val="ru-RU"/>
        </w:rPr>
        <w:t xml:space="preserve"> ходом (для бесснежных районов — имитация передвижения); </w:t>
      </w:r>
      <w:r w:rsidR="00E96A3D" w:rsidRPr="00BB4206">
        <w:rPr>
          <w:lang w:val="ru-RU"/>
        </w:rPr>
        <w:br/>
      </w:r>
      <w:r w:rsidR="00E96A3D" w:rsidRPr="00BB4206">
        <w:rPr>
          <w:lang w:val="ru-RU"/>
        </w:rPr>
        <w:tab/>
      </w:r>
      <w:r w:rsidR="00E96A3D" w:rsidRPr="00BB4206">
        <w:rPr>
          <w:rFonts w:ascii="Times New Roman" w:eastAsia="Times New Roman" w:hAnsi="Times New Roman"/>
          <w:color w:val="000000"/>
          <w:sz w:val="24"/>
          <w:lang w:val="ru-RU"/>
        </w:rPr>
        <w:t xml:space="preserve">демонстрировать технические действия в спортивных играх: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волейбол (приём и передача мяча двумя руками снизу и сверху с места и в движении, прямая ни</w:t>
      </w:r>
      <w:r w:rsidR="00E96A3D" w:rsidRPr="00BB4206">
        <w:rPr>
          <w:rFonts w:ascii="Times New Roman" w:eastAsia="Times New Roman" w:hAnsi="Times New Roman"/>
          <w:color w:val="000000"/>
          <w:sz w:val="24"/>
          <w:lang w:val="ru-RU"/>
        </w:rPr>
        <w:t>ж</w:t>
      </w:r>
      <w:r w:rsidR="00E96A3D" w:rsidRPr="00BB4206">
        <w:rPr>
          <w:rFonts w:ascii="Times New Roman" w:eastAsia="Times New Roman" w:hAnsi="Times New Roman"/>
          <w:color w:val="000000"/>
          <w:sz w:val="24"/>
          <w:lang w:val="ru-RU"/>
        </w:rPr>
        <w:t xml:space="preserve">няя подача); </w:t>
      </w:r>
    </w:p>
    <w:p w:rsid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3A6CD7" w:rsidRPr="00BB4206" w:rsidRDefault="00BB4206" w:rsidP="00BB4206">
      <w:pPr>
        <w:tabs>
          <w:tab w:val="left" w:pos="180"/>
        </w:tabs>
        <w:autoSpaceDE w:val="0"/>
        <w:autoSpaceDN w:val="0"/>
        <w:spacing w:after="0" w:line="240" w:lineRule="auto"/>
        <w:jc w:val="both"/>
        <w:rPr>
          <w:lang w:val="ru-RU"/>
        </w:rPr>
      </w:pPr>
      <w:r>
        <w:rPr>
          <w:lang w:val="ru-RU"/>
        </w:rPr>
        <w:tab/>
      </w:r>
      <w:r w:rsidR="00E96A3D" w:rsidRPr="00BB4206">
        <w:rPr>
          <w:rFonts w:ascii="Times New Roman" w:eastAsia="Times New Roman" w:hAnsi="Times New Roman"/>
          <w:color w:val="000000"/>
          <w:sz w:val="24"/>
          <w:lang w:val="ru-RU"/>
        </w:rPr>
        <w:t>тренироваться в упражнениях общефизической и специальной физической подготовки с учётом и</w:t>
      </w:r>
      <w:r w:rsidR="00E96A3D" w:rsidRPr="00BB4206">
        <w:rPr>
          <w:rFonts w:ascii="Times New Roman" w:eastAsia="Times New Roman" w:hAnsi="Times New Roman"/>
          <w:color w:val="000000"/>
          <w:sz w:val="24"/>
          <w:lang w:val="ru-RU"/>
        </w:rPr>
        <w:t>н</w:t>
      </w:r>
      <w:r w:rsidR="00E96A3D" w:rsidRPr="00BB4206">
        <w:rPr>
          <w:rFonts w:ascii="Times New Roman" w:eastAsia="Times New Roman" w:hAnsi="Times New Roman"/>
          <w:color w:val="000000"/>
          <w:sz w:val="24"/>
          <w:lang w:val="ru-RU"/>
        </w:rPr>
        <w:t>дивидуальных и возрастно-половых особенностей.</w:t>
      </w:r>
    </w:p>
    <w:p w:rsidR="003A6CD7" w:rsidRPr="00BB4206" w:rsidRDefault="003A6CD7">
      <w:pPr>
        <w:rPr>
          <w:lang w:val="ru-RU"/>
        </w:rPr>
        <w:sectPr w:rsidR="003A6CD7" w:rsidRPr="00BB4206">
          <w:pgSz w:w="11900" w:h="16840"/>
          <w:pgMar w:top="286" w:right="652" w:bottom="1440" w:left="666" w:header="720" w:footer="720" w:gutter="0"/>
          <w:cols w:space="720" w:equalWidth="0">
            <w:col w:w="10582" w:space="0"/>
          </w:cols>
          <w:docGrid w:linePitch="360"/>
        </w:sectPr>
      </w:pPr>
    </w:p>
    <w:p w:rsidR="003A6CD7" w:rsidRPr="00BB4206" w:rsidRDefault="003A6CD7">
      <w:pPr>
        <w:autoSpaceDE w:val="0"/>
        <w:autoSpaceDN w:val="0"/>
        <w:spacing w:after="64" w:line="220" w:lineRule="exact"/>
        <w:rPr>
          <w:lang w:val="ru-RU"/>
        </w:rPr>
      </w:pPr>
    </w:p>
    <w:p w:rsidR="003A6CD7" w:rsidRDefault="00E96A3D">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tblPr>
      <w:tblGrid>
        <w:gridCol w:w="468"/>
        <w:gridCol w:w="4670"/>
        <w:gridCol w:w="530"/>
        <w:gridCol w:w="1104"/>
        <w:gridCol w:w="1140"/>
        <w:gridCol w:w="806"/>
        <w:gridCol w:w="3614"/>
        <w:gridCol w:w="828"/>
        <w:gridCol w:w="2342"/>
      </w:tblGrid>
      <w:tr w:rsidR="003A6CD7">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4670"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06"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3614"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0"/>
            </w:pPr>
            <w:r>
              <w:rPr>
                <w:rFonts w:ascii="Times New Roman" w:eastAsia="Times New Roman" w:hAnsi="Times New Roman"/>
                <w:b/>
                <w:color w:val="000000"/>
                <w:w w:val="97"/>
                <w:sz w:val="16"/>
              </w:rPr>
              <w:t>Виды деятельности</w:t>
            </w:r>
          </w:p>
        </w:tc>
        <w:tc>
          <w:tcPr>
            <w:tcW w:w="82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b/>
                <w:color w:val="000000"/>
                <w:w w:val="97"/>
                <w:sz w:val="16"/>
              </w:rPr>
              <w:t xml:space="preserve">Виды, </w:t>
            </w:r>
            <w:r>
              <w:br/>
            </w:r>
            <w:r>
              <w:rPr>
                <w:rFonts w:ascii="Times New Roman" w:eastAsia="Times New Roman" w:hAnsi="Times New Roman"/>
                <w:b/>
                <w:color w:val="000000"/>
                <w:w w:val="97"/>
                <w:sz w:val="16"/>
              </w:rPr>
              <w:t xml:space="preserve">формы </w:t>
            </w:r>
            <w:r>
              <w:br/>
            </w:r>
            <w:r>
              <w:rPr>
                <w:rFonts w:ascii="Times New Roman" w:eastAsia="Times New Roman" w:hAnsi="Times New Roman"/>
                <w:b/>
                <w:color w:val="000000"/>
                <w:w w:val="97"/>
                <w:sz w:val="16"/>
              </w:rPr>
              <w:t>контроля</w:t>
            </w:r>
          </w:p>
        </w:tc>
        <w:tc>
          <w:tcPr>
            <w:tcW w:w="234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288"/>
            </w:pPr>
            <w:r>
              <w:rPr>
                <w:rFonts w:ascii="Times New Roman" w:eastAsia="Times New Roman" w:hAnsi="Times New Roman"/>
                <w:b/>
                <w:color w:val="000000"/>
                <w:w w:val="97"/>
                <w:sz w:val="16"/>
              </w:rPr>
              <w:t>Электронные (цифровые) образовательные ресурсы</w:t>
            </w:r>
          </w:p>
        </w:tc>
      </w:tr>
      <w:tr w:rsidR="003A6CD7">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3A6CD7" w:rsidRDefault="003A6CD7"/>
        </w:tc>
        <w:tc>
          <w:tcPr>
            <w:tcW w:w="1726" w:type="dxa"/>
            <w:vMerge/>
            <w:tcBorders>
              <w:top w:val="single" w:sz="4" w:space="0" w:color="000000"/>
              <w:left w:val="single" w:sz="4" w:space="0" w:color="000000"/>
              <w:bottom w:val="single" w:sz="4" w:space="0" w:color="000000"/>
              <w:right w:val="single" w:sz="5" w:space="0" w:color="000000"/>
            </w:tcBorders>
          </w:tcPr>
          <w:p w:rsidR="003A6CD7" w:rsidRDefault="003A6CD7"/>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5" w:space="0" w:color="000000"/>
            </w:tcBorders>
          </w:tcPr>
          <w:p w:rsidR="003A6CD7" w:rsidRDefault="003A6CD7"/>
        </w:tc>
        <w:tc>
          <w:tcPr>
            <w:tcW w:w="1726" w:type="dxa"/>
            <w:vMerge/>
            <w:tcBorders>
              <w:top w:val="single" w:sz="4" w:space="0" w:color="000000"/>
              <w:left w:val="single" w:sz="5" w:space="0" w:color="000000"/>
              <w:bottom w:val="single" w:sz="4" w:space="0" w:color="000000"/>
              <w:right w:val="single" w:sz="4" w:space="0" w:color="000000"/>
            </w:tcBorders>
          </w:tcPr>
          <w:p w:rsidR="003A6CD7" w:rsidRDefault="003A6CD7"/>
        </w:tc>
        <w:tc>
          <w:tcPr>
            <w:tcW w:w="1726" w:type="dxa"/>
            <w:vMerge/>
            <w:tcBorders>
              <w:top w:val="single" w:sz="4" w:space="0" w:color="000000"/>
              <w:left w:val="single" w:sz="4" w:space="0" w:color="000000"/>
              <w:bottom w:val="single" w:sz="4" w:space="0" w:color="000000"/>
              <w:right w:val="single" w:sz="4" w:space="0" w:color="000000"/>
            </w:tcBorders>
          </w:tcPr>
          <w:p w:rsidR="003A6CD7" w:rsidRDefault="003A6CD7"/>
        </w:tc>
        <w:tc>
          <w:tcPr>
            <w:tcW w:w="1726" w:type="dxa"/>
            <w:vMerge/>
            <w:tcBorders>
              <w:top w:val="single" w:sz="4" w:space="0" w:color="000000"/>
              <w:left w:val="single" w:sz="4" w:space="0" w:color="000000"/>
              <w:bottom w:val="single" w:sz="4" w:space="0" w:color="000000"/>
              <w:right w:val="single" w:sz="4" w:space="0" w:color="000000"/>
            </w:tcBorders>
          </w:tcPr>
          <w:p w:rsidR="003A6CD7" w:rsidRDefault="003A6CD7"/>
        </w:tc>
      </w:tr>
      <w:tr w:rsidR="003A6CD7" w:rsidRPr="006E2194">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b/>
                <w:color w:val="000000"/>
                <w:w w:val="97"/>
                <w:sz w:val="16"/>
                <w:lang w:val="ru-RU"/>
              </w:rPr>
              <w:t>Раздел 1. ЗНАНИЯ О ФИЗИЧЕСКОЙ КУЛЬТУРЕ</w:t>
            </w:r>
          </w:p>
        </w:tc>
      </w:tr>
      <w:tr w:rsidR="003A6CD7">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80" w:after="0" w:line="230" w:lineRule="auto"/>
              <w:jc w:val="center"/>
            </w:pPr>
            <w:r>
              <w:rPr>
                <w:rFonts w:ascii="Times New Roman" w:eastAsia="Times New Roman" w:hAnsi="Times New Roman"/>
                <w:color w:val="000000"/>
                <w:w w:val="97"/>
                <w:sz w:val="16"/>
              </w:rPr>
              <w:t>1.1.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80" w:after="0" w:line="245" w:lineRule="auto"/>
              <w:ind w:left="72"/>
              <w:rPr>
                <w:lang w:val="ru-RU"/>
              </w:rPr>
            </w:pPr>
            <w:r w:rsidRPr="00BB4206">
              <w:rPr>
                <w:rFonts w:ascii="Times New Roman" w:eastAsia="Times New Roman" w:hAnsi="Times New Roman"/>
                <w:b/>
                <w:color w:val="000000"/>
                <w:w w:val="97"/>
                <w:sz w:val="16"/>
                <w:lang w:val="ru-RU"/>
              </w:rPr>
              <w:t>Знакомство с программным материалом и требованиями к его освоению</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80"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80"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80"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80" w:after="0" w:line="250" w:lineRule="auto"/>
              <w:ind w:left="70" w:right="288"/>
              <w:rPr>
                <w:lang w:val="ru-RU"/>
              </w:rPr>
            </w:pPr>
            <w:r w:rsidRPr="00BB4206">
              <w:rPr>
                <w:rFonts w:ascii="Times New Roman" w:eastAsia="Times New Roman" w:hAnsi="Times New Roman"/>
                <w:color w:val="000000"/>
                <w:w w:val="97"/>
                <w:sz w:val="16"/>
                <w:lang w:val="ru-RU"/>
              </w:rPr>
              <w:t xml:space="preserve">обсуждают задачи и содержание занятий </w:t>
            </w:r>
            <w:r w:rsidRPr="00BB4206">
              <w:rPr>
                <w:lang w:val="ru-RU"/>
              </w:rPr>
              <w:br/>
            </w:r>
            <w:r w:rsidRPr="00BB4206">
              <w:rPr>
                <w:rFonts w:ascii="Times New Roman" w:eastAsia="Times New Roman" w:hAnsi="Times New Roman"/>
                <w:color w:val="000000"/>
                <w:w w:val="97"/>
                <w:sz w:val="16"/>
                <w:lang w:val="ru-RU"/>
              </w:rPr>
              <w:t>физической культурой на предстоящий учебный год</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80"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80"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1.2.</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45" w:lineRule="auto"/>
              <w:ind w:left="72"/>
              <w:rPr>
                <w:lang w:val="ru-RU"/>
              </w:rPr>
            </w:pPr>
            <w:r w:rsidRPr="00BB4206">
              <w:rPr>
                <w:rFonts w:ascii="Times New Roman" w:eastAsia="Times New Roman" w:hAnsi="Times New Roman"/>
                <w:b/>
                <w:color w:val="000000"/>
                <w:w w:val="97"/>
                <w:sz w:val="16"/>
                <w:lang w:val="ru-RU"/>
              </w:rPr>
              <w:t>Знакомство с системой дополнительного обучения физической культуре и организацией спортивной работы в школе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ight="432"/>
              <w:rPr>
                <w:lang w:val="ru-RU"/>
              </w:rPr>
            </w:pPr>
            <w:r w:rsidRPr="00BB4206">
              <w:rPr>
                <w:rFonts w:ascii="Times New Roman" w:eastAsia="Times New Roman" w:hAnsi="Times New Roman"/>
                <w:color w:val="000000"/>
                <w:w w:val="97"/>
                <w:sz w:val="16"/>
                <w:lang w:val="ru-RU"/>
              </w:rPr>
              <w:t>высказывают свои пожелания и предложения, конкретизируют требования по отдельным разделам и темам;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1.3.</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50" w:lineRule="auto"/>
              <w:ind w:left="72" w:right="144"/>
              <w:rPr>
                <w:lang w:val="ru-RU"/>
              </w:rPr>
            </w:pPr>
            <w:r w:rsidRPr="00BB4206">
              <w:rPr>
                <w:rFonts w:ascii="Times New Roman" w:eastAsia="Times New Roman" w:hAnsi="Times New Roman"/>
                <w:b/>
                <w:color w:val="000000"/>
                <w:w w:val="97"/>
                <w:sz w:val="16"/>
                <w:lang w:val="ru-RU"/>
              </w:rPr>
              <w:t>Знакомство с понятием «здоровый образ жизни» и значением здорового образа жизни в жизнедеятельности современного человека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ight="432"/>
              <w:rPr>
                <w:lang w:val="ru-RU"/>
              </w:rPr>
            </w:pPr>
            <w:r w:rsidRPr="00BB4206">
              <w:rPr>
                <w:rFonts w:ascii="Times New Roman" w:eastAsia="Times New Roman" w:hAnsi="Times New Roman"/>
                <w:color w:val="000000"/>
                <w:w w:val="97"/>
                <w:sz w:val="16"/>
                <w:lang w:val="ru-RU"/>
              </w:rPr>
              <w:t>высказывают свои пожелания и предложения, конкретизируют требования по отдельным разделам и темам;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1.4.</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b/>
                <w:color w:val="000000"/>
                <w:w w:val="97"/>
                <w:sz w:val="16"/>
                <w:lang w:val="ru-RU"/>
              </w:rPr>
              <w:t>Знакомство с историей древних Олимпийских игр</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7" w:lineRule="auto"/>
              <w:ind w:left="70" w:right="432"/>
              <w:rPr>
                <w:lang w:val="ru-RU"/>
              </w:rPr>
            </w:pPr>
            <w:r w:rsidRPr="00BB4206">
              <w:rPr>
                <w:rFonts w:ascii="Times New Roman" w:eastAsia="Times New Roman" w:hAnsi="Times New Roman"/>
                <w:color w:val="000000"/>
                <w:w w:val="97"/>
                <w:sz w:val="16"/>
                <w:lang w:val="ru-RU"/>
              </w:rPr>
              <w:t>высказывают свои пожелания и предложения, конкретизируют требования по отдельным разделам и темам;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348"/>
        </w:trPr>
        <w:tc>
          <w:tcPr>
            <w:tcW w:w="513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3</w:t>
            </w:r>
          </w:p>
        </w:tc>
        <w:tc>
          <w:tcPr>
            <w:tcW w:w="983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r>
      <w:tr w:rsidR="003A6CD7">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b/>
                <w:color w:val="000000"/>
                <w:w w:val="97"/>
                <w:sz w:val="16"/>
              </w:rPr>
              <w:t>Раздел 2. СПОСОБЫ САМОСТОЯТЕЛЬНОЙ ДЕЯТЕЛЬНОСТИ</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b/>
                <w:color w:val="000000"/>
                <w:w w:val="97"/>
                <w:sz w:val="16"/>
                <w:lang w:val="ru-RU"/>
              </w:rPr>
              <w:t>Режим дня и его значение для современного школьника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ight="288"/>
              <w:rPr>
                <w:lang w:val="ru-RU"/>
              </w:rPr>
            </w:pPr>
            <w:r w:rsidRPr="00BB4206">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BB4206">
              <w:rPr>
                <w:lang w:val="ru-RU"/>
              </w:rPr>
              <w:br/>
            </w:r>
            <w:r w:rsidRPr="00BB4206">
              <w:rPr>
                <w:rFonts w:ascii="Times New Roman" w:eastAsia="Times New Roman" w:hAnsi="Times New Roman"/>
                <w:color w:val="000000"/>
                <w:w w:val="97"/>
                <w:sz w:val="16"/>
                <w:lang w:val="ru-RU"/>
              </w:rPr>
              <w:t>работоспособности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2.2.</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b/>
                <w:color w:val="000000"/>
                <w:w w:val="97"/>
                <w:sz w:val="16"/>
                <w:lang w:val="ru-RU"/>
              </w:rPr>
              <w:t>Самостоятельное составление индивидуального режима дня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ight="288"/>
              <w:rPr>
                <w:lang w:val="ru-RU"/>
              </w:rPr>
            </w:pPr>
            <w:r w:rsidRPr="00BB4206">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BB4206">
              <w:rPr>
                <w:lang w:val="ru-RU"/>
              </w:rPr>
              <w:br/>
            </w:r>
            <w:r w:rsidRPr="00BB4206">
              <w:rPr>
                <w:rFonts w:ascii="Times New Roman" w:eastAsia="Times New Roman" w:hAnsi="Times New Roman"/>
                <w:color w:val="000000"/>
                <w:w w:val="97"/>
                <w:sz w:val="16"/>
                <w:lang w:val="ru-RU"/>
              </w:rPr>
              <w:t>работоспособности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2.3.</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144"/>
              <w:rPr>
                <w:lang w:val="ru-RU"/>
              </w:rPr>
            </w:pPr>
            <w:r w:rsidRPr="00BB4206">
              <w:rPr>
                <w:rFonts w:ascii="Times New Roman" w:eastAsia="Times New Roman" w:hAnsi="Times New Roman"/>
                <w:b/>
                <w:color w:val="000000"/>
                <w:w w:val="97"/>
                <w:sz w:val="16"/>
                <w:lang w:val="ru-RU"/>
              </w:rPr>
              <w:t>Физическое развитие человека и факторы, влияющие на его показатели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ight="288"/>
              <w:rPr>
                <w:lang w:val="ru-RU"/>
              </w:rPr>
            </w:pPr>
            <w:r w:rsidRPr="00BB4206">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2.4.</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432"/>
              <w:rPr>
                <w:lang w:val="ru-RU"/>
              </w:rPr>
            </w:pPr>
            <w:r w:rsidRPr="00BB4206">
              <w:rPr>
                <w:rFonts w:ascii="Times New Roman" w:eastAsia="Times New Roman" w:hAnsi="Times New Roman"/>
                <w:b/>
                <w:color w:val="000000"/>
                <w:w w:val="97"/>
                <w:sz w:val="16"/>
                <w:lang w:val="ru-RU"/>
              </w:rPr>
              <w:t>Осанка как показатель физического развития и здоровья школьника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7" w:lineRule="auto"/>
              <w:ind w:left="70" w:right="288"/>
              <w:rPr>
                <w:lang w:val="ru-RU"/>
              </w:rPr>
            </w:pPr>
            <w:r w:rsidRPr="00BB4206">
              <w:rPr>
                <w:rFonts w:ascii="Times New Roman" w:eastAsia="Times New Roman" w:hAnsi="Times New Roman"/>
                <w:color w:val="000000"/>
                <w:w w:val="97"/>
                <w:sz w:val="16"/>
                <w:lang w:val="ru-RU"/>
              </w:rPr>
              <w:t>знакомятся с понятием «работоспособность» и изменениями показателей работоспособности в течение дня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2.5.</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720"/>
              <w:rPr>
                <w:lang w:val="ru-RU"/>
              </w:rPr>
            </w:pPr>
            <w:r w:rsidRPr="00BB4206">
              <w:rPr>
                <w:rFonts w:ascii="Times New Roman" w:eastAsia="Times New Roman" w:hAnsi="Times New Roman"/>
                <w:b/>
                <w:color w:val="000000"/>
                <w:w w:val="97"/>
                <w:sz w:val="16"/>
                <w:lang w:val="ru-RU"/>
              </w:rPr>
              <w:t>Измерение индивидуальных показателей физического развития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ight="288"/>
              <w:rPr>
                <w:lang w:val="ru-RU"/>
              </w:rPr>
            </w:pPr>
            <w:r w:rsidRPr="00BB4206">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BB4206">
              <w:rPr>
                <w:lang w:val="ru-RU"/>
              </w:rPr>
              <w:br/>
            </w:r>
            <w:r w:rsidRPr="00BB4206">
              <w:rPr>
                <w:rFonts w:ascii="Times New Roman" w:eastAsia="Times New Roman" w:hAnsi="Times New Roman"/>
                <w:color w:val="000000"/>
                <w:w w:val="97"/>
                <w:sz w:val="16"/>
                <w:lang w:val="ru-RU"/>
              </w:rPr>
              <w:t>работоспособности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2.6.</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b/>
                <w:color w:val="000000"/>
                <w:w w:val="97"/>
                <w:sz w:val="16"/>
                <w:lang w:val="ru-RU"/>
              </w:rPr>
              <w:t>Упражнения для профилактики нарушения осанки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ight="288"/>
              <w:rPr>
                <w:lang w:val="ru-RU"/>
              </w:rPr>
            </w:pPr>
            <w:r w:rsidRPr="00BB4206">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3A6CD7" w:rsidRDefault="003A6CD7">
      <w:pPr>
        <w:autoSpaceDE w:val="0"/>
        <w:autoSpaceDN w:val="0"/>
        <w:spacing w:after="0" w:line="14" w:lineRule="exact"/>
      </w:pPr>
    </w:p>
    <w:p w:rsidR="003A6CD7" w:rsidRDefault="003A6CD7">
      <w:pPr>
        <w:sectPr w:rsidR="003A6CD7">
          <w:pgSz w:w="16840" w:h="11900"/>
          <w:pgMar w:top="282" w:right="640" w:bottom="316" w:left="666" w:header="720" w:footer="720" w:gutter="0"/>
          <w:cols w:space="720" w:equalWidth="0">
            <w:col w:w="15534" w:space="0"/>
          </w:cols>
          <w:docGrid w:linePitch="360"/>
        </w:sectPr>
      </w:pPr>
    </w:p>
    <w:p w:rsidR="003A6CD7" w:rsidRDefault="003A6CD7">
      <w:pPr>
        <w:autoSpaceDE w:val="0"/>
        <w:autoSpaceDN w:val="0"/>
        <w:spacing w:after="66" w:line="220" w:lineRule="exact"/>
      </w:pPr>
    </w:p>
    <w:tbl>
      <w:tblPr>
        <w:tblW w:w="0" w:type="auto"/>
        <w:tblInd w:w="6" w:type="dxa"/>
        <w:tblLayout w:type="fixed"/>
        <w:tblLook w:val="04A0"/>
      </w:tblPr>
      <w:tblGrid>
        <w:gridCol w:w="468"/>
        <w:gridCol w:w="4670"/>
        <w:gridCol w:w="530"/>
        <w:gridCol w:w="1104"/>
        <w:gridCol w:w="1140"/>
        <w:gridCol w:w="806"/>
        <w:gridCol w:w="3614"/>
        <w:gridCol w:w="828"/>
        <w:gridCol w:w="2342"/>
      </w:tblGrid>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2.7.</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b/>
                <w:color w:val="000000"/>
                <w:w w:val="97"/>
                <w:sz w:val="16"/>
                <w:lang w:val="ru-RU"/>
              </w:rPr>
              <w:t>Организация и проведение самостоятельных занятий</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ight="288"/>
              <w:rPr>
                <w:lang w:val="ru-RU"/>
              </w:rPr>
            </w:pPr>
            <w:r w:rsidRPr="00BB4206">
              <w:rPr>
                <w:rFonts w:ascii="Times New Roman" w:eastAsia="Times New Roman" w:hAnsi="Times New Roman"/>
                <w:color w:val="000000"/>
                <w:w w:val="97"/>
                <w:sz w:val="16"/>
                <w:lang w:val="ru-RU"/>
              </w:rPr>
              <w:t xml:space="preserve">устанавливают причинно-следственную связь между видами деятельности, их содержанием и напряжённостью и показателями </w:t>
            </w:r>
            <w:r w:rsidRPr="00BB4206">
              <w:rPr>
                <w:lang w:val="ru-RU"/>
              </w:rPr>
              <w:br/>
            </w:r>
            <w:r w:rsidRPr="00BB4206">
              <w:rPr>
                <w:rFonts w:ascii="Times New Roman" w:eastAsia="Times New Roman" w:hAnsi="Times New Roman"/>
                <w:color w:val="000000"/>
                <w:w w:val="97"/>
                <w:sz w:val="16"/>
                <w:lang w:val="ru-RU"/>
              </w:rPr>
              <w:t>работоспособности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2.8.</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432"/>
              <w:rPr>
                <w:lang w:val="ru-RU"/>
              </w:rPr>
            </w:pPr>
            <w:r w:rsidRPr="00BB4206">
              <w:rPr>
                <w:rFonts w:ascii="Times New Roman" w:eastAsia="Times New Roman" w:hAnsi="Times New Roman"/>
                <w:b/>
                <w:color w:val="000000"/>
                <w:w w:val="97"/>
                <w:sz w:val="16"/>
                <w:lang w:val="ru-RU"/>
              </w:rPr>
              <w:t>Процедура определения состояния организма с помощью одномоментной функциональной пробы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ight="288"/>
              <w:rPr>
                <w:lang w:val="ru-RU"/>
              </w:rPr>
            </w:pPr>
            <w:r w:rsidRPr="00BB4206">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2.9.</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576"/>
              <w:rPr>
                <w:lang w:val="ru-RU"/>
              </w:rPr>
            </w:pPr>
            <w:r w:rsidRPr="00BB4206">
              <w:rPr>
                <w:rFonts w:ascii="Times New Roman" w:eastAsia="Times New Roman" w:hAnsi="Times New Roman"/>
                <w:b/>
                <w:color w:val="000000"/>
                <w:w w:val="97"/>
                <w:sz w:val="16"/>
                <w:lang w:val="ru-RU"/>
              </w:rPr>
              <w:t>Исследование влияния оздоровительных форм занятий физической культурой на работу сердца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ight="288"/>
              <w:rPr>
                <w:lang w:val="ru-RU"/>
              </w:rPr>
            </w:pPr>
            <w:r w:rsidRPr="00BB4206">
              <w:rPr>
                <w:rFonts w:ascii="Times New Roman" w:eastAsia="Times New Roman" w:hAnsi="Times New Roman"/>
                <w:color w:val="000000"/>
                <w:w w:val="97"/>
                <w:sz w:val="16"/>
                <w:lang w:val="ru-RU"/>
              </w:rPr>
              <w:t>устанавливают причинно-следственную связь между планированием режима дня школьника и изменениями показателей работоспособности в течение дня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2.10</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b/>
                <w:color w:val="000000"/>
                <w:w w:val="97"/>
                <w:sz w:val="16"/>
              </w:rPr>
              <w:t>Ведение дневника физической культуры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45" w:lineRule="auto"/>
              <w:ind w:left="70" w:right="720"/>
              <w:rPr>
                <w:lang w:val="ru-RU"/>
              </w:rPr>
            </w:pPr>
            <w:r w:rsidRPr="00BB4206">
              <w:rPr>
                <w:rFonts w:ascii="Times New Roman" w:eastAsia="Times New Roman" w:hAnsi="Times New Roman"/>
                <w:color w:val="000000"/>
                <w:w w:val="97"/>
                <w:sz w:val="16"/>
                <w:lang w:val="ru-RU"/>
              </w:rPr>
              <w:t>составляют индивидуальный режим дня и оформляют его в виде таблицы</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348"/>
        </w:trPr>
        <w:tc>
          <w:tcPr>
            <w:tcW w:w="513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5</w:t>
            </w:r>
          </w:p>
        </w:tc>
        <w:tc>
          <w:tcPr>
            <w:tcW w:w="983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r>
      <w:tr w:rsidR="003A6CD7">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b/>
                <w:color w:val="000000"/>
                <w:w w:val="97"/>
                <w:sz w:val="16"/>
              </w:rPr>
              <w:t>Раздел 3. ФИЗИЧЕСКОЕ СОВЕРШЕНСТВОВАНИЕ</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432"/>
              <w:rPr>
                <w:lang w:val="ru-RU"/>
              </w:rPr>
            </w:pPr>
            <w:r w:rsidRPr="00BB4206">
              <w:rPr>
                <w:rFonts w:ascii="Times New Roman" w:eastAsia="Times New Roman" w:hAnsi="Times New Roman"/>
                <w:b/>
                <w:color w:val="000000"/>
                <w:w w:val="97"/>
                <w:sz w:val="16"/>
                <w:lang w:val="ru-RU"/>
              </w:rPr>
              <w:t>Знакомство с понятием «физкультурно-оздоровительная деятельность</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Pr>
                <w:lang w:val="ru-RU"/>
              </w:rPr>
            </w:pPr>
            <w:r w:rsidRPr="00BB4206">
              <w:rPr>
                <w:rFonts w:ascii="Times New Roman" w:eastAsia="Times New Roman" w:hAnsi="Times New Roman"/>
                <w:color w:val="000000"/>
                <w:w w:val="97"/>
                <w:sz w:val="16"/>
                <w:lang w:val="ru-RU"/>
              </w:rPr>
              <w:t>знакомятся с понятием «</w:t>
            </w:r>
            <w:proofErr w:type="spellStart"/>
            <w:proofErr w:type="gramStart"/>
            <w:r w:rsidRPr="00BB4206">
              <w:rPr>
                <w:rFonts w:ascii="Times New Roman" w:eastAsia="Times New Roman" w:hAnsi="Times New Roman"/>
                <w:color w:val="000000"/>
                <w:w w:val="97"/>
                <w:sz w:val="16"/>
                <w:lang w:val="ru-RU"/>
              </w:rPr>
              <w:t>физкультурно</w:t>
            </w:r>
            <w:proofErr w:type="spellEnd"/>
            <w:r w:rsidRPr="00BB4206">
              <w:rPr>
                <w:rFonts w:ascii="Times New Roman" w:eastAsia="Times New Roman" w:hAnsi="Times New Roman"/>
                <w:color w:val="000000"/>
                <w:w w:val="97"/>
                <w:sz w:val="16"/>
                <w:lang w:val="ru-RU"/>
              </w:rPr>
              <w:t>-</w:t>
            </w:r>
            <w:r w:rsidRPr="00BB4206">
              <w:rPr>
                <w:lang w:val="ru-RU"/>
              </w:rPr>
              <w:br/>
            </w:r>
            <w:r w:rsidRPr="00BB4206">
              <w:rPr>
                <w:rFonts w:ascii="Times New Roman" w:eastAsia="Times New Roman" w:hAnsi="Times New Roman"/>
                <w:color w:val="000000"/>
                <w:w w:val="97"/>
                <w:sz w:val="16"/>
                <w:lang w:val="ru-RU"/>
              </w:rPr>
              <w:t>оздоровительная</w:t>
            </w:r>
            <w:proofErr w:type="gramEnd"/>
            <w:r w:rsidRPr="00BB4206">
              <w:rPr>
                <w:rFonts w:ascii="Times New Roman" w:eastAsia="Times New Roman" w:hAnsi="Times New Roman"/>
                <w:color w:val="000000"/>
                <w:w w:val="97"/>
                <w:sz w:val="16"/>
                <w:lang w:val="ru-RU"/>
              </w:rPr>
              <w:t xml:space="preserve"> деятельность», ролью и значением физкультурно-оздоровительной деятельности в зд</w:t>
            </w:r>
            <w:r w:rsidRPr="00BB4206">
              <w:rPr>
                <w:rFonts w:ascii="Times New Roman" w:eastAsia="Times New Roman" w:hAnsi="Times New Roman"/>
                <w:color w:val="000000"/>
                <w:w w:val="97"/>
                <w:sz w:val="16"/>
                <w:lang w:val="ru-RU"/>
              </w:rPr>
              <w:t>о</w:t>
            </w:r>
            <w:r w:rsidRPr="00BB4206">
              <w:rPr>
                <w:rFonts w:ascii="Times New Roman" w:eastAsia="Times New Roman" w:hAnsi="Times New Roman"/>
                <w:color w:val="000000"/>
                <w:w w:val="97"/>
                <w:sz w:val="16"/>
                <w:lang w:val="ru-RU"/>
              </w:rPr>
              <w:t>ровом образе жизни современного человека.;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3.2.</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b/>
                <w:color w:val="000000"/>
                <w:w w:val="97"/>
                <w:sz w:val="16"/>
              </w:rPr>
              <w:t>Упражнения утренней зарядки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2" w:lineRule="auto"/>
              <w:ind w:left="70"/>
              <w:rPr>
                <w:lang w:val="ru-RU"/>
              </w:rPr>
            </w:pPr>
            <w:r w:rsidRPr="00BB4206">
              <w:rPr>
                <w:rFonts w:ascii="Times New Roman" w:eastAsia="Times New Roman" w:hAnsi="Times New Roman"/>
                <w:color w:val="000000"/>
                <w:w w:val="97"/>
                <w:sz w:val="16"/>
                <w:lang w:val="ru-RU"/>
              </w:rPr>
              <w:t>отбирают и составляют комплексы упражнений у</w:t>
            </w:r>
            <w:r w:rsidRPr="00BB4206">
              <w:rPr>
                <w:rFonts w:ascii="Times New Roman" w:eastAsia="Times New Roman" w:hAnsi="Times New Roman"/>
                <w:color w:val="000000"/>
                <w:w w:val="97"/>
                <w:sz w:val="16"/>
                <w:lang w:val="ru-RU"/>
              </w:rPr>
              <w:t>т</w:t>
            </w:r>
            <w:r w:rsidRPr="00BB4206">
              <w:rPr>
                <w:rFonts w:ascii="Times New Roman" w:eastAsia="Times New Roman" w:hAnsi="Times New Roman"/>
                <w:color w:val="000000"/>
                <w:w w:val="97"/>
                <w:sz w:val="16"/>
                <w:lang w:val="ru-RU"/>
              </w:rPr>
              <w:t xml:space="preserve">ренней зарядки и физкультминуток для занятий в домашних условиях без предметов, с </w:t>
            </w:r>
            <w:r w:rsidRPr="00BB4206">
              <w:rPr>
                <w:lang w:val="ru-RU"/>
              </w:rPr>
              <w:br/>
            </w:r>
            <w:r w:rsidRPr="00BB4206">
              <w:rPr>
                <w:rFonts w:ascii="Times New Roman" w:eastAsia="Times New Roman" w:hAnsi="Times New Roman"/>
                <w:color w:val="000000"/>
                <w:w w:val="97"/>
                <w:sz w:val="16"/>
                <w:lang w:val="ru-RU"/>
              </w:rPr>
              <w:t xml:space="preserve">гимнастической палкой и гантелями, с </w:t>
            </w:r>
            <w:r w:rsidRPr="00BB4206">
              <w:rPr>
                <w:lang w:val="ru-RU"/>
              </w:rPr>
              <w:br/>
            </w:r>
            <w:r w:rsidRPr="00BB4206">
              <w:rPr>
                <w:rFonts w:ascii="Times New Roman" w:eastAsia="Times New Roman" w:hAnsi="Times New Roman"/>
                <w:color w:val="000000"/>
                <w:w w:val="97"/>
                <w:sz w:val="16"/>
                <w:lang w:val="ru-RU"/>
              </w:rPr>
              <w:t>использованием стула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3.3.</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b/>
                <w:color w:val="000000"/>
                <w:w w:val="97"/>
                <w:sz w:val="16"/>
                <w:lang w:val="ru-RU"/>
              </w:rPr>
              <w:t>Упражнения дыхательной и зрительной гимнастики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45" w:lineRule="auto"/>
              <w:ind w:left="70"/>
              <w:rPr>
                <w:lang w:val="ru-RU"/>
              </w:rPr>
            </w:pPr>
            <w:r w:rsidRPr="00BB4206">
              <w:rPr>
                <w:rFonts w:ascii="Times New Roman" w:eastAsia="Times New Roman" w:hAnsi="Times New Roman"/>
                <w:color w:val="000000"/>
                <w:w w:val="97"/>
                <w:sz w:val="16"/>
                <w:lang w:val="ru-RU"/>
              </w:rPr>
              <w:t>знакомятся и записывают содержание комплексов в дневник физической культуры</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3.4.</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b/>
                <w:color w:val="000000"/>
                <w:w w:val="97"/>
                <w:sz w:val="16"/>
                <w:lang w:val="ru-RU"/>
              </w:rPr>
              <w:t>Водные процедуры после утренней зарядки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5" w:lineRule="auto"/>
              <w:ind w:left="70"/>
              <w:rPr>
                <w:lang w:val="ru-RU"/>
              </w:rPr>
            </w:pPr>
            <w:r w:rsidRPr="00BB4206">
              <w:rPr>
                <w:rFonts w:ascii="Times New Roman" w:eastAsia="Times New Roman" w:hAnsi="Times New Roman"/>
                <w:color w:val="000000"/>
                <w:w w:val="97"/>
                <w:sz w:val="16"/>
                <w:lang w:val="ru-RU"/>
              </w:rPr>
              <w:t>знакомятся и записывают содержание комплексов в дневник физической культуры</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3.5.</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b/>
                <w:color w:val="000000"/>
                <w:w w:val="97"/>
                <w:sz w:val="16"/>
              </w:rPr>
              <w:t>Упражнения на развитие гибкости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2" w:lineRule="auto"/>
              <w:ind w:left="70"/>
              <w:rPr>
                <w:lang w:val="ru-RU"/>
              </w:rPr>
            </w:pPr>
            <w:r w:rsidRPr="00BB4206">
              <w:rPr>
                <w:rFonts w:ascii="Times New Roman" w:eastAsia="Times New Roman" w:hAnsi="Times New Roman"/>
                <w:color w:val="000000"/>
                <w:w w:val="97"/>
                <w:sz w:val="16"/>
                <w:lang w:val="ru-RU"/>
              </w:rPr>
              <w:t>отбирают и составляют комплексы упражнений у</w:t>
            </w:r>
            <w:r w:rsidRPr="00BB4206">
              <w:rPr>
                <w:rFonts w:ascii="Times New Roman" w:eastAsia="Times New Roman" w:hAnsi="Times New Roman"/>
                <w:color w:val="000000"/>
                <w:w w:val="97"/>
                <w:sz w:val="16"/>
                <w:lang w:val="ru-RU"/>
              </w:rPr>
              <w:t>т</w:t>
            </w:r>
            <w:r w:rsidRPr="00BB4206">
              <w:rPr>
                <w:rFonts w:ascii="Times New Roman" w:eastAsia="Times New Roman" w:hAnsi="Times New Roman"/>
                <w:color w:val="000000"/>
                <w:w w:val="97"/>
                <w:sz w:val="16"/>
                <w:lang w:val="ru-RU"/>
              </w:rPr>
              <w:t xml:space="preserve">ренней зарядки и физкультминуток для занятий в домашних условиях без предметов, с </w:t>
            </w:r>
            <w:r w:rsidRPr="00BB4206">
              <w:rPr>
                <w:lang w:val="ru-RU"/>
              </w:rPr>
              <w:br/>
            </w:r>
            <w:r w:rsidRPr="00BB4206">
              <w:rPr>
                <w:rFonts w:ascii="Times New Roman" w:eastAsia="Times New Roman" w:hAnsi="Times New Roman"/>
                <w:color w:val="000000"/>
                <w:w w:val="97"/>
                <w:sz w:val="16"/>
                <w:lang w:val="ru-RU"/>
              </w:rPr>
              <w:t xml:space="preserve">гимнастической палкой и гантелями, с </w:t>
            </w:r>
            <w:r w:rsidRPr="00BB4206">
              <w:rPr>
                <w:lang w:val="ru-RU"/>
              </w:rPr>
              <w:br/>
            </w:r>
            <w:r w:rsidRPr="00BB4206">
              <w:rPr>
                <w:rFonts w:ascii="Times New Roman" w:eastAsia="Times New Roman" w:hAnsi="Times New Roman"/>
                <w:color w:val="000000"/>
                <w:w w:val="97"/>
                <w:sz w:val="16"/>
                <w:lang w:val="ru-RU"/>
              </w:rPr>
              <w:t>использованием стула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0" w:lineRule="auto"/>
              <w:jc w:val="center"/>
            </w:pPr>
            <w:r>
              <w:rPr>
                <w:rFonts w:ascii="Times New Roman" w:eastAsia="Times New Roman" w:hAnsi="Times New Roman"/>
                <w:color w:val="000000"/>
                <w:w w:val="97"/>
                <w:sz w:val="16"/>
              </w:rPr>
              <w:t>3.6.</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6" w:after="0" w:line="230" w:lineRule="auto"/>
              <w:ind w:left="72"/>
            </w:pPr>
            <w:r>
              <w:rPr>
                <w:rFonts w:ascii="Times New Roman" w:eastAsia="Times New Roman" w:hAnsi="Times New Roman"/>
                <w:b/>
                <w:color w:val="000000"/>
                <w:w w:val="97"/>
                <w:sz w:val="16"/>
              </w:rPr>
              <w:t>Упражнения на развитие координации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2" w:lineRule="auto"/>
              <w:ind w:left="70"/>
              <w:rPr>
                <w:lang w:val="ru-RU"/>
              </w:rPr>
            </w:pPr>
            <w:r w:rsidRPr="00BB4206">
              <w:rPr>
                <w:rFonts w:ascii="Times New Roman" w:eastAsia="Times New Roman" w:hAnsi="Times New Roman"/>
                <w:color w:val="000000"/>
                <w:w w:val="97"/>
                <w:sz w:val="16"/>
                <w:lang w:val="ru-RU"/>
              </w:rPr>
              <w:t>отбирают и составляют комплексы упражнений у</w:t>
            </w:r>
            <w:r w:rsidRPr="00BB4206">
              <w:rPr>
                <w:rFonts w:ascii="Times New Roman" w:eastAsia="Times New Roman" w:hAnsi="Times New Roman"/>
                <w:color w:val="000000"/>
                <w:w w:val="97"/>
                <w:sz w:val="16"/>
                <w:lang w:val="ru-RU"/>
              </w:rPr>
              <w:t>т</w:t>
            </w:r>
            <w:r w:rsidRPr="00BB4206">
              <w:rPr>
                <w:rFonts w:ascii="Times New Roman" w:eastAsia="Times New Roman" w:hAnsi="Times New Roman"/>
                <w:color w:val="000000"/>
                <w:w w:val="97"/>
                <w:sz w:val="16"/>
                <w:lang w:val="ru-RU"/>
              </w:rPr>
              <w:t xml:space="preserve">ренней зарядки и физкультминуток для занятий в домашних условиях без предметов, с </w:t>
            </w:r>
            <w:r w:rsidRPr="00BB4206">
              <w:rPr>
                <w:lang w:val="ru-RU"/>
              </w:rPr>
              <w:br/>
            </w:r>
            <w:r w:rsidRPr="00BB4206">
              <w:rPr>
                <w:rFonts w:ascii="Times New Roman" w:eastAsia="Times New Roman" w:hAnsi="Times New Roman"/>
                <w:color w:val="000000"/>
                <w:w w:val="97"/>
                <w:sz w:val="16"/>
                <w:lang w:val="ru-RU"/>
              </w:rPr>
              <w:t xml:space="preserve">гимнастической палкой и гантелями, с </w:t>
            </w:r>
            <w:r w:rsidRPr="00BB4206">
              <w:rPr>
                <w:lang w:val="ru-RU"/>
              </w:rPr>
              <w:br/>
            </w:r>
            <w:r w:rsidRPr="00BB4206">
              <w:rPr>
                <w:rFonts w:ascii="Times New Roman" w:eastAsia="Times New Roman" w:hAnsi="Times New Roman"/>
                <w:color w:val="000000"/>
                <w:w w:val="97"/>
                <w:sz w:val="16"/>
                <w:lang w:val="ru-RU"/>
              </w:rPr>
              <w:t>использованием стула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3.7.</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b/>
                <w:color w:val="000000"/>
                <w:w w:val="97"/>
                <w:sz w:val="16"/>
              </w:rPr>
              <w:t>Упражнения на формирование телосложения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ight="720"/>
              <w:rPr>
                <w:lang w:val="ru-RU"/>
              </w:rPr>
            </w:pPr>
            <w:r w:rsidRPr="00BB4206">
              <w:rPr>
                <w:rFonts w:ascii="Times New Roman" w:eastAsia="Times New Roman" w:hAnsi="Times New Roman"/>
                <w:color w:val="000000"/>
                <w:w w:val="97"/>
                <w:sz w:val="16"/>
                <w:lang w:val="ru-RU"/>
              </w:rPr>
              <w:t>записывают содержание комплексов и регулярность их выполнения в дневнике физической культуры</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3A6CD7" w:rsidRDefault="003A6CD7">
      <w:pPr>
        <w:autoSpaceDE w:val="0"/>
        <w:autoSpaceDN w:val="0"/>
        <w:spacing w:after="0" w:line="14" w:lineRule="exact"/>
      </w:pPr>
    </w:p>
    <w:p w:rsidR="003A6CD7" w:rsidRDefault="003A6CD7">
      <w:pPr>
        <w:sectPr w:rsidR="003A6CD7">
          <w:pgSz w:w="16840" w:h="11900"/>
          <w:pgMar w:top="284" w:right="640" w:bottom="322" w:left="666" w:header="720" w:footer="720" w:gutter="0"/>
          <w:cols w:space="720" w:equalWidth="0">
            <w:col w:w="15534" w:space="0"/>
          </w:cols>
          <w:docGrid w:linePitch="360"/>
        </w:sectPr>
      </w:pPr>
    </w:p>
    <w:p w:rsidR="003A6CD7" w:rsidRDefault="003A6CD7">
      <w:pPr>
        <w:autoSpaceDE w:val="0"/>
        <w:autoSpaceDN w:val="0"/>
        <w:spacing w:after="66" w:line="220" w:lineRule="exact"/>
      </w:pPr>
    </w:p>
    <w:tbl>
      <w:tblPr>
        <w:tblW w:w="0" w:type="auto"/>
        <w:tblInd w:w="6" w:type="dxa"/>
        <w:tblLayout w:type="fixed"/>
        <w:tblLook w:val="04A0"/>
      </w:tblPr>
      <w:tblGrid>
        <w:gridCol w:w="468"/>
        <w:gridCol w:w="4670"/>
        <w:gridCol w:w="530"/>
        <w:gridCol w:w="1104"/>
        <w:gridCol w:w="1140"/>
        <w:gridCol w:w="806"/>
        <w:gridCol w:w="3614"/>
        <w:gridCol w:w="828"/>
        <w:gridCol w:w="2342"/>
      </w:tblGrid>
      <w:tr w:rsidR="003A6CD7" w:rsidRPr="0093776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3.8.</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45" w:lineRule="auto"/>
              <w:ind w:left="72" w:right="288"/>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Знакомство с понятием «спортивно-оздоровительная деятельность</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93776D">
            <w:pPr>
              <w:rPr>
                <w:sz w:val="16"/>
                <w:szCs w:val="16"/>
                <w:lang w:val="ru-RU"/>
              </w:rPr>
            </w:pPr>
            <w:r w:rsidRPr="0093776D">
              <w:rPr>
                <w:sz w:val="16"/>
                <w:szCs w:val="16"/>
                <w:lang w:val="ru-RU"/>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50" w:lineRule="auto"/>
              <w:ind w:left="70"/>
              <w:rPr>
                <w:sz w:val="16"/>
                <w:szCs w:val="16"/>
                <w:lang w:val="ru-RU"/>
              </w:rPr>
            </w:pPr>
            <w:r w:rsidRPr="0093776D">
              <w:rPr>
                <w:rFonts w:ascii="Times New Roman" w:eastAsia="Times New Roman" w:hAnsi="Times New Roman"/>
                <w:color w:val="000000"/>
                <w:w w:val="97"/>
                <w:sz w:val="16"/>
                <w:szCs w:val="16"/>
                <w:lang w:val="ru-RU"/>
              </w:rPr>
              <w:t>знакомятся с понятием «спортивно-</w:t>
            </w:r>
            <w:r w:rsidRPr="0093776D">
              <w:rPr>
                <w:sz w:val="16"/>
                <w:szCs w:val="16"/>
                <w:lang w:val="ru-RU"/>
              </w:rPr>
              <w:br/>
            </w:r>
            <w:r w:rsidRPr="0093776D">
              <w:rPr>
                <w:rFonts w:ascii="Times New Roman" w:eastAsia="Times New Roman" w:hAnsi="Times New Roman"/>
                <w:color w:val="000000"/>
                <w:w w:val="97"/>
                <w:sz w:val="16"/>
                <w:szCs w:val="16"/>
                <w:lang w:val="ru-RU"/>
              </w:rPr>
              <w:t xml:space="preserve">оздоровительная деятельность», ролью и значением спортивно-оздоровительной деятельности в </w:t>
            </w:r>
            <w:r w:rsidRPr="0093776D">
              <w:rPr>
                <w:sz w:val="16"/>
                <w:szCs w:val="16"/>
                <w:lang w:val="ru-RU"/>
              </w:rPr>
              <w:br/>
            </w:r>
            <w:r w:rsidRPr="0093776D">
              <w:rPr>
                <w:rFonts w:ascii="Times New Roman" w:eastAsia="Times New Roman" w:hAnsi="Times New Roman"/>
                <w:color w:val="000000"/>
                <w:w w:val="97"/>
                <w:sz w:val="16"/>
                <w:szCs w:val="16"/>
                <w:lang w:val="ru-RU"/>
              </w:rPr>
              <w:t>здоровом образе жизни современного человека</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3.9.</w:t>
            </w:r>
          </w:p>
        </w:tc>
        <w:tc>
          <w:tcPr>
            <w:tcW w:w="4670" w:type="dxa"/>
            <w:tcBorders>
              <w:top w:val="single" w:sz="4" w:space="0" w:color="000000"/>
              <w:left w:val="single" w:sz="4" w:space="0" w:color="000000"/>
              <w:bottom w:val="single" w:sz="5" w:space="0" w:color="000000"/>
              <w:right w:val="single" w:sz="5"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Кувырок вперёд в группировке</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0.5</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5"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5"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0" w:right="288"/>
              <w:rPr>
                <w:sz w:val="16"/>
                <w:szCs w:val="16"/>
                <w:lang w:val="ru-RU"/>
              </w:rPr>
            </w:pPr>
            <w:r w:rsidRPr="0093776D">
              <w:rPr>
                <w:rFonts w:ascii="Times New Roman" w:eastAsia="Times New Roman" w:hAnsi="Times New Roman"/>
                <w:color w:val="000000"/>
                <w:w w:val="97"/>
                <w:sz w:val="16"/>
                <w:szCs w:val="16"/>
                <w:lang w:val="ru-RU"/>
              </w:rPr>
              <w:t>рассматривают, обсуждают и анализируют и</w:t>
            </w:r>
            <w:r w:rsidRPr="0093776D">
              <w:rPr>
                <w:rFonts w:ascii="Times New Roman" w:eastAsia="Times New Roman" w:hAnsi="Times New Roman"/>
                <w:color w:val="000000"/>
                <w:w w:val="97"/>
                <w:sz w:val="16"/>
                <w:szCs w:val="16"/>
                <w:lang w:val="ru-RU"/>
              </w:rPr>
              <w:t>л</w:t>
            </w:r>
            <w:r w:rsidRPr="0093776D">
              <w:rPr>
                <w:rFonts w:ascii="Times New Roman" w:eastAsia="Times New Roman" w:hAnsi="Times New Roman"/>
                <w:color w:val="000000"/>
                <w:w w:val="97"/>
                <w:sz w:val="16"/>
                <w:szCs w:val="16"/>
                <w:lang w:val="ru-RU"/>
              </w:rPr>
              <w:t>люстративный образец техники выполнения кувырка вперёд в группировке</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4" w:after="0" w:line="230" w:lineRule="auto"/>
              <w:jc w:val="center"/>
              <w:rPr>
                <w:sz w:val="16"/>
                <w:szCs w:val="16"/>
              </w:rPr>
            </w:pPr>
            <w:r w:rsidRPr="0093776D">
              <w:rPr>
                <w:rFonts w:ascii="Times New Roman" w:eastAsia="Times New Roman" w:hAnsi="Times New Roman"/>
                <w:color w:val="000000"/>
                <w:w w:val="97"/>
                <w:sz w:val="16"/>
                <w:szCs w:val="16"/>
              </w:rPr>
              <w:t>3.10.</w:t>
            </w:r>
          </w:p>
        </w:tc>
        <w:tc>
          <w:tcPr>
            <w:tcW w:w="4670" w:type="dxa"/>
            <w:tcBorders>
              <w:top w:val="single" w:sz="5"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4" w:after="0" w:line="230" w:lineRule="auto"/>
              <w:ind w:left="72"/>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Кувырок назад в группировке</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4" w:after="0" w:line="230" w:lineRule="auto"/>
              <w:ind w:left="72"/>
              <w:rPr>
                <w:sz w:val="16"/>
                <w:szCs w:val="16"/>
              </w:rPr>
            </w:pPr>
            <w:r w:rsidRPr="0093776D">
              <w:rPr>
                <w:rFonts w:ascii="Times New Roman" w:eastAsia="Times New Roman" w:hAnsi="Times New Roman"/>
                <w:color w:val="000000"/>
                <w:w w:val="97"/>
                <w:sz w:val="16"/>
                <w:szCs w:val="16"/>
              </w:rPr>
              <w:t>0.5</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5"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5"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4" w:after="0" w:line="250" w:lineRule="auto"/>
              <w:ind w:left="70" w:right="144"/>
              <w:rPr>
                <w:sz w:val="16"/>
                <w:szCs w:val="16"/>
                <w:lang w:val="ru-RU"/>
              </w:rPr>
            </w:pPr>
            <w:r w:rsidRPr="0093776D">
              <w:rPr>
                <w:rFonts w:ascii="Times New Roman" w:eastAsia="Times New Roman" w:hAnsi="Times New Roman"/>
                <w:color w:val="000000"/>
                <w:w w:val="97"/>
                <w:sz w:val="16"/>
                <w:szCs w:val="16"/>
                <w:lang w:val="ru-RU"/>
              </w:rPr>
              <w:t>совершенствуют технику кувырка вперёд за счёт повторения техники подводящих упражнений (п</w:t>
            </w:r>
            <w:r w:rsidRPr="0093776D">
              <w:rPr>
                <w:rFonts w:ascii="Times New Roman" w:eastAsia="Times New Roman" w:hAnsi="Times New Roman"/>
                <w:color w:val="000000"/>
                <w:w w:val="97"/>
                <w:sz w:val="16"/>
                <w:szCs w:val="16"/>
                <w:lang w:val="ru-RU"/>
              </w:rPr>
              <w:t>е</w:t>
            </w:r>
            <w:r w:rsidRPr="0093776D">
              <w:rPr>
                <w:rFonts w:ascii="Times New Roman" w:eastAsia="Times New Roman" w:hAnsi="Times New Roman"/>
                <w:color w:val="000000"/>
                <w:w w:val="97"/>
                <w:sz w:val="16"/>
                <w:szCs w:val="16"/>
                <w:lang w:val="ru-RU"/>
              </w:rPr>
              <w:t>рекаты и прыжки на месте, толчком двумя ногами в группировке</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4"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4" w:after="0" w:line="250"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9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jc w:val="center"/>
              <w:rPr>
                <w:sz w:val="16"/>
                <w:szCs w:val="16"/>
              </w:rPr>
            </w:pPr>
            <w:r w:rsidRPr="0093776D">
              <w:rPr>
                <w:rFonts w:ascii="Times New Roman" w:eastAsia="Times New Roman" w:hAnsi="Times New Roman"/>
                <w:color w:val="000000"/>
                <w:w w:val="97"/>
                <w:sz w:val="16"/>
                <w:szCs w:val="16"/>
              </w:rPr>
              <w:t>3.11.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6" w:after="0" w:line="233" w:lineRule="auto"/>
              <w:ind w:left="72"/>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Кувырок вперёд ноги «</w:t>
            </w:r>
            <w:proofErr w:type="spellStart"/>
            <w:r w:rsidRPr="0093776D">
              <w:rPr>
                <w:rFonts w:ascii="Times New Roman" w:eastAsia="Times New Roman" w:hAnsi="Times New Roman"/>
                <w:b/>
                <w:color w:val="000000"/>
                <w:w w:val="97"/>
                <w:sz w:val="16"/>
                <w:szCs w:val="16"/>
                <w:lang w:val="ru-RU"/>
              </w:rPr>
              <w:t>скрёстно</w:t>
            </w:r>
            <w:proofErr w:type="spellEnd"/>
            <w:r w:rsidRPr="0093776D">
              <w:rPr>
                <w:rFonts w:ascii="Times New Roman" w:eastAsia="Times New Roman" w:hAnsi="Times New Roman"/>
                <w:b/>
                <w:color w:val="000000"/>
                <w:w w:val="97"/>
                <w:sz w:val="16"/>
                <w:szCs w:val="16"/>
                <w:lang w:val="ru-RU"/>
              </w:rPr>
              <w:t>»</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ind w:left="72"/>
              <w:rPr>
                <w:sz w:val="16"/>
                <w:szCs w:val="16"/>
              </w:rPr>
            </w:pPr>
            <w:r w:rsidRPr="0093776D">
              <w:rPr>
                <w:rFonts w:ascii="Times New Roman" w:eastAsia="Times New Roman" w:hAnsi="Times New Roman"/>
                <w:color w:val="000000"/>
                <w:w w:val="97"/>
                <w:sz w:val="16"/>
                <w:szCs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0"/>
              <w:rPr>
                <w:sz w:val="16"/>
                <w:szCs w:val="16"/>
                <w:lang w:val="ru-RU"/>
              </w:rPr>
            </w:pPr>
            <w:r w:rsidRPr="0093776D">
              <w:rPr>
                <w:rFonts w:ascii="Times New Roman" w:eastAsia="Times New Roman" w:hAnsi="Times New Roman"/>
                <w:color w:val="000000"/>
                <w:w w:val="97"/>
                <w:sz w:val="16"/>
                <w:szCs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93776D">
              <w:rPr>
                <w:sz w:val="16"/>
                <w:szCs w:val="16"/>
                <w:lang w:val="ru-RU"/>
              </w:rPr>
              <w:br/>
            </w:r>
            <w:r w:rsidRPr="0093776D">
              <w:rPr>
                <w:rFonts w:ascii="Times New Roman" w:eastAsia="Times New Roman" w:hAnsi="Times New Roman"/>
                <w:color w:val="000000"/>
                <w:w w:val="97"/>
                <w:sz w:val="16"/>
                <w:szCs w:val="16"/>
                <w:lang w:val="ru-RU"/>
              </w:rPr>
              <w:t>основе предшествующего опыта</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3.12.</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Кувырок назад из стойки на лопатках</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0" w:right="288"/>
              <w:rPr>
                <w:sz w:val="16"/>
                <w:szCs w:val="16"/>
                <w:lang w:val="ru-RU"/>
              </w:rPr>
            </w:pPr>
            <w:r w:rsidRPr="0093776D">
              <w:rPr>
                <w:rFonts w:ascii="Times New Roman" w:eastAsia="Times New Roman" w:hAnsi="Times New Roman"/>
                <w:color w:val="000000"/>
                <w:w w:val="97"/>
                <w:sz w:val="16"/>
                <w:szCs w:val="16"/>
                <w:lang w:val="ru-RU"/>
              </w:rPr>
              <w:t>рассматривают, обсуждают и анализируют и</w:t>
            </w:r>
            <w:r w:rsidRPr="0093776D">
              <w:rPr>
                <w:rFonts w:ascii="Times New Roman" w:eastAsia="Times New Roman" w:hAnsi="Times New Roman"/>
                <w:color w:val="000000"/>
                <w:w w:val="97"/>
                <w:sz w:val="16"/>
                <w:szCs w:val="16"/>
                <w:lang w:val="ru-RU"/>
              </w:rPr>
              <w:t>л</w:t>
            </w:r>
            <w:r w:rsidRPr="0093776D">
              <w:rPr>
                <w:rFonts w:ascii="Times New Roman" w:eastAsia="Times New Roman" w:hAnsi="Times New Roman"/>
                <w:color w:val="000000"/>
                <w:w w:val="97"/>
                <w:sz w:val="16"/>
                <w:szCs w:val="16"/>
                <w:lang w:val="ru-RU"/>
              </w:rPr>
              <w:t>люстративный образец техники выполнения кувырка вперёд в группировке</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3.13.</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Опорный прыжок на гимнастического козла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50" w:lineRule="auto"/>
              <w:ind w:left="70"/>
              <w:rPr>
                <w:sz w:val="16"/>
                <w:szCs w:val="16"/>
                <w:lang w:val="ru-RU"/>
              </w:rPr>
            </w:pPr>
            <w:r w:rsidRPr="0093776D">
              <w:rPr>
                <w:rFonts w:ascii="Times New Roman" w:eastAsia="Times New Roman" w:hAnsi="Times New Roman"/>
                <w:color w:val="000000"/>
                <w:w w:val="97"/>
                <w:sz w:val="16"/>
                <w:szCs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93776D">
              <w:rPr>
                <w:sz w:val="16"/>
                <w:szCs w:val="16"/>
                <w:lang w:val="ru-RU"/>
              </w:rPr>
              <w:br/>
            </w:r>
            <w:r w:rsidRPr="0093776D">
              <w:rPr>
                <w:rFonts w:ascii="Times New Roman" w:eastAsia="Times New Roman" w:hAnsi="Times New Roman"/>
                <w:color w:val="000000"/>
                <w:w w:val="97"/>
                <w:sz w:val="16"/>
                <w:szCs w:val="16"/>
                <w:lang w:val="ru-RU"/>
              </w:rPr>
              <w:t>основе предшествующего опыта</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3.14.</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45" w:lineRule="auto"/>
              <w:ind w:left="72"/>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Гимнастическая комбинация на низком гимнастическом бревне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50" w:lineRule="auto"/>
              <w:ind w:left="70"/>
              <w:rPr>
                <w:sz w:val="16"/>
                <w:szCs w:val="16"/>
                <w:lang w:val="ru-RU"/>
              </w:rPr>
            </w:pPr>
            <w:r w:rsidRPr="0093776D">
              <w:rPr>
                <w:rFonts w:ascii="Times New Roman" w:eastAsia="Times New Roman" w:hAnsi="Times New Roman"/>
                <w:color w:val="000000"/>
                <w:w w:val="97"/>
                <w:sz w:val="16"/>
                <w:szCs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93776D">
              <w:rPr>
                <w:sz w:val="16"/>
                <w:szCs w:val="16"/>
                <w:lang w:val="ru-RU"/>
              </w:rPr>
              <w:br/>
            </w:r>
            <w:r w:rsidRPr="0093776D">
              <w:rPr>
                <w:rFonts w:ascii="Times New Roman" w:eastAsia="Times New Roman" w:hAnsi="Times New Roman"/>
                <w:color w:val="000000"/>
                <w:w w:val="97"/>
                <w:sz w:val="16"/>
                <w:szCs w:val="16"/>
                <w:lang w:val="ru-RU"/>
              </w:rPr>
              <w:t>основе предшествующего опыта</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50"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jc w:val="center"/>
              <w:rPr>
                <w:sz w:val="16"/>
                <w:szCs w:val="16"/>
              </w:rPr>
            </w:pPr>
            <w:r w:rsidRPr="0093776D">
              <w:rPr>
                <w:rFonts w:ascii="Times New Roman" w:eastAsia="Times New Roman" w:hAnsi="Times New Roman"/>
                <w:color w:val="000000"/>
                <w:w w:val="97"/>
                <w:sz w:val="16"/>
                <w:szCs w:val="16"/>
              </w:rPr>
              <w:t>3.15.</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6" w:after="0" w:line="245" w:lineRule="auto"/>
              <w:ind w:left="72" w:right="1152"/>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 xml:space="preserve">Лазанье и </w:t>
            </w:r>
            <w:proofErr w:type="spellStart"/>
            <w:r w:rsidRPr="0093776D">
              <w:rPr>
                <w:rFonts w:ascii="Times New Roman" w:eastAsia="Times New Roman" w:hAnsi="Times New Roman"/>
                <w:b/>
                <w:color w:val="000000"/>
                <w:w w:val="97"/>
                <w:sz w:val="16"/>
                <w:szCs w:val="16"/>
                <w:lang w:val="ru-RU"/>
              </w:rPr>
              <w:t>перелезание</w:t>
            </w:r>
            <w:proofErr w:type="spellEnd"/>
            <w:r w:rsidRPr="0093776D">
              <w:rPr>
                <w:rFonts w:ascii="Times New Roman" w:eastAsia="Times New Roman" w:hAnsi="Times New Roman"/>
                <w:b/>
                <w:color w:val="000000"/>
                <w:w w:val="97"/>
                <w:sz w:val="16"/>
                <w:szCs w:val="16"/>
                <w:lang w:val="ru-RU"/>
              </w:rPr>
              <w:t xml:space="preserve"> на гимнастической стенке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ind w:left="72"/>
              <w:rPr>
                <w:sz w:val="16"/>
                <w:szCs w:val="16"/>
              </w:rPr>
            </w:pPr>
            <w:r w:rsidRPr="0093776D">
              <w:rPr>
                <w:rFonts w:ascii="Times New Roman" w:eastAsia="Times New Roman" w:hAnsi="Times New Roman"/>
                <w:color w:val="000000"/>
                <w:w w:val="97"/>
                <w:sz w:val="16"/>
                <w:szCs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0"/>
              <w:rPr>
                <w:sz w:val="16"/>
                <w:szCs w:val="16"/>
                <w:lang w:val="ru-RU"/>
              </w:rPr>
            </w:pPr>
            <w:r w:rsidRPr="0093776D">
              <w:rPr>
                <w:rFonts w:ascii="Times New Roman" w:eastAsia="Times New Roman" w:hAnsi="Times New Roman"/>
                <w:color w:val="000000"/>
                <w:w w:val="97"/>
                <w:sz w:val="16"/>
                <w:szCs w:val="16"/>
                <w:lang w:val="ru-RU"/>
              </w:rPr>
              <w:t xml:space="preserve">описывают технику выполнения кувырка вперёд с выделением фаз движения, выясняют возможность появление ошибок и причин их появления (на </w:t>
            </w:r>
            <w:r w:rsidRPr="0093776D">
              <w:rPr>
                <w:sz w:val="16"/>
                <w:szCs w:val="16"/>
                <w:lang w:val="ru-RU"/>
              </w:rPr>
              <w:br/>
            </w:r>
            <w:r w:rsidRPr="0093776D">
              <w:rPr>
                <w:rFonts w:ascii="Times New Roman" w:eastAsia="Times New Roman" w:hAnsi="Times New Roman"/>
                <w:color w:val="000000"/>
                <w:w w:val="97"/>
                <w:sz w:val="16"/>
                <w:szCs w:val="16"/>
                <w:lang w:val="ru-RU"/>
              </w:rPr>
              <w:t>основе предшествующего опыта</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4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3.16.</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45" w:lineRule="auto"/>
              <w:ind w:left="72" w:right="576"/>
              <w:rPr>
                <w:sz w:val="16"/>
                <w:szCs w:val="16"/>
                <w:lang w:val="ru-RU"/>
              </w:rPr>
            </w:pPr>
            <w:r w:rsidRPr="0093776D">
              <w:rPr>
                <w:rFonts w:ascii="Times New Roman" w:eastAsia="Times New Roman" w:hAnsi="Times New Roman"/>
                <w:i/>
                <w:color w:val="000000"/>
                <w:w w:val="97"/>
                <w:sz w:val="16"/>
                <w:szCs w:val="16"/>
                <w:lang w:val="ru-RU"/>
              </w:rPr>
              <w:t xml:space="preserve">Модуль «Гимнастика». </w:t>
            </w:r>
            <w:r w:rsidRPr="0093776D">
              <w:rPr>
                <w:rFonts w:ascii="Times New Roman" w:eastAsia="Times New Roman" w:hAnsi="Times New Roman"/>
                <w:b/>
                <w:color w:val="000000"/>
                <w:w w:val="97"/>
                <w:sz w:val="16"/>
                <w:szCs w:val="16"/>
                <w:lang w:val="ru-RU"/>
              </w:rPr>
              <w:t>Расхождение на гимнастической скамейке в парах</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0" w:right="288"/>
              <w:rPr>
                <w:sz w:val="16"/>
                <w:szCs w:val="16"/>
                <w:lang w:val="ru-RU"/>
              </w:rPr>
            </w:pPr>
            <w:r w:rsidRPr="0093776D">
              <w:rPr>
                <w:rFonts w:ascii="Times New Roman" w:eastAsia="Times New Roman" w:hAnsi="Times New Roman"/>
                <w:color w:val="000000"/>
                <w:w w:val="97"/>
                <w:sz w:val="16"/>
                <w:szCs w:val="16"/>
                <w:lang w:val="ru-RU"/>
              </w:rPr>
              <w:t>рассматривают, обсуждают и анализируют и</w:t>
            </w:r>
            <w:r w:rsidRPr="0093776D">
              <w:rPr>
                <w:rFonts w:ascii="Times New Roman" w:eastAsia="Times New Roman" w:hAnsi="Times New Roman"/>
                <w:color w:val="000000"/>
                <w:w w:val="97"/>
                <w:sz w:val="16"/>
                <w:szCs w:val="16"/>
                <w:lang w:val="ru-RU"/>
              </w:rPr>
              <w:t>л</w:t>
            </w:r>
            <w:r w:rsidRPr="0093776D">
              <w:rPr>
                <w:rFonts w:ascii="Times New Roman" w:eastAsia="Times New Roman" w:hAnsi="Times New Roman"/>
                <w:color w:val="000000"/>
                <w:w w:val="97"/>
                <w:sz w:val="16"/>
                <w:szCs w:val="16"/>
                <w:lang w:val="ru-RU"/>
              </w:rPr>
              <w:t>люстративный образец техники выполнения кувырка вперёд в группировке</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3.17.</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45" w:lineRule="auto"/>
              <w:ind w:left="72" w:right="288"/>
              <w:rPr>
                <w:sz w:val="16"/>
                <w:szCs w:val="16"/>
                <w:lang w:val="ru-RU"/>
              </w:rPr>
            </w:pPr>
            <w:r w:rsidRPr="0093776D">
              <w:rPr>
                <w:rFonts w:ascii="Times New Roman" w:eastAsia="Times New Roman" w:hAnsi="Times New Roman"/>
                <w:i/>
                <w:color w:val="000000"/>
                <w:w w:val="97"/>
                <w:sz w:val="16"/>
                <w:szCs w:val="16"/>
                <w:lang w:val="ru-RU"/>
              </w:rPr>
              <w:t xml:space="preserve">Модуль «Лёгкая атлетика». </w:t>
            </w:r>
            <w:r w:rsidRPr="0093776D">
              <w:rPr>
                <w:rFonts w:ascii="Times New Roman" w:eastAsia="Times New Roman" w:hAnsi="Times New Roman"/>
                <w:b/>
                <w:color w:val="000000"/>
                <w:w w:val="97"/>
                <w:sz w:val="16"/>
                <w:szCs w:val="16"/>
                <w:lang w:val="ru-RU"/>
              </w:rPr>
              <w:t>Бег с равномерной скоростью на длинные дистанции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93776D">
            <w:pPr>
              <w:rPr>
                <w:sz w:val="16"/>
                <w:szCs w:val="16"/>
                <w:lang w:val="ru-RU"/>
              </w:rPr>
            </w:pPr>
            <w:r w:rsidRPr="0093776D">
              <w:rPr>
                <w:sz w:val="16"/>
                <w:szCs w:val="16"/>
                <w:lang w:val="ru-RU"/>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0" w:right="288"/>
              <w:rPr>
                <w:sz w:val="16"/>
                <w:szCs w:val="16"/>
                <w:lang w:val="ru-RU"/>
              </w:rPr>
            </w:pPr>
            <w:r w:rsidRPr="0093776D">
              <w:rPr>
                <w:rFonts w:ascii="Times New Roman" w:eastAsia="Times New Roman" w:hAnsi="Times New Roman"/>
                <w:color w:val="000000"/>
                <w:w w:val="97"/>
                <w:sz w:val="16"/>
                <w:szCs w:val="16"/>
                <w:lang w:val="ru-RU"/>
              </w:rPr>
              <w:t>знакомятся с образцом учителя, анализируют и уточняют детали и элементы техники</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jc w:val="center"/>
              <w:rPr>
                <w:sz w:val="16"/>
                <w:szCs w:val="16"/>
              </w:rPr>
            </w:pPr>
            <w:r w:rsidRPr="0093776D">
              <w:rPr>
                <w:rFonts w:ascii="Times New Roman" w:eastAsia="Times New Roman" w:hAnsi="Times New Roman"/>
                <w:color w:val="000000"/>
                <w:w w:val="97"/>
                <w:sz w:val="16"/>
                <w:szCs w:val="16"/>
              </w:rPr>
              <w:t>3.18.</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8" w:after="0" w:line="247" w:lineRule="auto"/>
              <w:ind w:left="72" w:right="144"/>
              <w:rPr>
                <w:sz w:val="16"/>
                <w:szCs w:val="16"/>
                <w:lang w:val="ru-RU"/>
              </w:rPr>
            </w:pPr>
            <w:r w:rsidRPr="0093776D">
              <w:rPr>
                <w:rFonts w:ascii="Times New Roman" w:eastAsia="Times New Roman" w:hAnsi="Times New Roman"/>
                <w:i/>
                <w:color w:val="000000"/>
                <w:w w:val="97"/>
                <w:sz w:val="16"/>
                <w:szCs w:val="16"/>
                <w:lang w:val="ru-RU"/>
              </w:rPr>
              <w:t xml:space="preserve">Модуль «Лёгкая атлетика». </w:t>
            </w:r>
            <w:r w:rsidRPr="0093776D">
              <w:rPr>
                <w:rFonts w:ascii="Times New Roman" w:eastAsia="Times New Roman" w:hAnsi="Times New Roman"/>
                <w:b/>
                <w:color w:val="000000"/>
                <w:w w:val="97"/>
                <w:sz w:val="16"/>
                <w:szCs w:val="16"/>
                <w:lang w:val="ru-RU"/>
              </w:rPr>
              <w:t xml:space="preserve">Знакомство с рекомендациями по технике безопасности во время выполнения беговых </w:t>
            </w:r>
            <w:r w:rsidRPr="0093776D">
              <w:rPr>
                <w:sz w:val="16"/>
                <w:szCs w:val="16"/>
                <w:lang w:val="ru-RU"/>
              </w:rPr>
              <w:br/>
            </w:r>
            <w:r w:rsidRPr="0093776D">
              <w:rPr>
                <w:rFonts w:ascii="Times New Roman" w:eastAsia="Times New Roman" w:hAnsi="Times New Roman"/>
                <w:b/>
                <w:color w:val="000000"/>
                <w:w w:val="97"/>
                <w:sz w:val="16"/>
                <w:szCs w:val="16"/>
                <w:lang w:val="ru-RU"/>
              </w:rPr>
              <w:t>упражнений на самостоятельных занятиях лёгкой атлетикой</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30"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0" w:right="288"/>
              <w:rPr>
                <w:sz w:val="16"/>
                <w:szCs w:val="16"/>
                <w:lang w:val="ru-RU"/>
              </w:rPr>
            </w:pPr>
            <w:r w:rsidRPr="0093776D">
              <w:rPr>
                <w:rFonts w:ascii="Times New Roman" w:eastAsia="Times New Roman" w:hAnsi="Times New Roman"/>
                <w:color w:val="000000"/>
                <w:w w:val="97"/>
                <w:sz w:val="16"/>
                <w:szCs w:val="16"/>
                <w:lang w:val="ru-RU"/>
              </w:rPr>
              <w:t>знакомятся с образцом учителя, анализируют и уточняют детали и элементы техники</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8" w:after="0" w:line="247"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jc w:val="center"/>
              <w:rPr>
                <w:sz w:val="16"/>
                <w:szCs w:val="16"/>
              </w:rPr>
            </w:pPr>
            <w:r w:rsidRPr="0093776D">
              <w:rPr>
                <w:rFonts w:ascii="Times New Roman" w:eastAsia="Times New Roman" w:hAnsi="Times New Roman"/>
                <w:color w:val="000000"/>
                <w:w w:val="97"/>
                <w:sz w:val="16"/>
                <w:szCs w:val="16"/>
              </w:rPr>
              <w:t>3.19.</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6" w:after="0" w:line="245" w:lineRule="auto"/>
              <w:ind w:left="72" w:right="144"/>
              <w:rPr>
                <w:sz w:val="16"/>
                <w:szCs w:val="16"/>
                <w:lang w:val="ru-RU"/>
              </w:rPr>
            </w:pPr>
            <w:r w:rsidRPr="0093776D">
              <w:rPr>
                <w:rFonts w:ascii="Times New Roman" w:eastAsia="Times New Roman" w:hAnsi="Times New Roman"/>
                <w:i/>
                <w:color w:val="000000"/>
                <w:w w:val="97"/>
                <w:sz w:val="16"/>
                <w:szCs w:val="16"/>
                <w:lang w:val="ru-RU"/>
              </w:rPr>
              <w:t xml:space="preserve">Модуль «Лёгкая атлетика». </w:t>
            </w:r>
            <w:r w:rsidRPr="0093776D">
              <w:rPr>
                <w:rFonts w:ascii="Times New Roman" w:eastAsia="Times New Roman" w:hAnsi="Times New Roman"/>
                <w:b/>
                <w:color w:val="000000"/>
                <w:w w:val="97"/>
                <w:sz w:val="16"/>
                <w:szCs w:val="16"/>
                <w:lang w:val="ru-RU"/>
              </w:rPr>
              <w:t>Бег с максимальной скоростью на короткие дистанции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45" w:lineRule="auto"/>
              <w:ind w:left="70" w:right="288"/>
              <w:rPr>
                <w:sz w:val="16"/>
                <w:szCs w:val="16"/>
                <w:lang w:val="ru-RU"/>
              </w:rPr>
            </w:pPr>
            <w:r w:rsidRPr="0093776D">
              <w:rPr>
                <w:rFonts w:ascii="Times New Roman" w:eastAsia="Times New Roman" w:hAnsi="Times New Roman"/>
                <w:color w:val="000000"/>
                <w:w w:val="97"/>
                <w:sz w:val="16"/>
                <w:szCs w:val="16"/>
                <w:lang w:val="ru-RU"/>
              </w:rPr>
              <w:t>знакомятся с образцом учителя, анализируют и уточняют детали и элементы техники</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r w:rsidR="003A6CD7" w:rsidRPr="0093776D">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jc w:val="center"/>
              <w:rPr>
                <w:sz w:val="16"/>
                <w:szCs w:val="16"/>
              </w:rPr>
            </w:pPr>
            <w:r w:rsidRPr="0093776D">
              <w:rPr>
                <w:rFonts w:ascii="Times New Roman" w:eastAsia="Times New Roman" w:hAnsi="Times New Roman"/>
                <w:color w:val="000000"/>
                <w:w w:val="97"/>
                <w:sz w:val="16"/>
                <w:szCs w:val="16"/>
              </w:rPr>
              <w:t>3.20.</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E96A3D">
            <w:pPr>
              <w:autoSpaceDE w:val="0"/>
              <w:autoSpaceDN w:val="0"/>
              <w:spacing w:before="76" w:after="0" w:line="245" w:lineRule="auto"/>
              <w:ind w:left="72"/>
              <w:rPr>
                <w:sz w:val="16"/>
                <w:szCs w:val="16"/>
                <w:lang w:val="ru-RU"/>
              </w:rPr>
            </w:pPr>
            <w:r w:rsidRPr="0093776D">
              <w:rPr>
                <w:rFonts w:ascii="Times New Roman" w:eastAsia="Times New Roman" w:hAnsi="Times New Roman"/>
                <w:i/>
                <w:color w:val="000000"/>
                <w:w w:val="97"/>
                <w:sz w:val="16"/>
                <w:szCs w:val="16"/>
                <w:lang w:val="ru-RU"/>
              </w:rPr>
              <w:t xml:space="preserve">Модуль «Лёгкая атлетика». </w:t>
            </w:r>
            <w:r w:rsidRPr="0093776D">
              <w:rPr>
                <w:rFonts w:ascii="Times New Roman" w:eastAsia="Times New Roman" w:hAnsi="Times New Roman"/>
                <w:b/>
                <w:color w:val="000000"/>
                <w:w w:val="97"/>
                <w:sz w:val="16"/>
                <w:szCs w:val="16"/>
                <w:lang w:val="ru-RU"/>
              </w:rPr>
              <w:t>Прыжок в длину с разбега спос</w:t>
            </w:r>
            <w:r w:rsidRPr="0093776D">
              <w:rPr>
                <w:rFonts w:ascii="Times New Roman" w:eastAsia="Times New Roman" w:hAnsi="Times New Roman"/>
                <w:b/>
                <w:color w:val="000000"/>
                <w:w w:val="97"/>
                <w:sz w:val="16"/>
                <w:szCs w:val="16"/>
                <w:lang w:val="ru-RU"/>
              </w:rPr>
              <w:t>о</w:t>
            </w:r>
            <w:r w:rsidRPr="0093776D">
              <w:rPr>
                <w:rFonts w:ascii="Times New Roman" w:eastAsia="Times New Roman" w:hAnsi="Times New Roman"/>
                <w:b/>
                <w:color w:val="000000"/>
                <w:w w:val="97"/>
                <w:sz w:val="16"/>
                <w:szCs w:val="16"/>
                <w:lang w:val="ru-RU"/>
              </w:rPr>
              <w:t>бом</w:t>
            </w:r>
            <w:proofErr w:type="gramStart"/>
            <w:r w:rsidRPr="0093776D">
              <w:rPr>
                <w:rFonts w:ascii="Times New Roman" w:eastAsia="Times New Roman" w:hAnsi="Times New Roman"/>
                <w:b/>
                <w:color w:val="000000"/>
                <w:w w:val="97"/>
                <w:sz w:val="16"/>
                <w:szCs w:val="16"/>
                <w:lang w:val="ru-RU"/>
              </w:rPr>
              <w:t>«с</w:t>
            </w:r>
            <w:proofErr w:type="gramEnd"/>
            <w:r w:rsidRPr="0093776D">
              <w:rPr>
                <w:rFonts w:ascii="Times New Roman" w:eastAsia="Times New Roman" w:hAnsi="Times New Roman"/>
                <w:b/>
                <w:color w:val="000000"/>
                <w:w w:val="97"/>
                <w:sz w:val="16"/>
                <w:szCs w:val="16"/>
                <w:lang w:val="ru-RU"/>
              </w:rPr>
              <w:t>огнув ноги</w:t>
            </w:r>
            <w:r w:rsidRPr="0093776D">
              <w:rPr>
                <w:rFonts w:ascii="Times New Roman" w:eastAsia="Times New Roman" w:hAnsi="Times New Roman"/>
                <w:b/>
                <w:i/>
                <w:color w:val="000000"/>
                <w:w w:val="97"/>
                <w:sz w:val="16"/>
                <w:szCs w:val="16"/>
                <w:lang w:val="ru-RU"/>
              </w:rPr>
              <w:t>»</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33" w:lineRule="auto"/>
              <w:ind w:left="72"/>
              <w:rPr>
                <w:sz w:val="16"/>
                <w:szCs w:val="16"/>
              </w:rPr>
            </w:pPr>
            <w:r w:rsidRPr="0093776D">
              <w:rPr>
                <w:rFonts w:ascii="Times New Roman" w:eastAsia="Times New Roman" w:hAnsi="Times New Roman"/>
                <w:color w:val="000000"/>
                <w:w w:val="97"/>
                <w:sz w:val="16"/>
                <w:szCs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93776D" w:rsidRDefault="003A6CD7">
            <w:pPr>
              <w:rPr>
                <w:sz w:val="16"/>
                <w:szCs w:val="16"/>
              </w:rPr>
            </w:pPr>
          </w:p>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0"/>
              <w:rPr>
                <w:sz w:val="16"/>
                <w:szCs w:val="16"/>
                <w:lang w:val="ru-RU"/>
              </w:rPr>
            </w:pPr>
            <w:r w:rsidRPr="0093776D">
              <w:rPr>
                <w:rFonts w:ascii="Times New Roman" w:eastAsia="Times New Roman" w:hAnsi="Times New Roman"/>
                <w:color w:val="000000"/>
                <w:w w:val="97"/>
                <w:sz w:val="16"/>
                <w:szCs w:val="16"/>
                <w:lang w:val="ru-RU"/>
              </w:rPr>
              <w:t xml:space="preserve">описывают технику равномерного бега и </w:t>
            </w:r>
            <w:r w:rsidRPr="0093776D">
              <w:rPr>
                <w:sz w:val="16"/>
                <w:szCs w:val="16"/>
                <w:lang w:val="ru-RU"/>
              </w:rPr>
              <w:br/>
            </w:r>
            <w:r w:rsidRPr="0093776D">
              <w:rPr>
                <w:rFonts w:ascii="Times New Roman" w:eastAsia="Times New Roman" w:hAnsi="Times New Roman"/>
                <w:color w:val="000000"/>
                <w:w w:val="97"/>
                <w:sz w:val="16"/>
                <w:szCs w:val="16"/>
                <w:lang w:val="ru-RU"/>
              </w:rPr>
              <w:t>разучивают его на учебной дистанции (за лидером, с коррекцией скорости передвижения учителем</w:t>
            </w:r>
            <w:proofErr w:type="gramStart"/>
            <w:r w:rsidRPr="0093776D">
              <w:rPr>
                <w:rFonts w:ascii="Times New Roman" w:eastAsia="Times New Roman" w:hAnsi="Times New Roman"/>
                <w:color w:val="000000"/>
                <w:w w:val="97"/>
                <w:sz w:val="16"/>
                <w:szCs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45" w:lineRule="auto"/>
              <w:ind w:left="72" w:right="144"/>
              <w:rPr>
                <w:sz w:val="16"/>
                <w:szCs w:val="16"/>
              </w:rPr>
            </w:pPr>
            <w:proofErr w:type="spellStart"/>
            <w:r w:rsidRPr="0093776D">
              <w:rPr>
                <w:rFonts w:ascii="Times New Roman" w:eastAsia="Times New Roman" w:hAnsi="Times New Roman"/>
                <w:color w:val="000000"/>
                <w:w w:val="97"/>
                <w:sz w:val="16"/>
                <w:szCs w:val="16"/>
              </w:rPr>
              <w:t>Устный</w:t>
            </w:r>
            <w:proofErr w:type="spellEnd"/>
            <w:r w:rsidRPr="0093776D">
              <w:rPr>
                <w:rFonts w:ascii="Times New Roman" w:eastAsia="Times New Roman" w:hAnsi="Times New Roman"/>
                <w:color w:val="000000"/>
                <w:w w:val="97"/>
                <w:sz w:val="16"/>
                <w:szCs w:val="16"/>
              </w:rPr>
              <w:t xml:space="preserve"> </w:t>
            </w:r>
            <w:proofErr w:type="spellStart"/>
            <w:r w:rsidRPr="0093776D">
              <w:rPr>
                <w:rFonts w:ascii="Times New Roman" w:eastAsia="Times New Roman" w:hAnsi="Times New Roman"/>
                <w:color w:val="000000"/>
                <w:w w:val="97"/>
                <w:sz w:val="16"/>
                <w:szCs w:val="16"/>
              </w:rPr>
              <w:t>опрос</w:t>
            </w:r>
            <w:proofErr w:type="spellEnd"/>
            <w:r w:rsidRPr="0093776D">
              <w:rPr>
                <w:rFonts w:ascii="Times New Roman" w:eastAsia="Times New Roman" w:hAnsi="Times New Roman"/>
                <w:color w:val="000000"/>
                <w:w w:val="97"/>
                <w:sz w:val="16"/>
                <w:szCs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E96A3D">
            <w:pPr>
              <w:autoSpaceDE w:val="0"/>
              <w:autoSpaceDN w:val="0"/>
              <w:spacing w:before="76" w:after="0" w:line="250" w:lineRule="auto"/>
              <w:ind w:left="72"/>
              <w:rPr>
                <w:sz w:val="16"/>
                <w:szCs w:val="16"/>
              </w:rPr>
            </w:pPr>
            <w:r w:rsidRPr="0093776D">
              <w:rPr>
                <w:rFonts w:ascii="Times New Roman" w:eastAsia="Times New Roman" w:hAnsi="Times New Roman"/>
                <w:color w:val="000000"/>
                <w:w w:val="97"/>
                <w:sz w:val="16"/>
                <w:szCs w:val="16"/>
              </w:rPr>
              <w:t xml:space="preserve">https://fk12.ru/books/fizicheskaya-kultura-5-7-klassy-vilenskii </w:t>
            </w:r>
            <w:r w:rsidRPr="0093776D">
              <w:rPr>
                <w:sz w:val="16"/>
                <w:szCs w:val="16"/>
              </w:rPr>
              <w:br/>
            </w:r>
            <w:r w:rsidRPr="0093776D">
              <w:rPr>
                <w:rFonts w:ascii="Times New Roman" w:eastAsia="Times New Roman" w:hAnsi="Times New Roman"/>
                <w:color w:val="000000"/>
                <w:w w:val="97"/>
                <w:sz w:val="16"/>
                <w:szCs w:val="16"/>
              </w:rPr>
              <w:t>https://resh.edu.ru/subject/9/</w:t>
            </w:r>
          </w:p>
        </w:tc>
      </w:tr>
    </w:tbl>
    <w:p w:rsidR="003A6CD7" w:rsidRDefault="003A6CD7">
      <w:pPr>
        <w:autoSpaceDE w:val="0"/>
        <w:autoSpaceDN w:val="0"/>
        <w:spacing w:after="0" w:line="14" w:lineRule="exact"/>
      </w:pPr>
    </w:p>
    <w:p w:rsidR="003A6CD7" w:rsidRDefault="003A6CD7">
      <w:pPr>
        <w:sectPr w:rsidR="003A6CD7">
          <w:pgSz w:w="16840" w:h="11900"/>
          <w:pgMar w:top="284" w:right="640" w:bottom="304" w:left="666" w:header="720" w:footer="720" w:gutter="0"/>
          <w:cols w:space="720" w:equalWidth="0">
            <w:col w:w="15534" w:space="0"/>
          </w:cols>
          <w:docGrid w:linePitch="360"/>
        </w:sectPr>
      </w:pPr>
    </w:p>
    <w:p w:rsidR="003A6CD7" w:rsidRDefault="003A6CD7">
      <w:pPr>
        <w:autoSpaceDE w:val="0"/>
        <w:autoSpaceDN w:val="0"/>
        <w:spacing w:after="66" w:line="220" w:lineRule="exact"/>
      </w:pPr>
    </w:p>
    <w:tbl>
      <w:tblPr>
        <w:tblW w:w="0" w:type="auto"/>
        <w:tblInd w:w="6" w:type="dxa"/>
        <w:tblLayout w:type="fixed"/>
        <w:tblLook w:val="04A0"/>
      </w:tblPr>
      <w:tblGrid>
        <w:gridCol w:w="468"/>
        <w:gridCol w:w="4670"/>
        <w:gridCol w:w="530"/>
        <w:gridCol w:w="1104"/>
        <w:gridCol w:w="1140"/>
        <w:gridCol w:w="806"/>
        <w:gridCol w:w="3614"/>
        <w:gridCol w:w="828"/>
        <w:gridCol w:w="2342"/>
      </w:tblGrid>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3.21.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50" w:lineRule="auto"/>
              <w:ind w:left="72"/>
              <w:rPr>
                <w:lang w:val="ru-RU"/>
              </w:rPr>
            </w:pPr>
            <w:r w:rsidRPr="00BB4206">
              <w:rPr>
                <w:rFonts w:ascii="Times New Roman" w:eastAsia="Times New Roman" w:hAnsi="Times New Roman"/>
                <w:i/>
                <w:color w:val="000000"/>
                <w:w w:val="97"/>
                <w:sz w:val="16"/>
                <w:lang w:val="ru-RU"/>
              </w:rPr>
              <w:t xml:space="preserve">Модуль «Лёгкая атлетика». </w:t>
            </w:r>
            <w:r w:rsidRPr="00BB4206">
              <w:rPr>
                <w:rFonts w:ascii="Times New Roman" w:eastAsia="Times New Roman" w:hAnsi="Times New Roman"/>
                <w:b/>
                <w:color w:val="000000"/>
                <w:w w:val="97"/>
                <w:sz w:val="16"/>
                <w:lang w:val="ru-RU"/>
              </w:rPr>
              <w:t>Знакомство с рекомендациями уч</w:t>
            </w:r>
            <w:r w:rsidRPr="00BB4206">
              <w:rPr>
                <w:rFonts w:ascii="Times New Roman" w:eastAsia="Times New Roman" w:hAnsi="Times New Roman"/>
                <w:b/>
                <w:color w:val="000000"/>
                <w:w w:val="97"/>
                <w:sz w:val="16"/>
                <w:lang w:val="ru-RU"/>
              </w:rPr>
              <w:t>и</w:t>
            </w:r>
            <w:r w:rsidRPr="00BB4206">
              <w:rPr>
                <w:rFonts w:ascii="Times New Roman" w:eastAsia="Times New Roman" w:hAnsi="Times New Roman"/>
                <w:b/>
                <w:color w:val="000000"/>
                <w:w w:val="97"/>
                <w:sz w:val="16"/>
                <w:lang w:val="ru-RU"/>
              </w:rPr>
              <w:t>теля по технике безопасности на занятиях прыжками и со сп</w:t>
            </w:r>
            <w:r w:rsidRPr="00BB4206">
              <w:rPr>
                <w:rFonts w:ascii="Times New Roman" w:eastAsia="Times New Roman" w:hAnsi="Times New Roman"/>
                <w:b/>
                <w:color w:val="000000"/>
                <w:w w:val="97"/>
                <w:sz w:val="16"/>
                <w:lang w:val="ru-RU"/>
              </w:rPr>
              <w:t>о</w:t>
            </w:r>
            <w:r w:rsidRPr="00BB4206">
              <w:rPr>
                <w:rFonts w:ascii="Times New Roman" w:eastAsia="Times New Roman" w:hAnsi="Times New Roman"/>
                <w:b/>
                <w:color w:val="000000"/>
                <w:w w:val="97"/>
                <w:sz w:val="16"/>
                <w:lang w:val="ru-RU"/>
              </w:rPr>
              <w:t>собами их использования для развития скоростно-силовых сп</w:t>
            </w:r>
            <w:r w:rsidRPr="00BB4206">
              <w:rPr>
                <w:rFonts w:ascii="Times New Roman" w:eastAsia="Times New Roman" w:hAnsi="Times New Roman"/>
                <w:b/>
                <w:color w:val="000000"/>
                <w:w w:val="97"/>
                <w:sz w:val="16"/>
                <w:lang w:val="ru-RU"/>
              </w:rPr>
              <w:t>о</w:t>
            </w:r>
            <w:r w:rsidRPr="00BB4206">
              <w:rPr>
                <w:rFonts w:ascii="Times New Roman" w:eastAsia="Times New Roman" w:hAnsi="Times New Roman"/>
                <w:b/>
                <w:color w:val="000000"/>
                <w:w w:val="97"/>
                <w:sz w:val="16"/>
                <w:lang w:val="ru-RU"/>
              </w:rPr>
              <w:t>собностей</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5" w:lineRule="auto"/>
              <w:ind w:left="70" w:right="288"/>
              <w:rPr>
                <w:lang w:val="ru-RU"/>
              </w:rPr>
            </w:pPr>
            <w:r w:rsidRPr="00BB4206">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3.22.</w:t>
            </w:r>
          </w:p>
        </w:tc>
        <w:tc>
          <w:tcPr>
            <w:tcW w:w="4670" w:type="dxa"/>
            <w:tcBorders>
              <w:top w:val="single" w:sz="4" w:space="0" w:color="000000"/>
              <w:left w:val="single" w:sz="4" w:space="0" w:color="000000"/>
              <w:bottom w:val="single" w:sz="5"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864"/>
              <w:rPr>
                <w:lang w:val="ru-RU"/>
              </w:rPr>
            </w:pPr>
            <w:r w:rsidRPr="00BB4206">
              <w:rPr>
                <w:rFonts w:ascii="Times New Roman" w:eastAsia="Times New Roman" w:hAnsi="Times New Roman"/>
                <w:i/>
                <w:color w:val="000000"/>
                <w:w w:val="97"/>
                <w:sz w:val="16"/>
                <w:lang w:val="ru-RU"/>
              </w:rPr>
              <w:t xml:space="preserve">Модуль «Лёгкая атлетика». </w:t>
            </w:r>
            <w:r w:rsidRPr="00BB4206">
              <w:rPr>
                <w:rFonts w:ascii="Times New Roman" w:eastAsia="Times New Roman" w:hAnsi="Times New Roman"/>
                <w:b/>
                <w:color w:val="000000"/>
                <w:w w:val="97"/>
                <w:sz w:val="16"/>
                <w:lang w:val="ru-RU"/>
              </w:rPr>
              <w:t>Метание малого мяча в неподвижную мишень</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5"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5" w:space="0" w:color="000000"/>
              <w:right w:val="single" w:sz="4" w:space="0" w:color="000000"/>
            </w:tcBorders>
            <w:tcMar>
              <w:left w:w="0" w:type="dxa"/>
              <w:right w:w="0" w:type="dxa"/>
            </w:tcMar>
          </w:tcPr>
          <w:p w:rsidR="003A6CD7" w:rsidRPr="00BB4206" w:rsidRDefault="00E96A3D">
            <w:pPr>
              <w:autoSpaceDE w:val="0"/>
              <w:autoSpaceDN w:val="0"/>
              <w:spacing w:before="78" w:after="0" w:line="245" w:lineRule="auto"/>
              <w:ind w:left="70" w:right="288"/>
              <w:rPr>
                <w:lang w:val="ru-RU"/>
              </w:rPr>
            </w:pPr>
            <w:r w:rsidRPr="00BB4206">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056"/>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4" w:after="0" w:line="230" w:lineRule="auto"/>
              <w:jc w:val="center"/>
            </w:pPr>
            <w:r>
              <w:rPr>
                <w:rFonts w:ascii="Times New Roman" w:eastAsia="Times New Roman" w:hAnsi="Times New Roman"/>
                <w:color w:val="000000"/>
                <w:w w:val="97"/>
                <w:sz w:val="16"/>
              </w:rPr>
              <w:t>3.23.</w:t>
            </w:r>
          </w:p>
        </w:tc>
        <w:tc>
          <w:tcPr>
            <w:tcW w:w="4670" w:type="dxa"/>
            <w:tcBorders>
              <w:top w:val="single" w:sz="5"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4" w:after="0" w:line="250" w:lineRule="auto"/>
              <w:ind w:left="72" w:right="144"/>
              <w:rPr>
                <w:lang w:val="ru-RU"/>
              </w:rPr>
            </w:pPr>
            <w:r w:rsidRPr="00BB4206">
              <w:rPr>
                <w:rFonts w:ascii="Times New Roman" w:eastAsia="Times New Roman" w:hAnsi="Times New Roman"/>
                <w:i/>
                <w:color w:val="000000"/>
                <w:w w:val="97"/>
                <w:sz w:val="16"/>
                <w:lang w:val="ru-RU"/>
              </w:rPr>
              <w:t xml:space="preserve">Модуль «Лёгкая атлетика». </w:t>
            </w:r>
            <w:r w:rsidRPr="00BB4206">
              <w:rPr>
                <w:rFonts w:ascii="Times New Roman" w:eastAsia="Times New Roman" w:hAnsi="Times New Roman"/>
                <w:b/>
                <w:color w:val="000000"/>
                <w:w w:val="97"/>
                <w:sz w:val="16"/>
                <w:lang w:val="ru-RU"/>
              </w:rPr>
              <w:t>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4" w:after="0" w:line="230" w:lineRule="auto"/>
              <w:ind w:left="72"/>
            </w:pPr>
            <w:r>
              <w:rPr>
                <w:rFonts w:ascii="Times New Roman" w:eastAsia="Times New Roman" w:hAnsi="Times New Roman"/>
                <w:color w:val="000000"/>
                <w:w w:val="97"/>
                <w:sz w:val="16"/>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5"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5"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4" w:after="0" w:line="245" w:lineRule="auto"/>
              <w:ind w:left="70" w:right="288"/>
              <w:rPr>
                <w:lang w:val="ru-RU"/>
              </w:rPr>
            </w:pPr>
            <w:r w:rsidRPr="00BB4206">
              <w:rPr>
                <w:rFonts w:ascii="Times New Roman" w:eastAsia="Times New Roman" w:hAnsi="Times New Roman"/>
                <w:color w:val="000000"/>
                <w:w w:val="97"/>
                <w:sz w:val="16"/>
                <w:lang w:val="ru-RU"/>
              </w:rPr>
              <w:t>знакомятся с образцом учителя, анализируют и уточняют детали и элементы техники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4"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4"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3.24.</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jc w:val="center"/>
              <w:rPr>
                <w:lang w:val="ru-RU"/>
              </w:rPr>
            </w:pPr>
            <w:r w:rsidRPr="00BB4206">
              <w:rPr>
                <w:rFonts w:ascii="Times New Roman" w:eastAsia="Times New Roman" w:hAnsi="Times New Roman"/>
                <w:i/>
                <w:color w:val="000000"/>
                <w:w w:val="97"/>
                <w:sz w:val="16"/>
                <w:lang w:val="ru-RU"/>
              </w:rPr>
              <w:t xml:space="preserve">Модуль «Лёгкая атлетика». </w:t>
            </w:r>
            <w:r w:rsidRPr="00BB4206">
              <w:rPr>
                <w:rFonts w:ascii="Times New Roman" w:eastAsia="Times New Roman" w:hAnsi="Times New Roman"/>
                <w:b/>
                <w:color w:val="000000"/>
                <w:w w:val="97"/>
                <w:sz w:val="16"/>
                <w:lang w:val="ru-RU"/>
              </w:rPr>
              <w:t>Метание малого мяча на дальность</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45" w:lineRule="auto"/>
              <w:ind w:left="70" w:right="144"/>
              <w:rPr>
                <w:lang w:val="ru-RU"/>
              </w:rPr>
            </w:pPr>
            <w:r w:rsidRPr="00BB4206">
              <w:rPr>
                <w:rFonts w:ascii="Times New Roman" w:eastAsia="Times New Roman" w:hAnsi="Times New Roman"/>
                <w:color w:val="000000"/>
                <w:w w:val="97"/>
                <w:sz w:val="16"/>
                <w:lang w:val="ru-RU"/>
              </w:rPr>
              <w:t>закрепляют и совершенствуют технику высокого старта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3.25.</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color w:val="000000"/>
                <w:w w:val="97"/>
                <w:sz w:val="16"/>
                <w:lang w:val="ru-RU"/>
              </w:rPr>
              <w:t>Модуль «Кроссовая подготовка». Ходьба, бег и их разновидности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w:t>
            </w:r>
            <w:r w:rsidRPr="00BB4206">
              <w:rPr>
                <w:lang w:val="ru-RU"/>
              </w:rPr>
              <w:br/>
            </w:r>
            <w:r w:rsidRPr="00BB4206">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BB4206">
              <w:rPr>
                <w:rFonts w:ascii="Times New Roman" w:eastAsia="Times New Roman" w:hAnsi="Times New Roman"/>
                <w:color w:val="000000"/>
                <w:w w:val="97"/>
                <w:sz w:val="16"/>
                <w:lang w:val="ru-RU"/>
              </w:rPr>
              <w:t>двухшажным</w:t>
            </w:r>
            <w:proofErr w:type="spellEnd"/>
            <w:r w:rsidRPr="00BB4206">
              <w:rPr>
                <w:rFonts w:ascii="Times New Roman" w:eastAsia="Times New Roman" w:hAnsi="Times New Roman"/>
                <w:color w:val="000000"/>
                <w:w w:val="97"/>
                <w:sz w:val="16"/>
                <w:lang w:val="ru-RU"/>
              </w:rPr>
              <w:t xml:space="preserve"> ходом, </w:t>
            </w:r>
            <w:r w:rsidRPr="00BB4206">
              <w:rPr>
                <w:lang w:val="ru-RU"/>
              </w:rPr>
              <w:br/>
            </w:r>
            <w:r w:rsidRPr="00BB4206">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3.26.</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50" w:lineRule="auto"/>
              <w:ind w:left="72" w:right="144"/>
              <w:rPr>
                <w:lang w:val="ru-RU"/>
              </w:rPr>
            </w:pPr>
            <w:r w:rsidRPr="00BB4206">
              <w:rPr>
                <w:rFonts w:ascii="Times New Roman" w:eastAsia="Times New Roman" w:hAnsi="Times New Roman"/>
                <w:color w:val="000000"/>
                <w:w w:val="97"/>
                <w:sz w:val="16"/>
                <w:lang w:val="ru-RU"/>
              </w:rPr>
              <w:t xml:space="preserve">Модуль «Кроссовая подготовка». Знакомство с рекомендациями учителя по технике безопасности на занятиях кроссовой </w:t>
            </w:r>
            <w:r w:rsidRPr="00BB4206">
              <w:rPr>
                <w:lang w:val="ru-RU"/>
              </w:rPr>
              <w:br/>
            </w:r>
            <w:r w:rsidRPr="00BB4206">
              <w:rPr>
                <w:rFonts w:ascii="Times New Roman" w:eastAsia="Times New Roman" w:hAnsi="Times New Roman"/>
                <w:color w:val="000000"/>
                <w:w w:val="97"/>
                <w:sz w:val="16"/>
                <w:lang w:val="ru-RU"/>
              </w:rPr>
              <w:t xml:space="preserve">подготовкой; способами использования упражнений в </w:t>
            </w:r>
            <w:r w:rsidRPr="00BB4206">
              <w:rPr>
                <w:lang w:val="ru-RU"/>
              </w:rPr>
              <w:br/>
            </w:r>
            <w:r w:rsidRPr="00BB4206">
              <w:rPr>
                <w:rFonts w:ascii="Times New Roman" w:eastAsia="Times New Roman" w:hAnsi="Times New Roman"/>
                <w:color w:val="000000"/>
                <w:w w:val="97"/>
                <w:sz w:val="16"/>
                <w:lang w:val="ru-RU"/>
              </w:rPr>
              <w:t>передвижении на лыжах для развития выносливости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rFonts w:ascii="Times New Roman" w:hAnsi="Times New Roman" w:cs="Times New Roman"/>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93776D">
            <w:pPr>
              <w:rPr>
                <w:rFonts w:ascii="Times New Roman" w:hAnsi="Times New Roman" w:cs="Times New Roman"/>
                <w:sz w:val="16"/>
                <w:szCs w:val="16"/>
                <w:lang w:val="ru-RU"/>
              </w:rPr>
            </w:pPr>
            <w:r w:rsidRPr="0093776D">
              <w:rPr>
                <w:rFonts w:ascii="Times New Roman" w:hAnsi="Times New Roman" w:cs="Times New Roman"/>
                <w:sz w:val="16"/>
                <w:szCs w:val="16"/>
                <w:lang w:val="ru-RU"/>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w:t>
            </w:r>
            <w:r w:rsidRPr="00BB4206">
              <w:rPr>
                <w:lang w:val="ru-RU"/>
              </w:rPr>
              <w:br/>
            </w:r>
            <w:r w:rsidRPr="00BB4206">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BB4206">
              <w:rPr>
                <w:rFonts w:ascii="Times New Roman" w:eastAsia="Times New Roman" w:hAnsi="Times New Roman"/>
                <w:color w:val="000000"/>
                <w:w w:val="97"/>
                <w:sz w:val="16"/>
                <w:lang w:val="ru-RU"/>
              </w:rPr>
              <w:t>двухшажным</w:t>
            </w:r>
            <w:proofErr w:type="spellEnd"/>
            <w:r w:rsidRPr="00BB4206">
              <w:rPr>
                <w:rFonts w:ascii="Times New Roman" w:eastAsia="Times New Roman" w:hAnsi="Times New Roman"/>
                <w:color w:val="000000"/>
                <w:w w:val="97"/>
                <w:sz w:val="16"/>
                <w:lang w:val="ru-RU"/>
              </w:rPr>
              <w:t xml:space="preserve"> ходом, </w:t>
            </w:r>
            <w:r w:rsidRPr="00BB4206">
              <w:rPr>
                <w:lang w:val="ru-RU"/>
              </w:rPr>
              <w:br/>
            </w:r>
            <w:r w:rsidRPr="00BB4206">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2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3.27.</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color w:val="000000"/>
                <w:w w:val="97"/>
                <w:sz w:val="16"/>
                <w:lang w:val="ru-RU"/>
              </w:rPr>
              <w:t>Модуль «Кроссовая подготовка». Чередование ходьбы и бега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w:t>
            </w:r>
            <w:r w:rsidRPr="00BB4206">
              <w:rPr>
                <w:lang w:val="ru-RU"/>
              </w:rPr>
              <w:br/>
            </w:r>
            <w:r w:rsidRPr="00BB4206">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BB4206">
              <w:rPr>
                <w:rFonts w:ascii="Times New Roman" w:eastAsia="Times New Roman" w:hAnsi="Times New Roman"/>
                <w:color w:val="000000"/>
                <w:w w:val="97"/>
                <w:sz w:val="16"/>
                <w:lang w:val="ru-RU"/>
              </w:rPr>
              <w:t>двухшажным</w:t>
            </w:r>
            <w:proofErr w:type="spellEnd"/>
            <w:r w:rsidRPr="00BB4206">
              <w:rPr>
                <w:rFonts w:ascii="Times New Roman" w:eastAsia="Times New Roman" w:hAnsi="Times New Roman"/>
                <w:color w:val="000000"/>
                <w:w w:val="97"/>
                <w:sz w:val="16"/>
                <w:lang w:val="ru-RU"/>
              </w:rPr>
              <w:t xml:space="preserve"> ходом, </w:t>
            </w:r>
            <w:r w:rsidRPr="00BB4206">
              <w:rPr>
                <w:lang w:val="ru-RU"/>
              </w:rPr>
              <w:br/>
            </w:r>
            <w:r w:rsidRPr="00BB4206">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3.28.</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color w:val="000000"/>
                <w:w w:val="97"/>
                <w:sz w:val="16"/>
                <w:lang w:val="ru-RU"/>
              </w:rPr>
              <w:t>Модуль «Кроссовая подготовка». Бег в гору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w:t>
            </w:r>
            <w:r w:rsidRPr="00BB4206">
              <w:rPr>
                <w:lang w:val="ru-RU"/>
              </w:rPr>
              <w:br/>
            </w:r>
            <w:r w:rsidRPr="00BB4206">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BB4206">
              <w:rPr>
                <w:rFonts w:ascii="Times New Roman" w:eastAsia="Times New Roman" w:hAnsi="Times New Roman"/>
                <w:color w:val="000000"/>
                <w:w w:val="97"/>
                <w:sz w:val="16"/>
                <w:lang w:val="ru-RU"/>
              </w:rPr>
              <w:t>двухшажным</w:t>
            </w:r>
            <w:proofErr w:type="spellEnd"/>
            <w:r w:rsidRPr="00BB4206">
              <w:rPr>
                <w:rFonts w:ascii="Times New Roman" w:eastAsia="Times New Roman" w:hAnsi="Times New Roman"/>
                <w:color w:val="000000"/>
                <w:w w:val="97"/>
                <w:sz w:val="16"/>
                <w:lang w:val="ru-RU"/>
              </w:rPr>
              <w:t xml:space="preserve"> ходом, </w:t>
            </w:r>
            <w:r w:rsidRPr="00BB4206">
              <w:rPr>
                <w:lang w:val="ru-RU"/>
              </w:rPr>
              <w:br/>
            </w:r>
            <w:r w:rsidRPr="00BB4206">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3.29.</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30" w:lineRule="auto"/>
              <w:ind w:left="72"/>
              <w:rPr>
                <w:lang w:val="ru-RU"/>
              </w:rPr>
            </w:pPr>
            <w:r w:rsidRPr="00BB4206">
              <w:rPr>
                <w:rFonts w:ascii="Times New Roman" w:eastAsia="Times New Roman" w:hAnsi="Times New Roman"/>
                <w:color w:val="000000"/>
                <w:w w:val="97"/>
                <w:sz w:val="16"/>
                <w:lang w:val="ru-RU"/>
              </w:rPr>
              <w:t>Модуль «Кроссовая подготовка». Бег с горы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w:t>
            </w:r>
            <w:r w:rsidRPr="00BB4206">
              <w:rPr>
                <w:lang w:val="ru-RU"/>
              </w:rPr>
              <w:br/>
            </w:r>
            <w:r w:rsidRPr="00BB4206">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BB4206">
              <w:rPr>
                <w:rFonts w:ascii="Times New Roman" w:eastAsia="Times New Roman" w:hAnsi="Times New Roman"/>
                <w:color w:val="000000"/>
                <w:w w:val="97"/>
                <w:sz w:val="16"/>
                <w:lang w:val="ru-RU"/>
              </w:rPr>
              <w:t>двухшажным</w:t>
            </w:r>
            <w:proofErr w:type="spellEnd"/>
            <w:r w:rsidRPr="00BB4206">
              <w:rPr>
                <w:rFonts w:ascii="Times New Roman" w:eastAsia="Times New Roman" w:hAnsi="Times New Roman"/>
                <w:color w:val="000000"/>
                <w:w w:val="97"/>
                <w:sz w:val="16"/>
                <w:lang w:val="ru-RU"/>
              </w:rPr>
              <w:t xml:space="preserve"> ходом, </w:t>
            </w:r>
            <w:r w:rsidRPr="00BB4206">
              <w:rPr>
                <w:lang w:val="ru-RU"/>
              </w:rPr>
              <w:br/>
            </w:r>
            <w:r w:rsidRPr="00BB4206">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09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3.30.</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color w:val="000000"/>
                <w:w w:val="97"/>
                <w:sz w:val="16"/>
                <w:lang w:val="ru-RU"/>
              </w:rPr>
              <w:t>Модуль «Кроссовая подготовка». Бег по пересеченной местности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w:t>
            </w:r>
            <w:r w:rsidRPr="00BB4206">
              <w:rPr>
                <w:lang w:val="ru-RU"/>
              </w:rPr>
              <w:br/>
            </w:r>
            <w:r w:rsidRPr="00BB4206">
              <w:rPr>
                <w:rFonts w:ascii="Times New Roman" w:eastAsia="Times New Roman" w:hAnsi="Times New Roman"/>
                <w:color w:val="000000"/>
                <w:w w:val="97"/>
                <w:sz w:val="16"/>
                <w:lang w:val="ru-RU"/>
              </w:rPr>
              <w:t xml:space="preserve">иллюстративный образец техники передвижения на лыжах попеременным </w:t>
            </w:r>
            <w:proofErr w:type="spellStart"/>
            <w:r w:rsidRPr="00BB4206">
              <w:rPr>
                <w:rFonts w:ascii="Times New Roman" w:eastAsia="Times New Roman" w:hAnsi="Times New Roman"/>
                <w:color w:val="000000"/>
                <w:w w:val="97"/>
                <w:sz w:val="16"/>
                <w:lang w:val="ru-RU"/>
              </w:rPr>
              <w:t>двухшажным</w:t>
            </w:r>
            <w:proofErr w:type="spellEnd"/>
            <w:r w:rsidRPr="00BB4206">
              <w:rPr>
                <w:rFonts w:ascii="Times New Roman" w:eastAsia="Times New Roman" w:hAnsi="Times New Roman"/>
                <w:color w:val="000000"/>
                <w:w w:val="97"/>
                <w:sz w:val="16"/>
                <w:lang w:val="ru-RU"/>
              </w:rPr>
              <w:t xml:space="preserve"> ходом, </w:t>
            </w:r>
            <w:r w:rsidRPr="00BB4206">
              <w:rPr>
                <w:lang w:val="ru-RU"/>
              </w:rPr>
              <w:br/>
            </w:r>
            <w:r w:rsidRPr="00BB4206">
              <w:rPr>
                <w:rFonts w:ascii="Times New Roman" w:eastAsia="Times New Roman" w:hAnsi="Times New Roman"/>
                <w:color w:val="000000"/>
                <w:w w:val="97"/>
                <w:sz w:val="16"/>
                <w:lang w:val="ru-RU"/>
              </w:rPr>
              <w:t>выделяют основные фазы движения, определяют возможные ошибки в технике передвижения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3A6CD7" w:rsidRDefault="003A6CD7">
      <w:pPr>
        <w:autoSpaceDE w:val="0"/>
        <w:autoSpaceDN w:val="0"/>
        <w:spacing w:after="0" w:line="14" w:lineRule="exact"/>
      </w:pPr>
    </w:p>
    <w:p w:rsidR="003A6CD7" w:rsidRDefault="003A6CD7">
      <w:pPr>
        <w:sectPr w:rsidR="003A6CD7">
          <w:pgSz w:w="16840" w:h="11900"/>
          <w:pgMar w:top="284" w:right="640" w:bottom="532" w:left="666" w:header="720" w:footer="720" w:gutter="0"/>
          <w:cols w:space="720" w:equalWidth="0">
            <w:col w:w="15534" w:space="0"/>
          </w:cols>
          <w:docGrid w:linePitch="360"/>
        </w:sectPr>
      </w:pPr>
    </w:p>
    <w:p w:rsidR="003A6CD7" w:rsidRDefault="003A6CD7">
      <w:pPr>
        <w:autoSpaceDE w:val="0"/>
        <w:autoSpaceDN w:val="0"/>
        <w:spacing w:after="66" w:line="220" w:lineRule="exact"/>
      </w:pPr>
    </w:p>
    <w:tbl>
      <w:tblPr>
        <w:tblW w:w="0" w:type="auto"/>
        <w:tblInd w:w="6" w:type="dxa"/>
        <w:tblLayout w:type="fixed"/>
        <w:tblLook w:val="04A0"/>
      </w:tblPr>
      <w:tblGrid>
        <w:gridCol w:w="468"/>
        <w:gridCol w:w="4670"/>
        <w:gridCol w:w="530"/>
        <w:gridCol w:w="1104"/>
        <w:gridCol w:w="1140"/>
        <w:gridCol w:w="806"/>
        <w:gridCol w:w="3614"/>
        <w:gridCol w:w="828"/>
        <w:gridCol w:w="2342"/>
      </w:tblGrid>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3.31.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1152"/>
              <w:rPr>
                <w:lang w:val="ru-RU"/>
              </w:rPr>
            </w:pPr>
            <w:r w:rsidRPr="00BB4206">
              <w:rPr>
                <w:rFonts w:ascii="Times New Roman" w:eastAsia="Times New Roman" w:hAnsi="Times New Roman"/>
                <w:i/>
                <w:color w:val="000000"/>
                <w:w w:val="97"/>
                <w:sz w:val="16"/>
                <w:lang w:val="ru-RU"/>
              </w:rPr>
              <w:t xml:space="preserve">Модуль «Спортивные игры. Баскетбол». </w:t>
            </w:r>
            <w:r w:rsidRPr="00BB4206">
              <w:rPr>
                <w:rFonts w:ascii="Times New Roman" w:eastAsia="Times New Roman" w:hAnsi="Times New Roman"/>
                <w:b/>
                <w:color w:val="000000"/>
                <w:w w:val="97"/>
                <w:sz w:val="16"/>
                <w:lang w:val="ru-RU"/>
              </w:rPr>
              <w:t>Передача баскетбольного мяча двумя руками от груди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93776D">
            <w:pPr>
              <w:rPr>
                <w:sz w:val="16"/>
                <w:szCs w:val="16"/>
                <w:lang w:val="ru-RU"/>
              </w:rPr>
            </w:pPr>
            <w:r w:rsidRPr="0093776D">
              <w:rPr>
                <w:sz w:val="16"/>
                <w:szCs w:val="16"/>
                <w:lang w:val="ru-RU"/>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Pr>
                <w:lang w:val="ru-RU"/>
              </w:rPr>
            </w:pPr>
            <w:r w:rsidRPr="00BB4206">
              <w:rPr>
                <w:rFonts w:ascii="Times New Roman" w:eastAsia="Times New Roman" w:hAnsi="Times New Roman"/>
                <w:color w:val="000000"/>
                <w:w w:val="97"/>
                <w:sz w:val="16"/>
                <w:lang w:val="ru-RU"/>
              </w:rPr>
              <w:t>рассматривают, обсуждают и анализируют образец техники ведения баскетбольного мяча на месте и в движении, выделяют отличительные элементы их техники</w:t>
            </w:r>
            <w:proofErr w:type="gramStart"/>
            <w:r w:rsidRPr="00BB4206">
              <w:rPr>
                <w:rFonts w:ascii="Times New Roman" w:eastAsia="Times New Roman" w:hAnsi="Times New Roman"/>
                <w:color w:val="000000"/>
                <w:w w:val="97"/>
                <w:sz w:val="16"/>
                <w:lang w:val="ru-RU"/>
              </w:rPr>
              <w:t>; ;</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3.32.</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50" w:lineRule="auto"/>
              <w:ind w:left="72" w:right="288"/>
              <w:rPr>
                <w:lang w:val="ru-RU"/>
              </w:rPr>
            </w:pPr>
            <w:r w:rsidRPr="00BB4206">
              <w:rPr>
                <w:rFonts w:ascii="Times New Roman" w:eastAsia="Times New Roman" w:hAnsi="Times New Roman"/>
                <w:i/>
                <w:color w:val="000000"/>
                <w:w w:val="97"/>
                <w:sz w:val="16"/>
                <w:lang w:val="ru-RU"/>
              </w:rPr>
              <w:t xml:space="preserve">Модуль «Спортивные игры. Баскетбол». </w:t>
            </w:r>
            <w:r w:rsidRPr="00BB4206">
              <w:rPr>
                <w:rFonts w:ascii="Times New Roman" w:eastAsia="Times New Roman" w:hAnsi="Times New Roman"/>
                <w:b/>
                <w:color w:val="000000"/>
                <w:w w:val="97"/>
                <w:sz w:val="16"/>
                <w:lang w:val="ru-RU"/>
              </w:rPr>
              <w:t xml:space="preserve">Знакомство с </w:t>
            </w:r>
            <w:r w:rsidRPr="00BB4206">
              <w:rPr>
                <w:lang w:val="ru-RU"/>
              </w:rPr>
              <w:br/>
            </w:r>
            <w:r w:rsidRPr="00BB4206">
              <w:rPr>
                <w:rFonts w:ascii="Times New Roman" w:eastAsia="Times New Roman" w:hAnsi="Times New Roman"/>
                <w:b/>
                <w:color w:val="000000"/>
                <w:w w:val="97"/>
                <w:sz w:val="16"/>
                <w:lang w:val="ru-RU"/>
              </w:rPr>
              <w:t xml:space="preserve">рекомендациями учителя по использованию </w:t>
            </w:r>
            <w:r w:rsidRPr="00BB4206">
              <w:rPr>
                <w:lang w:val="ru-RU"/>
              </w:rPr>
              <w:br/>
            </w:r>
            <w:r w:rsidRPr="00BB4206">
              <w:rPr>
                <w:rFonts w:ascii="Times New Roman" w:eastAsia="Times New Roman" w:hAnsi="Times New Roman"/>
                <w:b/>
                <w:color w:val="000000"/>
                <w:w w:val="97"/>
                <w:sz w:val="16"/>
                <w:lang w:val="ru-RU"/>
              </w:rPr>
              <w:t>подготовительных и подводящих упражнений для освоения технических действий игры баскетбол</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образец техники учителя в передаче мяча двумя руками от груди, стоя на месте, анализируют фазы и </w:t>
            </w:r>
            <w:r w:rsidRPr="00BB4206">
              <w:rPr>
                <w:lang w:val="ru-RU"/>
              </w:rPr>
              <w:br/>
            </w:r>
            <w:r w:rsidRPr="00BB4206">
              <w:rPr>
                <w:rFonts w:ascii="Times New Roman" w:eastAsia="Times New Roman" w:hAnsi="Times New Roman"/>
                <w:color w:val="000000"/>
                <w:w w:val="97"/>
                <w:sz w:val="16"/>
                <w:lang w:val="ru-RU"/>
              </w:rPr>
              <w:t>элементы техники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3.33.</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Pr>
                <w:lang w:val="ru-RU"/>
              </w:rPr>
            </w:pPr>
            <w:r w:rsidRPr="00BB4206">
              <w:rPr>
                <w:rFonts w:ascii="Times New Roman" w:eastAsia="Times New Roman" w:hAnsi="Times New Roman"/>
                <w:i/>
                <w:color w:val="000000"/>
                <w:w w:val="97"/>
                <w:sz w:val="16"/>
                <w:lang w:val="ru-RU"/>
              </w:rPr>
              <w:t xml:space="preserve">Модуль «Спортивные игры. Баскетбол». </w:t>
            </w:r>
            <w:r w:rsidRPr="00BB4206">
              <w:rPr>
                <w:rFonts w:ascii="Times New Roman" w:eastAsia="Times New Roman" w:hAnsi="Times New Roman"/>
                <w:b/>
                <w:color w:val="000000"/>
                <w:w w:val="97"/>
                <w:sz w:val="16"/>
                <w:lang w:val="ru-RU"/>
              </w:rPr>
              <w:t>Ведение баскетбольного мяча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0"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образец техники учителя в передаче мяча двумя руками от груди, стоя на месте, анализируют фазы и </w:t>
            </w:r>
            <w:r w:rsidRPr="00BB4206">
              <w:rPr>
                <w:lang w:val="ru-RU"/>
              </w:rPr>
              <w:br/>
            </w:r>
            <w:r w:rsidRPr="00BB4206">
              <w:rPr>
                <w:rFonts w:ascii="Times New Roman" w:eastAsia="Times New Roman" w:hAnsi="Times New Roman"/>
                <w:color w:val="000000"/>
                <w:w w:val="97"/>
                <w:sz w:val="16"/>
                <w:lang w:val="ru-RU"/>
              </w:rPr>
              <w:t>элементы техники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3.34.</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45" w:lineRule="auto"/>
              <w:ind w:left="72" w:right="144"/>
              <w:rPr>
                <w:lang w:val="ru-RU"/>
              </w:rPr>
            </w:pPr>
            <w:r w:rsidRPr="00BB4206">
              <w:rPr>
                <w:rFonts w:ascii="Times New Roman" w:eastAsia="Times New Roman" w:hAnsi="Times New Roman"/>
                <w:i/>
                <w:color w:val="000000"/>
                <w:w w:val="97"/>
                <w:sz w:val="16"/>
                <w:lang w:val="ru-RU"/>
              </w:rPr>
              <w:t xml:space="preserve">Модуль «Спортивные игры. Баскетбол». </w:t>
            </w:r>
            <w:r w:rsidRPr="00BB4206">
              <w:rPr>
                <w:rFonts w:ascii="Times New Roman" w:eastAsia="Times New Roman" w:hAnsi="Times New Roman"/>
                <w:b/>
                <w:color w:val="000000"/>
                <w:w w:val="97"/>
                <w:sz w:val="16"/>
                <w:lang w:val="ru-RU"/>
              </w:rPr>
              <w:t>Бросок баскетбольного мяча в корзину двумя руками от груди с места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образец техники учителя в передаче мяча двумя руками от груди, стоя на месте, анализируют фазы и </w:t>
            </w:r>
            <w:r w:rsidRPr="00BB4206">
              <w:rPr>
                <w:lang w:val="ru-RU"/>
              </w:rPr>
              <w:br/>
            </w:r>
            <w:r w:rsidRPr="00BB4206">
              <w:rPr>
                <w:rFonts w:ascii="Times New Roman" w:eastAsia="Times New Roman" w:hAnsi="Times New Roman"/>
                <w:color w:val="000000"/>
                <w:w w:val="97"/>
                <w:sz w:val="16"/>
                <w:lang w:val="ru-RU"/>
              </w:rPr>
              <w:t>элементы техники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3.35.</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144"/>
              <w:rPr>
                <w:lang w:val="ru-RU"/>
              </w:rPr>
            </w:pPr>
            <w:r w:rsidRPr="00BB4206">
              <w:rPr>
                <w:rFonts w:ascii="Times New Roman" w:eastAsia="Times New Roman" w:hAnsi="Times New Roman"/>
                <w:i/>
                <w:color w:val="000000"/>
                <w:w w:val="97"/>
                <w:sz w:val="16"/>
                <w:lang w:val="ru-RU"/>
              </w:rPr>
              <w:t xml:space="preserve">Модуль «Спортивные игры. Волейбол». </w:t>
            </w:r>
            <w:r w:rsidRPr="00BB4206">
              <w:rPr>
                <w:rFonts w:ascii="Times New Roman" w:eastAsia="Times New Roman" w:hAnsi="Times New Roman"/>
                <w:b/>
                <w:color w:val="000000"/>
                <w:w w:val="97"/>
                <w:sz w:val="16"/>
                <w:lang w:val="ru-RU"/>
              </w:rPr>
              <w:t>Прямая нижняя подача мяча в волейболе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5" w:lineRule="auto"/>
              <w:ind w:left="70" w:right="288"/>
              <w:rPr>
                <w:lang w:val="ru-RU"/>
              </w:rPr>
            </w:pPr>
            <w:r w:rsidRPr="00BB4206">
              <w:rPr>
                <w:rFonts w:ascii="Times New Roman" w:eastAsia="Times New Roman" w:hAnsi="Times New Roman"/>
                <w:color w:val="000000"/>
                <w:w w:val="97"/>
                <w:sz w:val="16"/>
                <w:lang w:val="ru-RU"/>
              </w:rPr>
              <w:t>закрепляют и совершенствуют технику подачи мяча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3.36.</w:t>
            </w:r>
          </w:p>
        </w:tc>
        <w:tc>
          <w:tcPr>
            <w:tcW w:w="4670" w:type="dxa"/>
            <w:tcBorders>
              <w:top w:val="single" w:sz="4" w:space="0" w:color="000000"/>
              <w:left w:val="single" w:sz="4" w:space="0" w:color="000000"/>
              <w:bottom w:val="single" w:sz="5" w:space="0" w:color="000000"/>
              <w:right w:val="single" w:sz="5" w:space="0" w:color="000000"/>
            </w:tcBorders>
            <w:tcMar>
              <w:left w:w="0" w:type="dxa"/>
              <w:right w:w="0" w:type="dxa"/>
            </w:tcMar>
          </w:tcPr>
          <w:p w:rsidR="003A6CD7" w:rsidRPr="00BB4206" w:rsidRDefault="00E96A3D">
            <w:pPr>
              <w:autoSpaceDE w:val="0"/>
              <w:autoSpaceDN w:val="0"/>
              <w:spacing w:before="78" w:after="0" w:line="250" w:lineRule="auto"/>
              <w:ind w:left="72" w:right="288"/>
              <w:rPr>
                <w:lang w:val="ru-RU"/>
              </w:rPr>
            </w:pPr>
            <w:r w:rsidRPr="00BB4206">
              <w:rPr>
                <w:rFonts w:ascii="Times New Roman" w:eastAsia="Times New Roman" w:hAnsi="Times New Roman"/>
                <w:i/>
                <w:color w:val="000000"/>
                <w:w w:val="97"/>
                <w:sz w:val="16"/>
                <w:lang w:val="ru-RU"/>
              </w:rPr>
              <w:t xml:space="preserve">Модуль «Спортивные игры. Волейбол». </w:t>
            </w:r>
            <w:r w:rsidRPr="00BB4206">
              <w:rPr>
                <w:rFonts w:ascii="Times New Roman" w:eastAsia="Times New Roman" w:hAnsi="Times New Roman"/>
                <w:b/>
                <w:color w:val="000000"/>
                <w:w w:val="97"/>
                <w:sz w:val="16"/>
                <w:lang w:val="ru-RU"/>
              </w:rPr>
              <w:t xml:space="preserve">Знакомство с </w:t>
            </w:r>
            <w:r w:rsidRPr="00BB4206">
              <w:rPr>
                <w:lang w:val="ru-RU"/>
              </w:rPr>
              <w:br/>
            </w:r>
            <w:r w:rsidRPr="00BB4206">
              <w:rPr>
                <w:rFonts w:ascii="Times New Roman" w:eastAsia="Times New Roman" w:hAnsi="Times New Roman"/>
                <w:b/>
                <w:color w:val="000000"/>
                <w:w w:val="97"/>
                <w:sz w:val="16"/>
                <w:lang w:val="ru-RU"/>
              </w:rPr>
              <w:t xml:space="preserve">рекомендациями учителя по использованию </w:t>
            </w:r>
            <w:r w:rsidRPr="00BB4206">
              <w:rPr>
                <w:lang w:val="ru-RU"/>
              </w:rPr>
              <w:br/>
            </w:r>
            <w:r w:rsidRPr="00BB4206">
              <w:rPr>
                <w:rFonts w:ascii="Times New Roman" w:eastAsia="Times New Roman" w:hAnsi="Times New Roman"/>
                <w:b/>
                <w:color w:val="000000"/>
                <w:w w:val="97"/>
                <w:sz w:val="16"/>
                <w:lang w:val="ru-RU"/>
              </w:rPr>
              <w:t>подготовительных и подводящих упражнений для освоения технических действий игры волейбол</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5"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5" w:space="0" w:color="000000"/>
              <w:right w:val="single" w:sz="4" w:space="0" w:color="000000"/>
            </w:tcBorders>
            <w:tcMar>
              <w:left w:w="0" w:type="dxa"/>
              <w:right w:w="0" w:type="dxa"/>
            </w:tcMar>
          </w:tcPr>
          <w:p w:rsidR="003A6CD7" w:rsidRPr="00BB4206" w:rsidRDefault="00E96A3D">
            <w:pPr>
              <w:autoSpaceDE w:val="0"/>
              <w:autoSpaceDN w:val="0"/>
              <w:spacing w:before="78" w:after="0" w:line="247" w:lineRule="auto"/>
              <w:ind w:left="70"/>
              <w:rPr>
                <w:lang w:val="ru-RU"/>
              </w:rPr>
            </w:pPr>
            <w:r w:rsidRPr="00BB4206">
              <w:rPr>
                <w:rFonts w:ascii="Times New Roman" w:eastAsia="Times New Roman" w:hAnsi="Times New Roman"/>
                <w:color w:val="000000"/>
                <w:w w:val="97"/>
                <w:sz w:val="16"/>
                <w:lang w:val="ru-RU"/>
              </w:rPr>
              <w:t>рассматривают, обсуждают и анализируют образец техники прямой нижней подачи, определяют фазы движения и особенности их выполнения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5"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0" w:lineRule="auto"/>
              <w:jc w:val="center"/>
            </w:pPr>
            <w:r>
              <w:rPr>
                <w:rFonts w:ascii="Times New Roman" w:eastAsia="Times New Roman" w:hAnsi="Times New Roman"/>
                <w:color w:val="000000"/>
                <w:w w:val="97"/>
                <w:sz w:val="16"/>
              </w:rPr>
              <w:t>3.37.</w:t>
            </w:r>
          </w:p>
        </w:tc>
        <w:tc>
          <w:tcPr>
            <w:tcW w:w="4670" w:type="dxa"/>
            <w:tcBorders>
              <w:top w:val="single" w:sz="5"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45" w:lineRule="auto"/>
              <w:ind w:left="72" w:right="576"/>
              <w:rPr>
                <w:lang w:val="ru-RU"/>
              </w:rPr>
            </w:pPr>
            <w:r w:rsidRPr="00BB4206">
              <w:rPr>
                <w:rFonts w:ascii="Times New Roman" w:eastAsia="Times New Roman" w:hAnsi="Times New Roman"/>
                <w:i/>
                <w:color w:val="000000"/>
                <w:w w:val="97"/>
                <w:sz w:val="16"/>
                <w:lang w:val="ru-RU"/>
              </w:rPr>
              <w:t xml:space="preserve">Модуль «Спортивные игры. Волейбол». </w:t>
            </w:r>
            <w:r w:rsidRPr="00BB4206">
              <w:rPr>
                <w:rFonts w:ascii="Times New Roman" w:eastAsia="Times New Roman" w:hAnsi="Times New Roman"/>
                <w:b/>
                <w:color w:val="000000"/>
                <w:w w:val="97"/>
                <w:sz w:val="16"/>
                <w:lang w:val="ru-RU"/>
              </w:rPr>
              <w:t>Приём и передача волейбольного мяча двумя руками снизу</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0" w:lineRule="auto"/>
              <w:ind w:left="72"/>
            </w:pPr>
            <w:r>
              <w:rPr>
                <w:rFonts w:ascii="Times New Roman" w:eastAsia="Times New Roman" w:hAnsi="Times New Roman"/>
                <w:color w:val="000000"/>
                <w:w w:val="97"/>
                <w:sz w:val="16"/>
              </w:rPr>
              <w:t>3</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5"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5"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45" w:lineRule="auto"/>
              <w:ind w:left="70" w:right="288"/>
              <w:rPr>
                <w:lang w:val="ru-RU"/>
              </w:rPr>
            </w:pPr>
            <w:r w:rsidRPr="00BB4206">
              <w:rPr>
                <w:rFonts w:ascii="Times New Roman" w:eastAsia="Times New Roman" w:hAnsi="Times New Roman"/>
                <w:color w:val="000000"/>
                <w:w w:val="97"/>
                <w:sz w:val="16"/>
                <w:lang w:val="ru-RU"/>
              </w:rPr>
              <w:t>закрепляют и совершенствуют технику подачи мяча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5"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3.38.</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45" w:lineRule="auto"/>
              <w:ind w:left="72" w:right="576"/>
              <w:rPr>
                <w:lang w:val="ru-RU"/>
              </w:rPr>
            </w:pPr>
            <w:r w:rsidRPr="00BB4206">
              <w:rPr>
                <w:rFonts w:ascii="Times New Roman" w:eastAsia="Times New Roman" w:hAnsi="Times New Roman"/>
                <w:i/>
                <w:color w:val="000000"/>
                <w:w w:val="97"/>
                <w:sz w:val="16"/>
                <w:lang w:val="ru-RU"/>
              </w:rPr>
              <w:t xml:space="preserve">Модуль «Спортивные игры. Волейбол». </w:t>
            </w:r>
            <w:r w:rsidRPr="00BB4206">
              <w:rPr>
                <w:rFonts w:ascii="Times New Roman" w:eastAsia="Times New Roman" w:hAnsi="Times New Roman"/>
                <w:b/>
                <w:color w:val="000000"/>
                <w:w w:val="97"/>
                <w:sz w:val="16"/>
                <w:lang w:val="ru-RU"/>
              </w:rPr>
              <w:t>Приём и передача волейбольного мяча двумя руками сверху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45" w:lineRule="auto"/>
              <w:ind w:left="70" w:right="288"/>
              <w:rPr>
                <w:lang w:val="ru-RU"/>
              </w:rPr>
            </w:pPr>
            <w:r w:rsidRPr="00BB4206">
              <w:rPr>
                <w:rFonts w:ascii="Times New Roman" w:eastAsia="Times New Roman" w:hAnsi="Times New Roman"/>
                <w:color w:val="000000"/>
                <w:w w:val="97"/>
                <w:sz w:val="16"/>
                <w:lang w:val="ru-RU"/>
              </w:rPr>
              <w:t>закрепляют и совершенствуют технику подачи мяча</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3.39.</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45" w:lineRule="auto"/>
              <w:ind w:left="72" w:right="288"/>
              <w:rPr>
                <w:lang w:val="ru-RU"/>
              </w:rPr>
            </w:pPr>
            <w:r w:rsidRPr="00BB4206">
              <w:rPr>
                <w:rFonts w:ascii="Times New Roman" w:eastAsia="Times New Roman" w:hAnsi="Times New Roman"/>
                <w:i/>
                <w:color w:val="000000"/>
                <w:w w:val="97"/>
                <w:sz w:val="16"/>
                <w:lang w:val="ru-RU"/>
              </w:rPr>
              <w:t xml:space="preserve">Модуль «Спортивные игры. Футбол». </w:t>
            </w:r>
            <w:r w:rsidRPr="00BB4206">
              <w:rPr>
                <w:rFonts w:ascii="Times New Roman" w:eastAsia="Times New Roman" w:hAnsi="Times New Roman"/>
                <w:b/>
                <w:color w:val="000000"/>
                <w:w w:val="97"/>
                <w:sz w:val="16"/>
                <w:lang w:val="ru-RU"/>
              </w:rPr>
              <w:t>Удар по неподвижному мячу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45" w:lineRule="auto"/>
              <w:ind w:left="70" w:right="144"/>
              <w:rPr>
                <w:lang w:val="ru-RU"/>
              </w:rPr>
            </w:pPr>
            <w:r w:rsidRPr="00BB4206">
              <w:rPr>
                <w:rFonts w:ascii="Times New Roman" w:eastAsia="Times New Roman" w:hAnsi="Times New Roman"/>
                <w:color w:val="000000"/>
                <w:w w:val="97"/>
                <w:sz w:val="16"/>
                <w:lang w:val="ru-RU"/>
              </w:rPr>
              <w:t>закрепляют и совершенствуют технику остановки катящегося мяча внутренней стороной стопы</w:t>
            </w:r>
            <w:proofErr w:type="gramStart"/>
            <w:r w:rsidRPr="00BB4206">
              <w:rPr>
                <w:rFonts w:ascii="Times New Roman" w:eastAsia="Times New Roman" w:hAnsi="Times New Roman"/>
                <w:color w:val="000000"/>
                <w:w w:val="97"/>
                <w:sz w:val="16"/>
                <w:lang w:val="ru-RU"/>
              </w:rPr>
              <w:t>. ;</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3.40.</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50" w:lineRule="auto"/>
              <w:ind w:left="72" w:right="288"/>
              <w:rPr>
                <w:lang w:val="ru-RU"/>
              </w:rPr>
            </w:pPr>
            <w:r w:rsidRPr="00BB4206">
              <w:rPr>
                <w:rFonts w:ascii="Times New Roman" w:eastAsia="Times New Roman" w:hAnsi="Times New Roman"/>
                <w:i/>
                <w:color w:val="000000"/>
                <w:w w:val="97"/>
                <w:sz w:val="16"/>
                <w:lang w:val="ru-RU"/>
              </w:rPr>
              <w:t xml:space="preserve">Модуль «Спортивные игры. Футбол». </w:t>
            </w:r>
            <w:r w:rsidRPr="00BB4206">
              <w:rPr>
                <w:rFonts w:ascii="Times New Roman" w:eastAsia="Times New Roman" w:hAnsi="Times New Roman"/>
                <w:b/>
                <w:color w:val="000000"/>
                <w:w w:val="97"/>
                <w:sz w:val="16"/>
                <w:lang w:val="ru-RU"/>
              </w:rPr>
              <w:t xml:space="preserve">Знакомство с </w:t>
            </w:r>
            <w:r w:rsidRPr="00BB4206">
              <w:rPr>
                <w:lang w:val="ru-RU"/>
              </w:rPr>
              <w:br/>
            </w:r>
            <w:r w:rsidRPr="00BB4206">
              <w:rPr>
                <w:rFonts w:ascii="Times New Roman" w:eastAsia="Times New Roman" w:hAnsi="Times New Roman"/>
                <w:b/>
                <w:color w:val="000000"/>
                <w:w w:val="97"/>
                <w:sz w:val="16"/>
                <w:lang w:val="ru-RU"/>
              </w:rPr>
              <w:t xml:space="preserve">рекомендациями учителя по использованию </w:t>
            </w:r>
            <w:r w:rsidRPr="00BB4206">
              <w:rPr>
                <w:lang w:val="ru-RU"/>
              </w:rPr>
              <w:br/>
            </w:r>
            <w:r w:rsidRPr="00BB4206">
              <w:rPr>
                <w:rFonts w:ascii="Times New Roman" w:eastAsia="Times New Roman" w:hAnsi="Times New Roman"/>
                <w:b/>
                <w:color w:val="000000"/>
                <w:w w:val="97"/>
                <w:sz w:val="16"/>
                <w:lang w:val="ru-RU"/>
              </w:rPr>
              <w:t>подготовительных и подводящих упражнений для освоения технических действий игры футбол</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7" w:lineRule="auto"/>
              <w:ind w:left="70" w:right="288"/>
              <w:rPr>
                <w:lang w:val="ru-RU"/>
              </w:rPr>
            </w:pPr>
            <w:r w:rsidRPr="00BB4206">
              <w:rPr>
                <w:rFonts w:ascii="Times New Roman" w:eastAsia="Times New Roman" w:hAnsi="Times New Roman"/>
                <w:color w:val="000000"/>
                <w:w w:val="97"/>
                <w:sz w:val="16"/>
                <w:lang w:val="ru-RU"/>
              </w:rPr>
              <w:t>закрепляют и совершенствуют технику ведения футбольного мяча с изменением направления 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3.41.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288"/>
              <w:rPr>
                <w:lang w:val="ru-RU"/>
              </w:rPr>
            </w:pPr>
            <w:r w:rsidRPr="00BB4206">
              <w:rPr>
                <w:rFonts w:ascii="Times New Roman" w:eastAsia="Times New Roman" w:hAnsi="Times New Roman"/>
                <w:i/>
                <w:color w:val="000000"/>
                <w:w w:val="97"/>
                <w:sz w:val="16"/>
                <w:lang w:val="ru-RU"/>
              </w:rPr>
              <w:t xml:space="preserve">Модуль «Спортивные игры. Футбол». </w:t>
            </w:r>
            <w:r w:rsidRPr="00BB4206">
              <w:rPr>
                <w:rFonts w:ascii="Times New Roman" w:eastAsia="Times New Roman" w:hAnsi="Times New Roman"/>
                <w:b/>
                <w:color w:val="000000"/>
                <w:w w:val="97"/>
                <w:sz w:val="16"/>
                <w:lang w:val="ru-RU"/>
              </w:rPr>
              <w:t>Остановка катящегося мяча внутренней стороной стопы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52" w:lineRule="auto"/>
              <w:ind w:left="70"/>
              <w:rPr>
                <w:lang w:val="ru-RU"/>
              </w:rPr>
            </w:pPr>
            <w:r w:rsidRPr="00BB4206">
              <w:rPr>
                <w:rFonts w:ascii="Times New Roman" w:eastAsia="Times New Roman" w:hAnsi="Times New Roman"/>
                <w:color w:val="000000"/>
                <w:w w:val="97"/>
                <w:sz w:val="16"/>
                <w:lang w:val="ru-RU"/>
              </w:rPr>
              <w:t xml:space="preserve">рассматривают, обсуждают и анализируют образец техники учителя, определяют отличительные </w:t>
            </w:r>
            <w:r w:rsidRPr="00BB4206">
              <w:rPr>
                <w:lang w:val="ru-RU"/>
              </w:rPr>
              <w:br/>
            </w:r>
            <w:r w:rsidRPr="00BB4206">
              <w:rPr>
                <w:rFonts w:ascii="Times New Roman" w:eastAsia="Times New Roman" w:hAnsi="Times New Roman"/>
                <w:color w:val="000000"/>
                <w:w w:val="97"/>
                <w:sz w:val="16"/>
                <w:lang w:val="ru-RU"/>
              </w:rPr>
              <w:t>признаки в технике ведения мяча «змейкой» и те</w:t>
            </w:r>
            <w:r w:rsidRPr="00BB4206">
              <w:rPr>
                <w:rFonts w:ascii="Times New Roman" w:eastAsia="Times New Roman" w:hAnsi="Times New Roman"/>
                <w:color w:val="000000"/>
                <w:w w:val="97"/>
                <w:sz w:val="16"/>
                <w:lang w:val="ru-RU"/>
              </w:rPr>
              <w:t>х</w:t>
            </w:r>
            <w:r w:rsidRPr="00BB4206">
              <w:rPr>
                <w:rFonts w:ascii="Times New Roman" w:eastAsia="Times New Roman" w:hAnsi="Times New Roman"/>
                <w:color w:val="000000"/>
                <w:w w:val="97"/>
                <w:sz w:val="16"/>
                <w:lang w:val="ru-RU"/>
              </w:rPr>
              <w:t xml:space="preserve">ники обводки учебных конусов, делают </w:t>
            </w:r>
            <w:r w:rsidRPr="00BB4206">
              <w:rPr>
                <w:lang w:val="ru-RU"/>
              </w:rPr>
              <w:br/>
            </w:r>
            <w:r w:rsidRPr="00BB4206">
              <w:rPr>
                <w:rFonts w:ascii="Times New Roman" w:eastAsia="Times New Roman" w:hAnsi="Times New Roman"/>
                <w:color w:val="000000"/>
                <w:w w:val="97"/>
                <w:sz w:val="16"/>
                <w:lang w:val="ru-RU"/>
              </w:rPr>
              <w:t>выводы</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7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jc w:val="center"/>
            </w:pPr>
            <w:r>
              <w:rPr>
                <w:rFonts w:ascii="Times New Roman" w:eastAsia="Times New Roman" w:hAnsi="Times New Roman"/>
                <w:color w:val="000000"/>
                <w:w w:val="97"/>
                <w:sz w:val="16"/>
              </w:rPr>
              <w:t>3.42.</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jc w:val="center"/>
              <w:rPr>
                <w:lang w:val="ru-RU"/>
              </w:rPr>
            </w:pPr>
            <w:r w:rsidRPr="00BB4206">
              <w:rPr>
                <w:rFonts w:ascii="Times New Roman" w:eastAsia="Times New Roman" w:hAnsi="Times New Roman"/>
                <w:i/>
                <w:color w:val="000000"/>
                <w:w w:val="97"/>
                <w:sz w:val="16"/>
                <w:lang w:val="ru-RU"/>
              </w:rPr>
              <w:t xml:space="preserve">Модуль «Спортивные игры. Футбол». </w:t>
            </w:r>
            <w:r w:rsidRPr="00BB4206">
              <w:rPr>
                <w:rFonts w:ascii="Times New Roman" w:eastAsia="Times New Roman" w:hAnsi="Times New Roman"/>
                <w:b/>
                <w:color w:val="000000"/>
                <w:w w:val="97"/>
                <w:sz w:val="16"/>
                <w:lang w:val="ru-RU"/>
              </w:rPr>
              <w:t>Ведение футбольного мяча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6" w:after="0" w:line="250" w:lineRule="auto"/>
              <w:ind w:left="70" w:right="288"/>
              <w:rPr>
                <w:lang w:val="ru-RU"/>
              </w:rPr>
            </w:pPr>
            <w:r w:rsidRPr="00BB4206">
              <w:rPr>
                <w:rFonts w:ascii="Times New Roman" w:eastAsia="Times New Roman" w:hAnsi="Times New Roman"/>
                <w:color w:val="000000"/>
                <w:w w:val="97"/>
                <w:sz w:val="16"/>
                <w:lang w:val="ru-RU"/>
              </w:rPr>
              <w:t>закрепляют и совершенствуют технику ведения футбольного мяча с изменением направления движения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50"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bl>
    <w:p w:rsidR="003A6CD7" w:rsidRDefault="003A6CD7">
      <w:pPr>
        <w:autoSpaceDE w:val="0"/>
        <w:autoSpaceDN w:val="0"/>
        <w:spacing w:after="0" w:line="14" w:lineRule="exact"/>
      </w:pPr>
    </w:p>
    <w:p w:rsidR="003A6CD7" w:rsidRDefault="003A6CD7">
      <w:pPr>
        <w:sectPr w:rsidR="003A6CD7">
          <w:pgSz w:w="16840" w:h="11900"/>
          <w:pgMar w:top="284" w:right="640" w:bottom="478" w:left="666" w:header="720" w:footer="720" w:gutter="0"/>
          <w:cols w:space="720" w:equalWidth="0">
            <w:col w:w="15534" w:space="0"/>
          </w:cols>
          <w:docGrid w:linePitch="360"/>
        </w:sectPr>
      </w:pPr>
    </w:p>
    <w:p w:rsidR="003A6CD7" w:rsidRDefault="003A6CD7">
      <w:pPr>
        <w:autoSpaceDE w:val="0"/>
        <w:autoSpaceDN w:val="0"/>
        <w:spacing w:after="66" w:line="220" w:lineRule="exact"/>
      </w:pPr>
    </w:p>
    <w:tbl>
      <w:tblPr>
        <w:tblW w:w="0" w:type="auto"/>
        <w:tblInd w:w="6" w:type="dxa"/>
        <w:tblLayout w:type="fixed"/>
        <w:tblLook w:val="04A0"/>
      </w:tblPr>
      <w:tblGrid>
        <w:gridCol w:w="468"/>
        <w:gridCol w:w="4670"/>
        <w:gridCol w:w="530"/>
        <w:gridCol w:w="1104"/>
        <w:gridCol w:w="1140"/>
        <w:gridCol w:w="806"/>
        <w:gridCol w:w="3614"/>
        <w:gridCol w:w="828"/>
        <w:gridCol w:w="2342"/>
      </w:tblGrid>
      <w:tr w:rsidR="003A6CD7">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3.43.</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5" w:lineRule="auto"/>
              <w:ind w:left="72" w:right="864"/>
              <w:rPr>
                <w:lang w:val="ru-RU"/>
              </w:rPr>
            </w:pPr>
            <w:r w:rsidRPr="00BB4206">
              <w:rPr>
                <w:rFonts w:ascii="Times New Roman" w:eastAsia="Times New Roman" w:hAnsi="Times New Roman"/>
                <w:i/>
                <w:color w:val="000000"/>
                <w:w w:val="97"/>
                <w:sz w:val="16"/>
                <w:lang w:val="ru-RU"/>
              </w:rPr>
              <w:t xml:space="preserve">Модуль «Спортивные игры. Футбол». </w:t>
            </w:r>
            <w:r w:rsidRPr="00BB4206">
              <w:rPr>
                <w:rFonts w:ascii="Times New Roman" w:eastAsia="Times New Roman" w:hAnsi="Times New Roman"/>
                <w:b/>
                <w:color w:val="000000"/>
                <w:w w:val="97"/>
                <w:sz w:val="16"/>
                <w:lang w:val="ru-RU"/>
              </w:rPr>
              <w:t>Обводка мячом ориентиров</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7" w:lineRule="auto"/>
              <w:ind w:left="70" w:right="144"/>
              <w:rPr>
                <w:lang w:val="ru-RU"/>
              </w:rPr>
            </w:pPr>
            <w:r w:rsidRPr="00BB4206">
              <w:rPr>
                <w:rFonts w:ascii="Times New Roman" w:eastAsia="Times New Roman" w:hAnsi="Times New Roman"/>
                <w:color w:val="000000"/>
                <w:w w:val="97"/>
                <w:sz w:val="16"/>
                <w:lang w:val="ru-RU"/>
              </w:rPr>
              <w:t>описывают технику выполнения обводки конусов, определяют возможные ошибки и причины их появления, рассматривают способы устранения</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348"/>
        </w:trPr>
        <w:tc>
          <w:tcPr>
            <w:tcW w:w="513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51</w:t>
            </w:r>
          </w:p>
        </w:tc>
        <w:tc>
          <w:tcPr>
            <w:tcW w:w="983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r>
      <w:tr w:rsidR="003A6CD7">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b/>
                <w:color w:val="000000"/>
                <w:w w:val="97"/>
                <w:sz w:val="16"/>
              </w:rPr>
              <w:t>Раздел 4. СПОРТ</w:t>
            </w:r>
          </w:p>
        </w:tc>
      </w:tr>
      <w:tr w:rsidR="003A6CD7">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jc w:val="center"/>
            </w:pPr>
            <w:r>
              <w:rPr>
                <w:rFonts w:ascii="Times New Roman" w:eastAsia="Times New Roman" w:hAnsi="Times New Roman"/>
                <w:color w:val="000000"/>
                <w:w w:val="97"/>
                <w:sz w:val="16"/>
              </w:rPr>
              <w:t>4.1.</w:t>
            </w:r>
          </w:p>
        </w:tc>
        <w:tc>
          <w:tcPr>
            <w:tcW w:w="4670"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8" w:after="0" w:line="247" w:lineRule="auto"/>
              <w:ind w:left="72"/>
              <w:rPr>
                <w:lang w:val="ru-RU"/>
              </w:rPr>
            </w:pPr>
            <w:r w:rsidRPr="00BB4206">
              <w:rPr>
                <w:rFonts w:ascii="Times New Roman" w:eastAsia="Times New Roman" w:hAnsi="Times New Roman"/>
                <w:b/>
                <w:color w:val="000000"/>
                <w:w w:val="97"/>
                <w:sz w:val="16"/>
                <w:lang w:val="ru-RU"/>
              </w:rPr>
              <w:t>Физическая подготовка: освоение содержания программы, д</w:t>
            </w:r>
            <w:r w:rsidRPr="00BB4206">
              <w:rPr>
                <w:rFonts w:ascii="Times New Roman" w:eastAsia="Times New Roman" w:hAnsi="Times New Roman"/>
                <w:b/>
                <w:color w:val="000000"/>
                <w:w w:val="97"/>
                <w:sz w:val="16"/>
                <w:lang w:val="ru-RU"/>
              </w:rPr>
              <w:t>е</w:t>
            </w:r>
            <w:r w:rsidRPr="00BB4206">
              <w:rPr>
                <w:rFonts w:ascii="Times New Roman" w:eastAsia="Times New Roman" w:hAnsi="Times New Roman"/>
                <w:b/>
                <w:color w:val="000000"/>
                <w:w w:val="97"/>
                <w:sz w:val="16"/>
                <w:lang w:val="ru-RU"/>
              </w:rPr>
              <w:t xml:space="preserve">монстрация приростов в показателях физической </w:t>
            </w:r>
            <w:r w:rsidRPr="00BB4206">
              <w:rPr>
                <w:lang w:val="ru-RU"/>
              </w:rPr>
              <w:br/>
            </w:r>
            <w:r w:rsidRPr="00BB4206">
              <w:rPr>
                <w:rFonts w:ascii="Times New Roman" w:eastAsia="Times New Roman" w:hAnsi="Times New Roman"/>
                <w:b/>
                <w:color w:val="000000"/>
                <w:w w:val="97"/>
                <w:sz w:val="16"/>
                <w:lang w:val="ru-RU"/>
              </w:rPr>
              <w:t>подготовленности и нормативных требований комплекса ГТО</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30" w:lineRule="auto"/>
              <w:ind w:left="72"/>
            </w:pPr>
            <w:r>
              <w:rPr>
                <w:rFonts w:ascii="Times New Roman" w:eastAsia="Times New Roman" w:hAnsi="Times New Roman"/>
                <w:color w:val="000000"/>
                <w:w w:val="97"/>
                <w:sz w:val="16"/>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3A6CD7">
            <w:pPr>
              <w:rPr>
                <w:sz w:val="16"/>
                <w:szCs w:val="16"/>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93776D">
            <w:pPr>
              <w:rPr>
                <w:sz w:val="16"/>
                <w:szCs w:val="16"/>
                <w:lang w:val="ru-RU"/>
              </w:rPr>
            </w:pPr>
            <w:r w:rsidRPr="0093776D">
              <w:rPr>
                <w:sz w:val="16"/>
                <w:szCs w:val="16"/>
                <w:lang w:val="ru-RU"/>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3A6CD7"/>
        </w:tc>
        <w:tc>
          <w:tcPr>
            <w:tcW w:w="3614"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Pr="00BB4206" w:rsidRDefault="00E96A3D">
            <w:pPr>
              <w:autoSpaceDE w:val="0"/>
              <w:autoSpaceDN w:val="0"/>
              <w:spacing w:before="78" w:after="0" w:line="247" w:lineRule="auto"/>
              <w:ind w:left="70" w:right="288"/>
              <w:rPr>
                <w:lang w:val="ru-RU"/>
              </w:rPr>
            </w:pPr>
            <w:r w:rsidRPr="00BB4206">
              <w:rPr>
                <w:rFonts w:ascii="Times New Roman" w:eastAsia="Times New Roman" w:hAnsi="Times New Roman"/>
                <w:color w:val="000000"/>
                <w:w w:val="97"/>
                <w:sz w:val="16"/>
                <w:lang w:val="ru-RU"/>
              </w:rPr>
              <w:t>осваивают содержания Примерных модульных программ по физической культуре или рабочей программы базовой физической подготовки</w:t>
            </w:r>
            <w:proofErr w:type="gramStart"/>
            <w:r w:rsidRPr="00BB4206">
              <w:rPr>
                <w:rFonts w:ascii="Times New Roman" w:eastAsia="Times New Roman" w:hAnsi="Times New Roman"/>
                <w:color w:val="000000"/>
                <w:w w:val="97"/>
                <w:sz w:val="16"/>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5"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8" w:after="0" w:line="247" w:lineRule="auto"/>
              <w:ind w:left="72"/>
            </w:pPr>
            <w:r>
              <w:rPr>
                <w:rFonts w:ascii="Times New Roman" w:eastAsia="Times New Roman" w:hAnsi="Times New Roman"/>
                <w:color w:val="000000"/>
                <w:w w:val="97"/>
                <w:sz w:val="16"/>
              </w:rPr>
              <w:t xml:space="preserve">https://fk12.ru/books/fizicheskaya-kultura-5-7-klassy-vilenskii </w:t>
            </w:r>
            <w:r>
              <w:br/>
            </w:r>
            <w:r>
              <w:rPr>
                <w:rFonts w:ascii="Times New Roman" w:eastAsia="Times New Roman" w:hAnsi="Times New Roman"/>
                <w:color w:val="000000"/>
                <w:w w:val="97"/>
                <w:sz w:val="16"/>
              </w:rPr>
              <w:t>https://resh.edu.ru/subject/9/</w:t>
            </w:r>
          </w:p>
        </w:tc>
      </w:tr>
      <w:tr w:rsidR="003A6CD7">
        <w:trPr>
          <w:trHeight w:hRule="exact" w:val="348"/>
        </w:trPr>
        <w:tc>
          <w:tcPr>
            <w:tcW w:w="513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10</w:t>
            </w:r>
          </w:p>
        </w:tc>
        <w:tc>
          <w:tcPr>
            <w:tcW w:w="983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r>
      <w:tr w:rsidR="003A6CD7">
        <w:trPr>
          <w:trHeight w:hRule="exact" w:val="328"/>
        </w:trPr>
        <w:tc>
          <w:tcPr>
            <w:tcW w:w="513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3A6CD7" w:rsidRPr="00BB4206" w:rsidRDefault="00E96A3D">
            <w:pPr>
              <w:autoSpaceDE w:val="0"/>
              <w:autoSpaceDN w:val="0"/>
              <w:spacing w:before="76" w:after="0" w:line="233" w:lineRule="auto"/>
              <w:ind w:left="72"/>
              <w:rPr>
                <w:lang w:val="ru-RU"/>
              </w:rPr>
            </w:pPr>
            <w:r w:rsidRPr="00BB4206">
              <w:rPr>
                <w:rFonts w:ascii="Times New Roman" w:eastAsia="Times New Roman" w:hAnsi="Times New Roman"/>
                <w:color w:val="000000"/>
                <w:w w:val="97"/>
                <w:sz w:val="16"/>
                <w:lang w:val="ru-RU"/>
              </w:rPr>
              <w:t>ОБЩЕЕ КОЛИЧЕСТВО ЧАСОВ ПО ПРОГРАММЕ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E96A3D">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93776D" w:rsidRDefault="0093776D">
            <w:pPr>
              <w:autoSpaceDE w:val="0"/>
              <w:autoSpaceDN w:val="0"/>
              <w:spacing w:before="76" w:after="0" w:line="233" w:lineRule="auto"/>
              <w:ind w:left="72"/>
              <w:rPr>
                <w:lang w:val="ru-RU"/>
              </w:rPr>
            </w:pPr>
            <w:r>
              <w:rPr>
                <w:rFonts w:ascii="Times New Roman" w:eastAsia="Times New Roman" w:hAnsi="Times New Roman"/>
                <w:color w:val="000000"/>
                <w:w w:val="97"/>
                <w:sz w:val="16"/>
                <w:lang w:val="ru-RU"/>
              </w:rPr>
              <w:t>5</w:t>
            </w:r>
          </w:p>
        </w:tc>
        <w:tc>
          <w:tcPr>
            <w:tcW w:w="759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Default="003A6CD7"/>
        </w:tc>
      </w:tr>
    </w:tbl>
    <w:p w:rsidR="003A6CD7" w:rsidRDefault="003A6CD7">
      <w:pPr>
        <w:autoSpaceDE w:val="0"/>
        <w:autoSpaceDN w:val="0"/>
        <w:spacing w:after="0" w:line="14" w:lineRule="exact"/>
      </w:pPr>
    </w:p>
    <w:p w:rsidR="003A6CD7" w:rsidRDefault="003A6CD7">
      <w:pPr>
        <w:sectPr w:rsidR="003A6CD7">
          <w:pgSz w:w="16840" w:h="11900"/>
          <w:pgMar w:top="284" w:right="640" w:bottom="1440" w:left="666" w:header="720" w:footer="720" w:gutter="0"/>
          <w:cols w:space="720" w:equalWidth="0">
            <w:col w:w="15534" w:space="0"/>
          </w:cols>
          <w:docGrid w:linePitch="360"/>
        </w:sectPr>
      </w:pPr>
    </w:p>
    <w:p w:rsidR="003A6CD7" w:rsidRDefault="003A6CD7">
      <w:pPr>
        <w:autoSpaceDE w:val="0"/>
        <w:autoSpaceDN w:val="0"/>
        <w:spacing w:after="78" w:line="220" w:lineRule="exact"/>
      </w:pPr>
    </w:p>
    <w:p w:rsidR="003A6CD7" w:rsidRDefault="00E96A3D">
      <w:pPr>
        <w:autoSpaceDE w:val="0"/>
        <w:autoSpaceDN w:val="0"/>
        <w:spacing w:after="320" w:line="230" w:lineRule="auto"/>
      </w:pPr>
      <w:r>
        <w:rPr>
          <w:rFonts w:ascii="Times New Roman" w:eastAsia="Times New Roman" w:hAnsi="Times New Roman"/>
          <w:b/>
          <w:color w:val="000000"/>
          <w:sz w:val="24"/>
        </w:rPr>
        <w:t>ПОУРОЧНОЕ ПЛАНИРОВАНИЕ</w:t>
      </w:r>
    </w:p>
    <w:tbl>
      <w:tblPr>
        <w:tblW w:w="0" w:type="auto"/>
        <w:tblInd w:w="6" w:type="dxa"/>
        <w:tblLayout w:type="fixed"/>
        <w:tblLook w:val="04A0"/>
      </w:tblPr>
      <w:tblGrid>
        <w:gridCol w:w="425"/>
        <w:gridCol w:w="3685"/>
        <w:gridCol w:w="425"/>
        <w:gridCol w:w="1503"/>
        <w:gridCol w:w="1668"/>
        <w:gridCol w:w="1164"/>
        <w:gridCol w:w="1682"/>
      </w:tblGrid>
      <w:tr w:rsidR="003A6CD7" w:rsidTr="00BB4206">
        <w:trPr>
          <w:trHeight w:hRule="exact" w:val="492"/>
        </w:trPr>
        <w:tc>
          <w:tcPr>
            <w:tcW w:w="4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62" w:lineRule="auto"/>
              <w:ind w:left="72" w:right="576"/>
              <w:rPr>
                <w:sz w:val="20"/>
                <w:szCs w:val="20"/>
              </w:rPr>
            </w:pPr>
            <w:r w:rsidRPr="00D25CE2">
              <w:rPr>
                <w:rFonts w:ascii="Times New Roman" w:eastAsia="Times New Roman" w:hAnsi="Times New Roman"/>
                <w:b/>
                <w:color w:val="000000"/>
                <w:sz w:val="20"/>
                <w:szCs w:val="20"/>
              </w:rPr>
              <w:t>№</w:t>
            </w:r>
            <w:r w:rsidRPr="00D25CE2">
              <w:rPr>
                <w:sz w:val="20"/>
                <w:szCs w:val="20"/>
              </w:rPr>
              <w:br/>
            </w:r>
            <w:r w:rsidRPr="00D25CE2">
              <w:rPr>
                <w:rFonts w:ascii="Times New Roman" w:eastAsia="Times New Roman" w:hAnsi="Times New Roman"/>
                <w:b/>
                <w:color w:val="000000"/>
                <w:sz w:val="20"/>
                <w:szCs w:val="20"/>
              </w:rPr>
              <w:t>п/п</w:t>
            </w:r>
          </w:p>
        </w:tc>
        <w:tc>
          <w:tcPr>
            <w:tcW w:w="368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30" w:lineRule="auto"/>
              <w:ind w:left="72"/>
              <w:rPr>
                <w:sz w:val="20"/>
                <w:szCs w:val="20"/>
              </w:rPr>
            </w:pPr>
            <w:r w:rsidRPr="00D25CE2">
              <w:rPr>
                <w:rFonts w:ascii="Times New Roman" w:eastAsia="Times New Roman" w:hAnsi="Times New Roman"/>
                <w:b/>
                <w:color w:val="000000"/>
                <w:sz w:val="20"/>
                <w:szCs w:val="20"/>
              </w:rPr>
              <w:t>Тема урока</w:t>
            </w:r>
          </w:p>
        </w:tc>
        <w:tc>
          <w:tcPr>
            <w:tcW w:w="35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30" w:lineRule="auto"/>
              <w:ind w:left="72"/>
              <w:rPr>
                <w:sz w:val="20"/>
                <w:szCs w:val="20"/>
              </w:rPr>
            </w:pPr>
            <w:r w:rsidRPr="00D25CE2">
              <w:rPr>
                <w:rFonts w:ascii="Times New Roman" w:eastAsia="Times New Roman" w:hAnsi="Times New Roman"/>
                <w:b/>
                <w:color w:val="000000"/>
                <w:sz w:val="20"/>
                <w:szCs w:val="20"/>
              </w:rPr>
              <w:t>Количество часов</w:t>
            </w:r>
          </w:p>
        </w:tc>
        <w:tc>
          <w:tcPr>
            <w:tcW w:w="11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62" w:lineRule="auto"/>
              <w:ind w:left="72"/>
              <w:rPr>
                <w:sz w:val="20"/>
                <w:szCs w:val="20"/>
              </w:rPr>
            </w:pPr>
            <w:r w:rsidRPr="00D25CE2">
              <w:rPr>
                <w:rFonts w:ascii="Times New Roman" w:eastAsia="Times New Roman" w:hAnsi="Times New Roman"/>
                <w:b/>
                <w:color w:val="000000"/>
                <w:sz w:val="20"/>
                <w:szCs w:val="20"/>
              </w:rPr>
              <w:t xml:space="preserve">Дата </w:t>
            </w:r>
            <w:r w:rsidRPr="00D25CE2">
              <w:rPr>
                <w:sz w:val="20"/>
                <w:szCs w:val="20"/>
              </w:rPr>
              <w:br/>
            </w:r>
            <w:r w:rsidRPr="00D25CE2">
              <w:rPr>
                <w:rFonts w:ascii="Times New Roman" w:eastAsia="Times New Roman" w:hAnsi="Times New Roman"/>
                <w:b/>
                <w:color w:val="000000"/>
                <w:sz w:val="20"/>
                <w:szCs w:val="20"/>
              </w:rPr>
              <w:t>изучения</w:t>
            </w:r>
          </w:p>
        </w:tc>
        <w:tc>
          <w:tcPr>
            <w:tcW w:w="16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62" w:lineRule="auto"/>
              <w:ind w:left="72"/>
              <w:rPr>
                <w:sz w:val="20"/>
                <w:szCs w:val="20"/>
              </w:rPr>
            </w:pPr>
            <w:r w:rsidRPr="00D25CE2">
              <w:rPr>
                <w:rFonts w:ascii="Times New Roman" w:eastAsia="Times New Roman" w:hAnsi="Times New Roman"/>
                <w:b/>
                <w:color w:val="000000"/>
                <w:sz w:val="20"/>
                <w:szCs w:val="20"/>
              </w:rPr>
              <w:t>Виды, формы контроля</w:t>
            </w:r>
          </w:p>
        </w:tc>
      </w:tr>
      <w:tr w:rsidR="003A6CD7" w:rsidTr="00D25CE2">
        <w:trPr>
          <w:trHeight w:hRule="exact" w:val="1315"/>
        </w:trPr>
        <w:tc>
          <w:tcPr>
            <w:tcW w:w="425" w:type="dxa"/>
            <w:vMerge/>
            <w:tcBorders>
              <w:top w:val="single" w:sz="4" w:space="0" w:color="000000"/>
              <w:left w:val="single" w:sz="4" w:space="0" w:color="000000"/>
              <w:bottom w:val="single" w:sz="4" w:space="0" w:color="000000"/>
              <w:right w:val="single" w:sz="4" w:space="0" w:color="000000"/>
            </w:tcBorders>
          </w:tcPr>
          <w:p w:rsidR="003A6CD7" w:rsidRDefault="003A6CD7"/>
        </w:tc>
        <w:tc>
          <w:tcPr>
            <w:tcW w:w="3685" w:type="dxa"/>
            <w:vMerge/>
            <w:tcBorders>
              <w:top w:val="single" w:sz="4" w:space="0" w:color="000000"/>
              <w:left w:val="single" w:sz="4" w:space="0" w:color="000000"/>
              <w:bottom w:val="single" w:sz="4" w:space="0" w:color="000000"/>
              <w:right w:val="single" w:sz="4" w:space="0" w:color="000000"/>
            </w:tcBorders>
          </w:tcPr>
          <w:p w:rsidR="003A6CD7" w:rsidRDefault="003A6CD7"/>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30" w:lineRule="auto"/>
              <w:ind w:left="72"/>
              <w:rPr>
                <w:sz w:val="20"/>
                <w:szCs w:val="20"/>
              </w:rPr>
            </w:pPr>
            <w:r w:rsidRPr="00D25CE2">
              <w:rPr>
                <w:rFonts w:ascii="Times New Roman" w:eastAsia="Times New Roman" w:hAnsi="Times New Roman"/>
                <w:b/>
                <w:color w:val="000000"/>
                <w:sz w:val="20"/>
                <w:szCs w:val="20"/>
              </w:rPr>
              <w:t xml:space="preserve">всего </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62" w:lineRule="auto"/>
              <w:ind w:left="72"/>
              <w:rPr>
                <w:sz w:val="20"/>
                <w:szCs w:val="20"/>
              </w:rPr>
            </w:pPr>
            <w:r w:rsidRPr="00D25CE2">
              <w:rPr>
                <w:rFonts w:ascii="Times New Roman" w:eastAsia="Times New Roman" w:hAnsi="Times New Roman"/>
                <w:b/>
                <w:color w:val="000000"/>
                <w:sz w:val="20"/>
                <w:szCs w:val="20"/>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A6CD7" w:rsidRPr="00D25CE2" w:rsidRDefault="00E96A3D">
            <w:pPr>
              <w:autoSpaceDE w:val="0"/>
              <w:autoSpaceDN w:val="0"/>
              <w:spacing w:before="98" w:after="0" w:line="262" w:lineRule="auto"/>
              <w:ind w:left="72"/>
              <w:rPr>
                <w:sz w:val="20"/>
                <w:szCs w:val="20"/>
              </w:rPr>
            </w:pPr>
            <w:r w:rsidRPr="00D25CE2">
              <w:rPr>
                <w:rFonts w:ascii="Times New Roman" w:eastAsia="Times New Roman" w:hAnsi="Times New Roman"/>
                <w:b/>
                <w:color w:val="000000"/>
                <w:sz w:val="20"/>
                <w:szCs w:val="20"/>
              </w:rPr>
              <w:t>практические работы</w:t>
            </w:r>
          </w:p>
        </w:tc>
        <w:tc>
          <w:tcPr>
            <w:tcW w:w="1164" w:type="dxa"/>
            <w:vMerge/>
            <w:tcBorders>
              <w:top w:val="single" w:sz="4" w:space="0" w:color="000000"/>
              <w:left w:val="single" w:sz="4" w:space="0" w:color="000000"/>
              <w:bottom w:val="single" w:sz="4" w:space="0" w:color="000000"/>
              <w:right w:val="single" w:sz="4" w:space="0" w:color="000000"/>
            </w:tcBorders>
          </w:tcPr>
          <w:p w:rsidR="003A6CD7" w:rsidRDefault="003A6CD7"/>
        </w:tc>
        <w:tc>
          <w:tcPr>
            <w:tcW w:w="1682" w:type="dxa"/>
            <w:vMerge/>
            <w:tcBorders>
              <w:top w:val="single" w:sz="4" w:space="0" w:color="000000"/>
              <w:left w:val="single" w:sz="4" w:space="0" w:color="000000"/>
              <w:bottom w:val="single" w:sz="4" w:space="0" w:color="000000"/>
              <w:right w:val="single" w:sz="4" w:space="0" w:color="000000"/>
            </w:tcBorders>
          </w:tcPr>
          <w:p w:rsidR="003A6CD7" w:rsidRDefault="003A6CD7"/>
        </w:tc>
      </w:tr>
      <w:tr w:rsidR="00BB4206" w:rsidTr="0093776D">
        <w:trPr>
          <w:trHeight w:hRule="exact" w:val="184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rsidP="00BB4206">
            <w:pPr>
              <w:spacing w:after="0" w:line="240" w:lineRule="auto"/>
              <w:rPr>
                <w:rFonts w:ascii="Times New Roman" w:eastAsia="Times New Roman" w:hAnsi="Times New Roman" w:cs="Times New Roman"/>
                <w:bCs/>
                <w:sz w:val="24"/>
                <w:szCs w:val="24"/>
                <w:lang w:val="ru-RU" w:eastAsia="ru-RU"/>
              </w:rPr>
            </w:pPr>
            <w:r w:rsidRPr="00BB4206">
              <w:rPr>
                <w:rFonts w:ascii="Times New Roman" w:eastAsia="Times New Roman" w:hAnsi="Times New Roman" w:cs="Times New Roman"/>
                <w:bCs/>
                <w:sz w:val="24"/>
                <w:szCs w:val="24"/>
                <w:lang w:val="ru-RU" w:eastAsia="ru-RU"/>
              </w:rPr>
              <w:t xml:space="preserve">Знакомство с </w:t>
            </w:r>
            <w:proofErr w:type="gramStart"/>
            <w:r w:rsidRPr="00BB4206">
              <w:rPr>
                <w:rFonts w:ascii="Times New Roman" w:eastAsia="Times New Roman" w:hAnsi="Times New Roman" w:cs="Times New Roman"/>
                <w:bCs/>
                <w:sz w:val="24"/>
                <w:szCs w:val="24"/>
                <w:lang w:val="ru-RU" w:eastAsia="ru-RU"/>
              </w:rPr>
              <w:t>программным</w:t>
            </w:r>
            <w:proofErr w:type="gramEnd"/>
            <w:r w:rsidRPr="00BB4206">
              <w:rPr>
                <w:rFonts w:ascii="Times New Roman" w:eastAsia="Times New Roman" w:hAnsi="Times New Roman" w:cs="Times New Roman"/>
                <w:bCs/>
                <w:sz w:val="24"/>
                <w:szCs w:val="24"/>
                <w:lang w:val="ru-RU" w:eastAsia="ru-RU"/>
              </w:rPr>
              <w:t xml:space="preserve"> </w:t>
            </w:r>
          </w:p>
          <w:p w:rsidR="00BB4206" w:rsidRPr="00BB4206" w:rsidRDefault="00BB4206" w:rsidP="00BB4206">
            <w:pPr>
              <w:spacing w:after="0"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bCs/>
                <w:sz w:val="24"/>
                <w:szCs w:val="24"/>
                <w:lang w:val="ru-RU" w:eastAsia="ru-RU"/>
              </w:rPr>
              <w:t>материалом и требованиями к его освоению. Знакомство с системой дополнительного обучения физ</w:t>
            </w:r>
            <w:r w:rsidRPr="00BB4206">
              <w:rPr>
                <w:rFonts w:ascii="Times New Roman" w:eastAsia="Times New Roman" w:hAnsi="Times New Roman" w:cs="Times New Roman"/>
                <w:bCs/>
                <w:sz w:val="24"/>
                <w:szCs w:val="24"/>
                <w:lang w:val="ru-RU" w:eastAsia="ru-RU"/>
              </w:rPr>
              <w:t>и</w:t>
            </w:r>
            <w:r w:rsidRPr="00BB4206">
              <w:rPr>
                <w:rFonts w:ascii="Times New Roman" w:eastAsia="Times New Roman" w:hAnsi="Times New Roman" w:cs="Times New Roman"/>
                <w:bCs/>
                <w:sz w:val="24"/>
                <w:szCs w:val="24"/>
                <w:lang w:val="ru-RU" w:eastAsia="ru-RU"/>
              </w:rPr>
              <w:t>ческой культуре и организацией спортивной работы в школе.</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pPr>
              <w:rPr>
                <w:rFonts w:ascii="Times New Roman" w:hAnsi="Times New Roman" w:cs="Times New Roman"/>
                <w:lang w:val="ru-RU"/>
              </w:rPr>
            </w:pPr>
            <w:r w:rsidRPr="00A30A01">
              <w:rPr>
                <w:rFonts w:ascii="Times New Roman" w:hAnsi="Times New Roman" w:cs="Times New Roman"/>
                <w:lang w:val="ru-RU"/>
              </w:rPr>
              <w:t>Устный опрос</w:t>
            </w:r>
          </w:p>
        </w:tc>
      </w:tr>
      <w:tr w:rsidR="00A30A01" w:rsidTr="00BB4206">
        <w:trPr>
          <w:trHeight w:hRule="exact" w:val="199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«Кроссовая подгото</w:t>
            </w:r>
            <w:r w:rsidRPr="00BB4206">
              <w:rPr>
                <w:rFonts w:ascii="Times New Roman" w:eastAsia="Times New Roman" w:hAnsi="Times New Roman" w:cs="Times New Roman"/>
                <w:i/>
                <w:iCs/>
                <w:sz w:val="24"/>
                <w:szCs w:val="24"/>
                <w:lang w:val="ru-RU" w:eastAsia="ru-RU"/>
              </w:rPr>
              <w:t>в</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Знакомство с рекомендациями учителя по технике безопасности на занятиях кроссовой подгото</w:t>
            </w:r>
            <w:r w:rsidRPr="00BB4206">
              <w:rPr>
                <w:rFonts w:ascii="Times New Roman" w:eastAsia="Times New Roman" w:hAnsi="Times New Roman" w:cs="Times New Roman"/>
                <w:bCs/>
                <w:sz w:val="24"/>
                <w:szCs w:val="24"/>
                <w:lang w:val="ru-RU" w:eastAsia="ru-RU"/>
              </w:rPr>
              <w:t>в</w:t>
            </w:r>
            <w:r w:rsidRPr="00BB4206">
              <w:rPr>
                <w:rFonts w:ascii="Times New Roman" w:eastAsia="Times New Roman" w:hAnsi="Times New Roman" w:cs="Times New Roman"/>
                <w:bCs/>
                <w:sz w:val="24"/>
                <w:szCs w:val="24"/>
                <w:lang w:val="ru-RU" w:eastAsia="ru-RU"/>
              </w:rPr>
              <w:t>кой; способами использования у</w:t>
            </w:r>
            <w:r w:rsidRPr="00BB4206">
              <w:rPr>
                <w:rFonts w:ascii="Times New Roman" w:eastAsia="Times New Roman" w:hAnsi="Times New Roman" w:cs="Times New Roman"/>
                <w:bCs/>
                <w:sz w:val="24"/>
                <w:szCs w:val="24"/>
                <w:lang w:val="ru-RU" w:eastAsia="ru-RU"/>
              </w:rPr>
              <w:t>п</w:t>
            </w:r>
            <w:r w:rsidRPr="00BB4206">
              <w:rPr>
                <w:rFonts w:ascii="Times New Roman" w:eastAsia="Times New Roman" w:hAnsi="Times New Roman" w:cs="Times New Roman"/>
                <w:bCs/>
                <w:sz w:val="24"/>
                <w:szCs w:val="24"/>
                <w:lang w:val="ru-RU" w:eastAsia="ru-RU"/>
              </w:rPr>
              <w:t>ражнений в кроссовой подготовки для развития выносливости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056D41">
              <w:rPr>
                <w:lang w:val="ru-RU"/>
              </w:rPr>
              <w:t>Практическая работа</w:t>
            </w:r>
          </w:p>
        </w:tc>
      </w:tr>
      <w:tr w:rsidR="00A30A01" w:rsidTr="00BB4206">
        <w:trPr>
          <w:trHeight w:hRule="exact" w:val="1128"/>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3.</w:t>
            </w:r>
          </w:p>
        </w:tc>
        <w:tc>
          <w:tcPr>
            <w:tcW w:w="3685"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Pr="00BB4206" w:rsidRDefault="00A30A01" w:rsidP="00BB4206">
            <w:pPr>
              <w:spacing w:after="0"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«Кроссовая подгото</w:t>
            </w:r>
            <w:r w:rsidRPr="00BB4206">
              <w:rPr>
                <w:rFonts w:ascii="Times New Roman" w:eastAsia="Times New Roman" w:hAnsi="Times New Roman" w:cs="Times New Roman"/>
                <w:i/>
                <w:iCs/>
                <w:sz w:val="24"/>
                <w:szCs w:val="24"/>
                <w:lang w:val="ru-RU" w:eastAsia="ru-RU"/>
              </w:rPr>
              <w:t>в</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iCs/>
                <w:sz w:val="24"/>
                <w:szCs w:val="24"/>
                <w:lang w:val="ru-RU" w:eastAsia="ru-RU"/>
              </w:rPr>
              <w:t xml:space="preserve"> Ходьба, бег и их разновидн</w:t>
            </w:r>
            <w:r w:rsidRPr="00BB4206">
              <w:rPr>
                <w:rFonts w:ascii="Times New Roman" w:eastAsia="Times New Roman" w:hAnsi="Times New Roman" w:cs="Times New Roman"/>
                <w:iCs/>
                <w:sz w:val="24"/>
                <w:szCs w:val="24"/>
                <w:lang w:val="ru-RU" w:eastAsia="ru-RU"/>
              </w:rPr>
              <w:t>о</w:t>
            </w:r>
            <w:r w:rsidRPr="00BB4206">
              <w:rPr>
                <w:rFonts w:ascii="Times New Roman" w:eastAsia="Times New Roman" w:hAnsi="Times New Roman" w:cs="Times New Roman"/>
                <w:iCs/>
                <w:sz w:val="24"/>
                <w:szCs w:val="24"/>
                <w:lang w:val="ru-RU" w:eastAsia="ru-RU"/>
              </w:rPr>
              <w:t>сти</w:t>
            </w:r>
          </w:p>
        </w:tc>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5" w:space="0" w:color="000000"/>
              <w:right w:val="single" w:sz="4" w:space="0" w:color="000000"/>
            </w:tcBorders>
            <w:tcMar>
              <w:left w:w="0" w:type="dxa"/>
              <w:right w:w="0" w:type="dxa"/>
            </w:tcMar>
          </w:tcPr>
          <w:p w:rsidR="00A30A01" w:rsidRDefault="00A30A01">
            <w:r w:rsidRPr="00056D41">
              <w:rPr>
                <w:lang w:val="ru-RU"/>
              </w:rPr>
              <w:t>Практическая работа</w:t>
            </w:r>
          </w:p>
        </w:tc>
      </w:tr>
      <w:tr w:rsidR="00A30A01" w:rsidTr="00BB4206">
        <w:trPr>
          <w:trHeight w:hRule="exact" w:val="857"/>
        </w:trPr>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100" w:after="0" w:line="230" w:lineRule="auto"/>
              <w:ind w:left="72"/>
            </w:pPr>
            <w:r>
              <w:rPr>
                <w:rFonts w:ascii="Times New Roman" w:eastAsia="Times New Roman" w:hAnsi="Times New Roman"/>
                <w:color w:val="000000"/>
                <w:sz w:val="24"/>
              </w:rPr>
              <w:t>4.</w:t>
            </w:r>
          </w:p>
        </w:tc>
        <w:tc>
          <w:tcPr>
            <w:tcW w:w="3685"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«Кроссовая подгото</w:t>
            </w:r>
            <w:r w:rsidRPr="00BB4206">
              <w:rPr>
                <w:rFonts w:ascii="Times New Roman" w:eastAsia="Times New Roman" w:hAnsi="Times New Roman" w:cs="Times New Roman"/>
                <w:i/>
                <w:iCs/>
                <w:sz w:val="24"/>
                <w:szCs w:val="24"/>
                <w:lang w:val="ru-RU" w:eastAsia="ru-RU"/>
              </w:rPr>
              <w:t>в</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iCs/>
                <w:sz w:val="24"/>
                <w:szCs w:val="24"/>
                <w:lang w:val="ru-RU" w:eastAsia="ru-RU"/>
              </w:rPr>
              <w:t>Чередование ходьбы и бега</w:t>
            </w:r>
          </w:p>
        </w:tc>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100" w:after="0" w:line="230" w:lineRule="auto"/>
              <w:ind w:left="72"/>
            </w:pPr>
            <w:r>
              <w:rPr>
                <w:rFonts w:ascii="Times New Roman" w:eastAsia="Times New Roman" w:hAnsi="Times New Roman"/>
                <w:color w:val="000000"/>
                <w:sz w:val="24"/>
              </w:rPr>
              <w:t>1</w:t>
            </w:r>
          </w:p>
        </w:tc>
        <w:tc>
          <w:tcPr>
            <w:tcW w:w="1503"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5" w:space="0" w:color="000000"/>
              <w:left w:val="single" w:sz="4" w:space="0" w:color="000000"/>
              <w:bottom w:val="single" w:sz="4" w:space="0" w:color="000000"/>
              <w:right w:val="single" w:sz="4" w:space="0" w:color="000000"/>
            </w:tcBorders>
            <w:tcMar>
              <w:left w:w="0" w:type="dxa"/>
              <w:right w:w="0" w:type="dxa"/>
            </w:tcMar>
          </w:tcPr>
          <w:p w:rsidR="00A30A01" w:rsidRDefault="00A30A01">
            <w:r w:rsidRPr="00056D41">
              <w:rPr>
                <w:lang w:val="ru-RU"/>
              </w:rPr>
              <w:t>Практическая работа</w:t>
            </w:r>
          </w:p>
        </w:tc>
      </w:tr>
      <w:tr w:rsidR="00A30A01" w:rsidTr="00BB4206">
        <w:trPr>
          <w:trHeight w:hRule="exact" w:val="99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«Кроссовая подгото</w:t>
            </w:r>
            <w:r w:rsidRPr="00BB4206">
              <w:rPr>
                <w:rFonts w:ascii="Times New Roman" w:eastAsia="Times New Roman" w:hAnsi="Times New Roman" w:cs="Times New Roman"/>
                <w:i/>
                <w:iCs/>
                <w:sz w:val="24"/>
                <w:szCs w:val="24"/>
                <w:lang w:val="ru-RU" w:eastAsia="ru-RU"/>
              </w:rPr>
              <w:t>в</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iCs/>
                <w:sz w:val="24"/>
                <w:szCs w:val="24"/>
                <w:lang w:val="ru-RU" w:eastAsia="ru-RU"/>
              </w:rPr>
              <w:t>Бег по пересеченной местн</w:t>
            </w:r>
            <w:r w:rsidRPr="00BB4206">
              <w:rPr>
                <w:rFonts w:ascii="Times New Roman" w:eastAsia="Times New Roman" w:hAnsi="Times New Roman" w:cs="Times New Roman"/>
                <w:iCs/>
                <w:sz w:val="24"/>
                <w:szCs w:val="24"/>
                <w:lang w:val="ru-RU" w:eastAsia="ru-RU"/>
              </w:rPr>
              <w:t>о</w:t>
            </w:r>
            <w:r w:rsidRPr="00BB4206">
              <w:rPr>
                <w:rFonts w:ascii="Times New Roman" w:eastAsia="Times New Roman" w:hAnsi="Times New Roman" w:cs="Times New Roman"/>
                <w:iCs/>
                <w:sz w:val="24"/>
                <w:szCs w:val="24"/>
                <w:lang w:val="ru-RU" w:eastAsia="ru-RU"/>
              </w:rPr>
              <w:t>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7E02FB">
              <w:rPr>
                <w:lang w:val="ru-RU"/>
              </w:rPr>
              <w:t>Практическая работа</w:t>
            </w:r>
          </w:p>
        </w:tc>
      </w:tr>
      <w:tr w:rsidR="00A30A01" w:rsidTr="00BB4206">
        <w:trPr>
          <w:trHeight w:hRule="exact" w:val="142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bCs/>
                <w:sz w:val="24"/>
                <w:szCs w:val="24"/>
                <w:lang w:val="ru-RU" w:eastAsia="ru-RU"/>
              </w:rPr>
              <w:t>Режим дня и его значение для с</w:t>
            </w:r>
            <w:r w:rsidRPr="00BB4206">
              <w:rPr>
                <w:rFonts w:ascii="Times New Roman" w:eastAsia="Times New Roman" w:hAnsi="Times New Roman" w:cs="Times New Roman"/>
                <w:bCs/>
                <w:sz w:val="24"/>
                <w:szCs w:val="24"/>
                <w:lang w:val="ru-RU" w:eastAsia="ru-RU"/>
              </w:rPr>
              <w:t>о</w:t>
            </w:r>
            <w:r w:rsidRPr="00BB4206">
              <w:rPr>
                <w:rFonts w:ascii="Times New Roman" w:eastAsia="Times New Roman" w:hAnsi="Times New Roman" w:cs="Times New Roman"/>
                <w:bCs/>
                <w:sz w:val="24"/>
                <w:szCs w:val="24"/>
                <w:lang w:val="ru-RU" w:eastAsia="ru-RU"/>
              </w:rPr>
              <w:t>временного школьника. Самосто</w:t>
            </w:r>
            <w:r w:rsidRPr="00BB4206">
              <w:rPr>
                <w:rFonts w:ascii="Times New Roman" w:eastAsia="Times New Roman" w:hAnsi="Times New Roman" w:cs="Times New Roman"/>
                <w:bCs/>
                <w:sz w:val="24"/>
                <w:szCs w:val="24"/>
                <w:lang w:val="ru-RU" w:eastAsia="ru-RU"/>
              </w:rPr>
              <w:t>я</w:t>
            </w:r>
            <w:r w:rsidRPr="00BB4206">
              <w:rPr>
                <w:rFonts w:ascii="Times New Roman" w:eastAsia="Times New Roman" w:hAnsi="Times New Roman" w:cs="Times New Roman"/>
                <w:bCs/>
                <w:sz w:val="24"/>
                <w:szCs w:val="24"/>
                <w:lang w:val="ru-RU" w:eastAsia="ru-RU"/>
              </w:rPr>
              <w:t>тельное составление индивидуал</w:t>
            </w:r>
            <w:r w:rsidRPr="00BB4206">
              <w:rPr>
                <w:rFonts w:ascii="Times New Roman" w:eastAsia="Times New Roman" w:hAnsi="Times New Roman" w:cs="Times New Roman"/>
                <w:bCs/>
                <w:sz w:val="24"/>
                <w:szCs w:val="24"/>
                <w:lang w:val="ru-RU" w:eastAsia="ru-RU"/>
              </w:rPr>
              <w:t>ь</w:t>
            </w:r>
            <w:r w:rsidRPr="00BB4206">
              <w:rPr>
                <w:rFonts w:ascii="Times New Roman" w:eastAsia="Times New Roman" w:hAnsi="Times New Roman" w:cs="Times New Roman"/>
                <w:bCs/>
                <w:sz w:val="24"/>
                <w:szCs w:val="24"/>
                <w:lang w:val="ru-RU" w:eastAsia="ru-RU"/>
              </w:rPr>
              <w:t>ного режима дня</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7E02FB">
              <w:rPr>
                <w:lang w:val="ru-RU"/>
              </w:rPr>
              <w:t>Практическая работа</w:t>
            </w:r>
          </w:p>
        </w:tc>
      </w:tr>
      <w:tr w:rsidR="00A30A01" w:rsidTr="00BB4206">
        <w:trPr>
          <w:trHeight w:hRule="exact" w:val="169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after="0" w:line="240" w:lineRule="auto"/>
              <w:jc w:val="both"/>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«Лёгкая атлет</w:t>
            </w:r>
            <w:r w:rsidRPr="00BB4206">
              <w:rPr>
                <w:rFonts w:ascii="Times New Roman" w:eastAsia="Times New Roman" w:hAnsi="Times New Roman" w:cs="Times New Roman"/>
                <w:i/>
                <w:iCs/>
                <w:sz w:val="24"/>
                <w:szCs w:val="24"/>
                <w:lang w:val="ru-RU" w:eastAsia="ru-RU"/>
              </w:rPr>
              <w:t>и</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Знакомство с рекомендациями по технике безопасности во время выполнения беговых упражнений на самостоятельных занятиях лё</w:t>
            </w:r>
            <w:r w:rsidRPr="00BB4206">
              <w:rPr>
                <w:rFonts w:ascii="Times New Roman" w:eastAsia="Times New Roman" w:hAnsi="Times New Roman" w:cs="Times New Roman"/>
                <w:bCs/>
                <w:sz w:val="24"/>
                <w:szCs w:val="24"/>
                <w:lang w:val="ru-RU" w:eastAsia="ru-RU"/>
              </w:rPr>
              <w:t>г</w:t>
            </w:r>
            <w:r w:rsidRPr="00BB4206">
              <w:rPr>
                <w:rFonts w:ascii="Times New Roman" w:eastAsia="Times New Roman" w:hAnsi="Times New Roman" w:cs="Times New Roman"/>
                <w:bCs/>
                <w:sz w:val="24"/>
                <w:szCs w:val="24"/>
                <w:lang w:val="ru-RU" w:eastAsia="ru-RU"/>
              </w:rPr>
              <w:t>кой атлетикой</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7E02FB">
              <w:rPr>
                <w:lang w:val="ru-RU"/>
              </w:rPr>
              <w:t>Практическая работа</w:t>
            </w:r>
          </w:p>
        </w:tc>
      </w:tr>
      <w:tr w:rsidR="00BB4206" w:rsidRPr="00A30A01" w:rsidTr="00A30A01">
        <w:trPr>
          <w:trHeight w:hRule="exact" w:val="133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«Лёгкая атлетика».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Бег с равномерной скоростью на дли</w:t>
            </w:r>
            <w:r w:rsidRPr="00BB4206">
              <w:rPr>
                <w:rFonts w:ascii="Times New Roman" w:eastAsia="Times New Roman" w:hAnsi="Times New Roman" w:cs="Times New Roman"/>
                <w:bCs/>
                <w:sz w:val="24"/>
                <w:szCs w:val="24"/>
                <w:lang w:val="ru-RU" w:eastAsia="ru-RU"/>
              </w:rPr>
              <w:t>н</w:t>
            </w:r>
            <w:r w:rsidRPr="00BB4206">
              <w:rPr>
                <w:rFonts w:ascii="Times New Roman" w:eastAsia="Times New Roman" w:hAnsi="Times New Roman" w:cs="Times New Roman"/>
                <w:bCs/>
                <w:sz w:val="24"/>
                <w:szCs w:val="24"/>
                <w:lang w:val="ru-RU" w:eastAsia="ru-RU"/>
              </w:rPr>
              <w:t>ные дистанции</w:t>
            </w:r>
            <w:r w:rsidR="00A30A01">
              <w:rPr>
                <w:rFonts w:ascii="Times New Roman" w:eastAsia="Times New Roman" w:hAnsi="Times New Roman" w:cs="Times New Roman"/>
                <w:bCs/>
                <w:sz w:val="24"/>
                <w:szCs w:val="24"/>
                <w:lang w:val="ru-RU" w:eastAsia="ru-RU"/>
              </w:rPr>
              <w:t>. Входной ко</w:t>
            </w:r>
            <w:r w:rsidR="00A30A01">
              <w:rPr>
                <w:rFonts w:ascii="Times New Roman" w:eastAsia="Times New Roman" w:hAnsi="Times New Roman" w:cs="Times New Roman"/>
                <w:bCs/>
                <w:sz w:val="24"/>
                <w:szCs w:val="24"/>
                <w:lang w:val="ru-RU" w:eastAsia="ru-RU"/>
              </w:rPr>
              <w:t>н</w:t>
            </w:r>
            <w:r w:rsidR="00A30A01">
              <w:rPr>
                <w:rFonts w:ascii="Times New Roman" w:eastAsia="Times New Roman" w:hAnsi="Times New Roman" w:cs="Times New Roman"/>
                <w:bCs/>
                <w:sz w:val="24"/>
                <w:szCs w:val="24"/>
                <w:lang w:val="ru-RU" w:eastAsia="ru-RU"/>
              </w:rPr>
              <w:t>трольный норматив.</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autoSpaceDE w:val="0"/>
              <w:autoSpaceDN w:val="0"/>
              <w:spacing w:before="98" w:after="0" w:line="230" w:lineRule="auto"/>
              <w:ind w:left="72"/>
              <w:rPr>
                <w:lang w:val="ru-RU"/>
              </w:rPr>
            </w:pPr>
            <w:r w:rsidRPr="00A30A01">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rsidP="00A30A01">
            <w:pPr>
              <w:jc w:val="cente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pPr>
              <w:rPr>
                <w:lang w:val="ru-RU"/>
              </w:rPr>
            </w:pPr>
            <w:r>
              <w:rPr>
                <w:lang w:val="ru-RU"/>
              </w:rPr>
              <w:t>Практическая работа</w:t>
            </w:r>
          </w:p>
        </w:tc>
      </w:tr>
      <w:tr w:rsidR="00BB4206" w:rsidRPr="00A30A01" w:rsidTr="00BB4206">
        <w:trPr>
          <w:trHeight w:hRule="exact" w:val="100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autoSpaceDE w:val="0"/>
              <w:autoSpaceDN w:val="0"/>
              <w:spacing w:before="98" w:after="0" w:line="230" w:lineRule="auto"/>
              <w:ind w:left="72"/>
              <w:rPr>
                <w:lang w:val="ru-RU"/>
              </w:rPr>
            </w:pPr>
            <w:r w:rsidRPr="00A30A01">
              <w:rPr>
                <w:rFonts w:ascii="Times New Roman" w:eastAsia="Times New Roman" w:hAnsi="Times New Roman"/>
                <w:color w:val="000000"/>
                <w:sz w:val="24"/>
                <w:lang w:val="ru-RU"/>
              </w:rPr>
              <w:t>9.</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«Лёгкая атлетика».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Бег с максимальной скоростью на коро</w:t>
            </w:r>
            <w:r w:rsidRPr="00BB4206">
              <w:rPr>
                <w:rFonts w:ascii="Times New Roman" w:eastAsia="Times New Roman" w:hAnsi="Times New Roman" w:cs="Times New Roman"/>
                <w:bCs/>
                <w:sz w:val="24"/>
                <w:szCs w:val="24"/>
                <w:lang w:val="ru-RU" w:eastAsia="ru-RU"/>
              </w:rPr>
              <w:t>т</w:t>
            </w:r>
            <w:r w:rsidRPr="00BB4206">
              <w:rPr>
                <w:rFonts w:ascii="Times New Roman" w:eastAsia="Times New Roman" w:hAnsi="Times New Roman" w:cs="Times New Roman"/>
                <w:bCs/>
                <w:sz w:val="24"/>
                <w:szCs w:val="24"/>
                <w:lang w:val="ru-RU" w:eastAsia="ru-RU"/>
              </w:rPr>
              <w:t>кие дистанции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autoSpaceDE w:val="0"/>
              <w:autoSpaceDN w:val="0"/>
              <w:spacing w:before="98" w:after="0" w:line="230" w:lineRule="auto"/>
              <w:ind w:left="72"/>
              <w:rPr>
                <w:lang w:val="ru-RU"/>
              </w:rPr>
            </w:pPr>
            <w:r w:rsidRPr="00A30A01">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pPr>
              <w:rPr>
                <w:lang w:val="ru-RU"/>
              </w:rPr>
            </w:pPr>
            <w:r>
              <w:rPr>
                <w:lang w:val="ru-RU"/>
              </w:rPr>
              <w:t>Практическая работа</w:t>
            </w:r>
          </w:p>
        </w:tc>
      </w:tr>
      <w:tr w:rsidR="00BB4206" w:rsidTr="00BB4206">
        <w:trPr>
          <w:trHeight w:hRule="exact" w:val="112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autoSpaceDE w:val="0"/>
              <w:autoSpaceDN w:val="0"/>
              <w:spacing w:before="98" w:after="0" w:line="230" w:lineRule="auto"/>
              <w:ind w:left="72"/>
              <w:rPr>
                <w:lang w:val="ru-RU"/>
              </w:rPr>
            </w:pPr>
            <w:r w:rsidRPr="00A30A01">
              <w:rPr>
                <w:rFonts w:ascii="Times New Roman" w:eastAsia="Times New Roman" w:hAnsi="Times New Roman"/>
                <w:color w:val="000000"/>
                <w:sz w:val="24"/>
                <w:lang w:val="ru-RU"/>
              </w:rPr>
              <w:lastRenderedPageBreak/>
              <w:t>10.</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«Лёгкая атлет</w:t>
            </w:r>
            <w:r w:rsidRPr="00BB4206">
              <w:rPr>
                <w:rFonts w:ascii="Times New Roman" w:eastAsia="Times New Roman" w:hAnsi="Times New Roman" w:cs="Times New Roman"/>
                <w:i/>
                <w:iCs/>
                <w:sz w:val="24"/>
                <w:szCs w:val="24"/>
                <w:lang w:val="ru-RU" w:eastAsia="ru-RU"/>
              </w:rPr>
              <w:t>и</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Прыжок в длину с разбега способом «согнув ноги</w:t>
            </w:r>
            <w:r w:rsidRPr="00BB4206">
              <w:rPr>
                <w:rFonts w:ascii="Times New Roman" w:eastAsia="Times New Roman" w:hAnsi="Times New Roman" w:cs="Times New Roman"/>
                <w:bCs/>
                <w:i/>
                <w:iCs/>
                <w:sz w:val="24"/>
                <w:szCs w:val="24"/>
                <w:lang w:val="ru-RU" w:eastAsia="ru-RU"/>
              </w:rPr>
              <w:t>»</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Tr="005C6771">
        <w:trPr>
          <w:trHeight w:hRule="exact" w:val="184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1F1BE2" w:rsidRDefault="00BB4206" w:rsidP="00BB4206">
            <w:pPr>
              <w:spacing w:after="0" w:line="240" w:lineRule="auto"/>
              <w:jc w:val="both"/>
              <w:rPr>
                <w:rFonts w:ascii="Times New Roman" w:eastAsia="Times New Roman" w:hAnsi="Times New Roman" w:cs="Times New Roman"/>
                <w:sz w:val="24"/>
                <w:szCs w:val="24"/>
                <w:lang w:eastAsia="ru-RU"/>
              </w:rPr>
            </w:pPr>
            <w:r w:rsidRPr="00BB4206">
              <w:rPr>
                <w:rFonts w:ascii="Times New Roman" w:eastAsia="Times New Roman" w:hAnsi="Times New Roman" w:cs="Times New Roman"/>
                <w:bCs/>
                <w:sz w:val="24"/>
                <w:szCs w:val="24"/>
                <w:lang w:val="ru-RU" w:eastAsia="ru-RU"/>
              </w:rPr>
              <w:t>Физическое развитие человека и факторы, влияющие на его показ</w:t>
            </w:r>
            <w:r w:rsidRPr="00BB4206">
              <w:rPr>
                <w:rFonts w:ascii="Times New Roman" w:eastAsia="Times New Roman" w:hAnsi="Times New Roman" w:cs="Times New Roman"/>
                <w:bCs/>
                <w:sz w:val="24"/>
                <w:szCs w:val="24"/>
                <w:lang w:val="ru-RU" w:eastAsia="ru-RU"/>
              </w:rPr>
              <w:t>а</w:t>
            </w:r>
            <w:r w:rsidRPr="00BB4206">
              <w:rPr>
                <w:rFonts w:ascii="Times New Roman" w:eastAsia="Times New Roman" w:hAnsi="Times New Roman" w:cs="Times New Roman"/>
                <w:bCs/>
                <w:sz w:val="24"/>
                <w:szCs w:val="24"/>
                <w:lang w:val="ru-RU" w:eastAsia="ru-RU"/>
              </w:rPr>
              <w:t xml:space="preserve">тели. </w:t>
            </w:r>
            <w:proofErr w:type="spellStart"/>
            <w:r w:rsidRPr="001F1BE2">
              <w:rPr>
                <w:rFonts w:ascii="Times New Roman" w:eastAsia="Times New Roman" w:hAnsi="Times New Roman" w:cs="Times New Roman"/>
                <w:bCs/>
                <w:sz w:val="24"/>
                <w:szCs w:val="24"/>
                <w:lang w:eastAsia="ru-RU"/>
              </w:rPr>
              <w:t>Процедура</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определения</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состояния</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организма</w:t>
            </w:r>
            <w:proofErr w:type="spellEnd"/>
            <w:r w:rsidRPr="001F1BE2">
              <w:rPr>
                <w:rFonts w:ascii="Times New Roman" w:eastAsia="Times New Roman" w:hAnsi="Times New Roman" w:cs="Times New Roman"/>
                <w:bCs/>
                <w:sz w:val="24"/>
                <w:szCs w:val="24"/>
                <w:lang w:eastAsia="ru-RU"/>
              </w:rPr>
              <w:t xml:space="preserve"> с </w:t>
            </w:r>
            <w:proofErr w:type="spellStart"/>
            <w:r w:rsidRPr="001F1BE2">
              <w:rPr>
                <w:rFonts w:ascii="Times New Roman" w:eastAsia="Times New Roman" w:hAnsi="Times New Roman" w:cs="Times New Roman"/>
                <w:bCs/>
                <w:sz w:val="24"/>
                <w:szCs w:val="24"/>
                <w:lang w:eastAsia="ru-RU"/>
              </w:rPr>
              <w:t>помощью</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одномоментной</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функциональной</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пробы</w:t>
            </w:r>
            <w:proofErr w:type="spellEnd"/>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Tr="00543CB8">
        <w:trPr>
          <w:trHeight w:hRule="exact" w:val="100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proofErr w:type="spellStart"/>
            <w:r w:rsidRPr="00BB4206">
              <w:rPr>
                <w:rFonts w:ascii="Times New Roman" w:eastAsia="Times New Roman" w:hAnsi="Times New Roman" w:cs="Times New Roman"/>
                <w:sz w:val="24"/>
                <w:szCs w:val="24"/>
                <w:lang w:val="ru-RU" w:eastAsia="ru-RU"/>
              </w:rPr>
              <w:t>Прикладно-ориентированная</w:t>
            </w:r>
            <w:proofErr w:type="spellEnd"/>
            <w:r w:rsidRPr="00BB4206">
              <w:rPr>
                <w:rFonts w:ascii="Times New Roman" w:eastAsia="Times New Roman" w:hAnsi="Times New Roman" w:cs="Times New Roman"/>
                <w:sz w:val="24"/>
                <w:szCs w:val="24"/>
                <w:lang w:val="ru-RU" w:eastAsia="ru-RU"/>
              </w:rPr>
              <w:t xml:space="preserve"> физ</w:t>
            </w:r>
            <w:r w:rsidRPr="00BB4206">
              <w:rPr>
                <w:rFonts w:ascii="Times New Roman" w:eastAsia="Times New Roman" w:hAnsi="Times New Roman" w:cs="Times New Roman"/>
                <w:sz w:val="24"/>
                <w:szCs w:val="24"/>
                <w:lang w:val="ru-RU" w:eastAsia="ru-RU"/>
              </w:rPr>
              <w:t>и</w:t>
            </w:r>
            <w:r w:rsidRPr="00BB4206">
              <w:rPr>
                <w:rFonts w:ascii="Times New Roman" w:eastAsia="Times New Roman" w:hAnsi="Times New Roman" w:cs="Times New Roman"/>
                <w:sz w:val="24"/>
                <w:szCs w:val="24"/>
                <w:lang w:val="ru-RU" w:eastAsia="ru-RU"/>
              </w:rPr>
              <w:t>ческая культура. Развитие гибк</w:t>
            </w:r>
            <w:r w:rsidRPr="00BB4206">
              <w:rPr>
                <w:rFonts w:ascii="Times New Roman" w:eastAsia="Times New Roman" w:hAnsi="Times New Roman" w:cs="Times New Roman"/>
                <w:sz w:val="24"/>
                <w:szCs w:val="24"/>
                <w:lang w:val="ru-RU" w:eastAsia="ru-RU"/>
              </w:rPr>
              <w:t>о</w:t>
            </w:r>
            <w:r w:rsidRPr="00BB4206">
              <w:rPr>
                <w:rFonts w:ascii="Times New Roman" w:eastAsia="Times New Roman" w:hAnsi="Times New Roman" w:cs="Times New Roman"/>
                <w:sz w:val="24"/>
                <w:szCs w:val="24"/>
                <w:lang w:val="ru-RU" w:eastAsia="ru-RU"/>
              </w:rPr>
              <w:t>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Tr="005C6771">
        <w:trPr>
          <w:trHeight w:hRule="exact" w:val="98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13.</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proofErr w:type="spellStart"/>
            <w:r w:rsidRPr="00BB4206">
              <w:rPr>
                <w:rFonts w:ascii="Times New Roman" w:eastAsia="Times New Roman" w:hAnsi="Times New Roman" w:cs="Times New Roman"/>
                <w:sz w:val="24"/>
                <w:szCs w:val="24"/>
                <w:lang w:val="ru-RU" w:eastAsia="ru-RU"/>
              </w:rPr>
              <w:t>Прикладно-ориентированная</w:t>
            </w:r>
            <w:proofErr w:type="spellEnd"/>
            <w:r w:rsidRPr="00BB4206">
              <w:rPr>
                <w:rFonts w:ascii="Times New Roman" w:eastAsia="Times New Roman" w:hAnsi="Times New Roman" w:cs="Times New Roman"/>
                <w:sz w:val="24"/>
                <w:szCs w:val="24"/>
                <w:lang w:val="ru-RU" w:eastAsia="ru-RU"/>
              </w:rPr>
              <w:t xml:space="preserve"> физ</w:t>
            </w:r>
            <w:r w:rsidRPr="00BB4206">
              <w:rPr>
                <w:rFonts w:ascii="Times New Roman" w:eastAsia="Times New Roman" w:hAnsi="Times New Roman" w:cs="Times New Roman"/>
                <w:sz w:val="24"/>
                <w:szCs w:val="24"/>
                <w:lang w:val="ru-RU" w:eastAsia="ru-RU"/>
              </w:rPr>
              <w:t>и</w:t>
            </w:r>
            <w:r w:rsidRPr="00BB4206">
              <w:rPr>
                <w:rFonts w:ascii="Times New Roman" w:eastAsia="Times New Roman" w:hAnsi="Times New Roman" w:cs="Times New Roman"/>
                <w:sz w:val="24"/>
                <w:szCs w:val="24"/>
                <w:lang w:val="ru-RU" w:eastAsia="ru-RU"/>
              </w:rPr>
              <w:t>ческая культура. Развитие выно</w:t>
            </w:r>
            <w:r w:rsidRPr="00BB4206">
              <w:rPr>
                <w:rFonts w:ascii="Times New Roman" w:eastAsia="Times New Roman" w:hAnsi="Times New Roman" w:cs="Times New Roman"/>
                <w:sz w:val="24"/>
                <w:szCs w:val="24"/>
                <w:lang w:val="ru-RU" w:eastAsia="ru-RU"/>
              </w:rPr>
              <w:t>с</w:t>
            </w:r>
            <w:r w:rsidRPr="00BB4206">
              <w:rPr>
                <w:rFonts w:ascii="Times New Roman" w:eastAsia="Times New Roman" w:hAnsi="Times New Roman" w:cs="Times New Roman"/>
                <w:sz w:val="24"/>
                <w:szCs w:val="24"/>
                <w:lang w:val="ru-RU" w:eastAsia="ru-RU"/>
              </w:rPr>
              <w:t>ливости.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RPr="0093776D" w:rsidTr="0093776D">
        <w:trPr>
          <w:trHeight w:hRule="exact" w:val="156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14.</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rPr>
                <w:rFonts w:ascii="Times New Roman" w:eastAsia="Times New Roman" w:hAnsi="Times New Roman" w:cs="Times New Roman"/>
                <w:sz w:val="24"/>
                <w:szCs w:val="24"/>
                <w:lang w:val="ru-RU" w:eastAsia="ru-RU"/>
              </w:rPr>
            </w:pPr>
            <w:proofErr w:type="spellStart"/>
            <w:r w:rsidRPr="00BB4206">
              <w:rPr>
                <w:rFonts w:ascii="Times New Roman" w:eastAsia="Times New Roman" w:hAnsi="Times New Roman" w:cs="Times New Roman"/>
                <w:sz w:val="24"/>
                <w:szCs w:val="24"/>
                <w:lang w:val="ru-RU" w:eastAsia="ru-RU"/>
              </w:rPr>
              <w:t>Прикладно-ориентированная</w:t>
            </w:r>
            <w:proofErr w:type="spellEnd"/>
            <w:r w:rsidRPr="00BB4206">
              <w:rPr>
                <w:rFonts w:ascii="Times New Roman" w:eastAsia="Times New Roman" w:hAnsi="Times New Roman" w:cs="Times New Roman"/>
                <w:sz w:val="24"/>
                <w:szCs w:val="24"/>
                <w:lang w:val="ru-RU" w:eastAsia="ru-RU"/>
              </w:rPr>
              <w:t xml:space="preserve"> физ</w:t>
            </w:r>
            <w:r w:rsidRPr="00BB4206">
              <w:rPr>
                <w:rFonts w:ascii="Times New Roman" w:eastAsia="Times New Roman" w:hAnsi="Times New Roman" w:cs="Times New Roman"/>
                <w:sz w:val="24"/>
                <w:szCs w:val="24"/>
                <w:lang w:val="ru-RU" w:eastAsia="ru-RU"/>
              </w:rPr>
              <w:t>и</w:t>
            </w:r>
            <w:r w:rsidRPr="00BB4206">
              <w:rPr>
                <w:rFonts w:ascii="Times New Roman" w:eastAsia="Times New Roman" w:hAnsi="Times New Roman" w:cs="Times New Roman"/>
                <w:sz w:val="24"/>
                <w:szCs w:val="24"/>
                <w:lang w:val="ru-RU" w:eastAsia="ru-RU"/>
              </w:rPr>
              <w:t>ческая культура. Развитие скорос</w:t>
            </w:r>
            <w:r w:rsidRPr="00BB4206">
              <w:rPr>
                <w:rFonts w:ascii="Times New Roman" w:eastAsia="Times New Roman" w:hAnsi="Times New Roman" w:cs="Times New Roman"/>
                <w:sz w:val="24"/>
                <w:szCs w:val="24"/>
                <w:lang w:val="ru-RU" w:eastAsia="ru-RU"/>
              </w:rPr>
              <w:t>т</w:t>
            </w:r>
            <w:r w:rsidRPr="00BB4206">
              <w:rPr>
                <w:rFonts w:ascii="Times New Roman" w:eastAsia="Times New Roman" w:hAnsi="Times New Roman" w:cs="Times New Roman"/>
                <w:sz w:val="24"/>
                <w:szCs w:val="24"/>
                <w:lang w:val="ru-RU" w:eastAsia="ru-RU"/>
              </w:rPr>
              <w:t>ных и скоростно-силовых качеств</w:t>
            </w:r>
            <w:r w:rsidR="0093776D">
              <w:rPr>
                <w:rFonts w:ascii="Times New Roman" w:eastAsia="Times New Roman" w:hAnsi="Times New Roman" w:cs="Times New Roman"/>
                <w:sz w:val="24"/>
                <w:szCs w:val="24"/>
                <w:lang w:val="ru-RU" w:eastAsia="ru-RU"/>
              </w:rPr>
              <w:t xml:space="preserve">. </w:t>
            </w:r>
            <w:proofErr w:type="spellStart"/>
            <w:r w:rsidR="0093776D">
              <w:rPr>
                <w:rFonts w:ascii="Times New Roman" w:eastAsia="Times New Roman" w:hAnsi="Times New Roman" w:cs="Times New Roman"/>
                <w:sz w:val="24"/>
                <w:szCs w:val="24"/>
                <w:lang w:val="ru-RU" w:eastAsia="ru-RU"/>
              </w:rPr>
              <w:t>Конрольный</w:t>
            </w:r>
            <w:proofErr w:type="spellEnd"/>
            <w:r w:rsidR="0093776D">
              <w:rPr>
                <w:rFonts w:ascii="Times New Roman" w:eastAsia="Times New Roman" w:hAnsi="Times New Roman" w:cs="Times New Roman"/>
                <w:sz w:val="24"/>
                <w:szCs w:val="24"/>
                <w:lang w:val="ru-RU" w:eastAsia="ru-RU"/>
              </w:rPr>
              <w:t xml:space="preserve"> норматив за 1 че</w:t>
            </w:r>
            <w:r w:rsidR="0093776D">
              <w:rPr>
                <w:rFonts w:ascii="Times New Roman" w:eastAsia="Times New Roman" w:hAnsi="Times New Roman" w:cs="Times New Roman"/>
                <w:sz w:val="24"/>
                <w:szCs w:val="24"/>
                <w:lang w:val="ru-RU" w:eastAsia="ru-RU"/>
              </w:rPr>
              <w:t>т</w:t>
            </w:r>
            <w:r w:rsidR="0093776D">
              <w:rPr>
                <w:rFonts w:ascii="Times New Roman" w:eastAsia="Times New Roman" w:hAnsi="Times New Roman" w:cs="Times New Roman"/>
                <w:sz w:val="24"/>
                <w:szCs w:val="24"/>
                <w:lang w:val="ru-RU" w:eastAsia="ru-RU"/>
              </w:rPr>
              <w:t>верть.</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autoSpaceDE w:val="0"/>
              <w:autoSpaceDN w:val="0"/>
              <w:spacing w:before="98" w:after="0" w:line="230" w:lineRule="auto"/>
              <w:ind w:left="72"/>
              <w:rPr>
                <w:lang w:val="ru-RU"/>
              </w:rPr>
            </w:pPr>
            <w:r w:rsidRPr="0093776D">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93776D" w:rsidP="0093776D">
            <w:pPr>
              <w:jc w:val="cente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A30A01">
            <w:pPr>
              <w:rPr>
                <w:lang w:val="ru-RU"/>
              </w:rPr>
            </w:pPr>
            <w:r>
              <w:rPr>
                <w:lang w:val="ru-RU"/>
              </w:rPr>
              <w:t>Практическая работа</w:t>
            </w:r>
          </w:p>
        </w:tc>
      </w:tr>
      <w:tr w:rsidR="00BB4206" w:rsidTr="005C6771">
        <w:trPr>
          <w:trHeight w:hRule="exact" w:val="114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autoSpaceDE w:val="0"/>
              <w:autoSpaceDN w:val="0"/>
              <w:spacing w:before="98" w:after="0" w:line="230" w:lineRule="auto"/>
              <w:ind w:left="72"/>
              <w:rPr>
                <w:lang w:val="ru-RU"/>
              </w:rPr>
            </w:pPr>
            <w:r w:rsidRPr="0093776D">
              <w:rPr>
                <w:rFonts w:ascii="Times New Roman" w:eastAsia="Times New Roman" w:hAnsi="Times New Roman"/>
                <w:color w:val="000000"/>
                <w:sz w:val="24"/>
                <w:lang w:val="ru-RU"/>
              </w:rPr>
              <w:t>15.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proofErr w:type="spellStart"/>
            <w:r w:rsidRPr="00BB4206">
              <w:rPr>
                <w:rFonts w:ascii="Times New Roman" w:eastAsia="Times New Roman" w:hAnsi="Times New Roman" w:cs="Times New Roman"/>
                <w:sz w:val="24"/>
                <w:szCs w:val="24"/>
                <w:lang w:val="ru-RU" w:eastAsia="ru-RU"/>
              </w:rPr>
              <w:t>Прикладно-ориентированная</w:t>
            </w:r>
            <w:proofErr w:type="spellEnd"/>
            <w:r w:rsidRPr="00BB4206">
              <w:rPr>
                <w:rFonts w:ascii="Times New Roman" w:eastAsia="Times New Roman" w:hAnsi="Times New Roman" w:cs="Times New Roman"/>
                <w:sz w:val="24"/>
                <w:szCs w:val="24"/>
                <w:lang w:val="ru-RU" w:eastAsia="ru-RU"/>
              </w:rPr>
              <w:t xml:space="preserve"> физ</w:t>
            </w:r>
            <w:r w:rsidRPr="00BB4206">
              <w:rPr>
                <w:rFonts w:ascii="Times New Roman" w:eastAsia="Times New Roman" w:hAnsi="Times New Roman" w:cs="Times New Roman"/>
                <w:sz w:val="24"/>
                <w:szCs w:val="24"/>
                <w:lang w:val="ru-RU" w:eastAsia="ru-RU"/>
              </w:rPr>
              <w:t>и</w:t>
            </w:r>
            <w:r w:rsidRPr="00BB4206">
              <w:rPr>
                <w:rFonts w:ascii="Times New Roman" w:eastAsia="Times New Roman" w:hAnsi="Times New Roman" w:cs="Times New Roman"/>
                <w:sz w:val="24"/>
                <w:szCs w:val="24"/>
                <w:lang w:val="ru-RU" w:eastAsia="ru-RU"/>
              </w:rPr>
              <w:t>ческая культура. Развитие коорд</w:t>
            </w:r>
            <w:r w:rsidRPr="00BB4206">
              <w:rPr>
                <w:rFonts w:ascii="Times New Roman" w:eastAsia="Times New Roman" w:hAnsi="Times New Roman" w:cs="Times New Roman"/>
                <w:sz w:val="24"/>
                <w:szCs w:val="24"/>
                <w:lang w:val="ru-RU" w:eastAsia="ru-RU"/>
              </w:rPr>
              <w:t>и</w:t>
            </w:r>
            <w:r w:rsidRPr="00BB4206">
              <w:rPr>
                <w:rFonts w:ascii="Times New Roman" w:eastAsia="Times New Roman" w:hAnsi="Times New Roman" w:cs="Times New Roman"/>
                <w:sz w:val="24"/>
                <w:szCs w:val="24"/>
                <w:lang w:val="ru-RU" w:eastAsia="ru-RU"/>
              </w:rPr>
              <w:t>национных способностей.</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autoSpaceDE w:val="0"/>
              <w:autoSpaceDN w:val="0"/>
              <w:spacing w:before="98" w:after="0" w:line="230" w:lineRule="auto"/>
              <w:ind w:left="72"/>
              <w:rPr>
                <w:lang w:val="ru-RU"/>
              </w:rPr>
            </w:pPr>
            <w:r w:rsidRPr="0093776D">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93776D" w:rsidRDefault="00BB4206">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Tr="005C6771">
        <w:trPr>
          <w:trHeight w:hRule="exact" w:val="98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Cs/>
                <w:sz w:val="24"/>
                <w:szCs w:val="24"/>
                <w:lang w:val="ru-RU" w:eastAsia="ru-RU"/>
              </w:rPr>
              <w:t>Упражнения дыхательной и зр</w:t>
            </w:r>
            <w:r w:rsidRPr="00BB4206">
              <w:rPr>
                <w:rFonts w:ascii="Times New Roman" w:eastAsia="Times New Roman" w:hAnsi="Times New Roman" w:cs="Times New Roman"/>
                <w:iCs/>
                <w:sz w:val="24"/>
                <w:szCs w:val="24"/>
                <w:lang w:val="ru-RU" w:eastAsia="ru-RU"/>
              </w:rPr>
              <w:t>и</w:t>
            </w:r>
            <w:r w:rsidRPr="00BB4206">
              <w:rPr>
                <w:rFonts w:ascii="Times New Roman" w:eastAsia="Times New Roman" w:hAnsi="Times New Roman" w:cs="Times New Roman"/>
                <w:iCs/>
                <w:sz w:val="24"/>
                <w:szCs w:val="24"/>
                <w:lang w:val="ru-RU" w:eastAsia="ru-RU"/>
              </w:rPr>
              <w:t>тельной гимнастики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Устный опрос</w:t>
            </w:r>
          </w:p>
        </w:tc>
      </w:tr>
      <w:tr w:rsidR="00BB4206" w:rsidTr="005C6771">
        <w:trPr>
          <w:trHeight w:hRule="exact" w:val="185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1F1BE2" w:rsidRDefault="00BB4206" w:rsidP="00BB4206">
            <w:pPr>
              <w:spacing w:line="240" w:lineRule="auto"/>
              <w:rPr>
                <w:rFonts w:ascii="Times New Roman" w:eastAsia="Times New Roman" w:hAnsi="Times New Roman" w:cs="Times New Roman"/>
                <w:sz w:val="24"/>
                <w:szCs w:val="24"/>
                <w:lang w:eastAsia="ru-RU"/>
              </w:rPr>
            </w:pPr>
            <w:r w:rsidRPr="00BB4206">
              <w:rPr>
                <w:rFonts w:ascii="Times New Roman" w:eastAsia="Times New Roman" w:hAnsi="Times New Roman" w:cs="Times New Roman"/>
                <w:bCs/>
                <w:sz w:val="24"/>
                <w:szCs w:val="24"/>
                <w:lang w:val="ru-RU" w:eastAsia="ru-RU"/>
              </w:rPr>
              <w:t>Исследование влияния оздоров</w:t>
            </w:r>
            <w:r w:rsidRPr="00BB4206">
              <w:rPr>
                <w:rFonts w:ascii="Times New Roman" w:eastAsia="Times New Roman" w:hAnsi="Times New Roman" w:cs="Times New Roman"/>
                <w:bCs/>
                <w:sz w:val="24"/>
                <w:szCs w:val="24"/>
                <w:lang w:val="ru-RU" w:eastAsia="ru-RU"/>
              </w:rPr>
              <w:t>и</w:t>
            </w:r>
            <w:r w:rsidRPr="00BB4206">
              <w:rPr>
                <w:rFonts w:ascii="Times New Roman" w:eastAsia="Times New Roman" w:hAnsi="Times New Roman" w:cs="Times New Roman"/>
                <w:bCs/>
                <w:sz w:val="24"/>
                <w:szCs w:val="24"/>
                <w:lang w:val="ru-RU" w:eastAsia="ru-RU"/>
              </w:rPr>
              <w:t xml:space="preserve">тельных форм занятий физической культурой на работу сердца. </w:t>
            </w:r>
            <w:proofErr w:type="spellStart"/>
            <w:r w:rsidRPr="001F1BE2">
              <w:rPr>
                <w:rFonts w:ascii="Times New Roman" w:eastAsia="Times New Roman" w:hAnsi="Times New Roman" w:cs="Times New Roman"/>
                <w:bCs/>
                <w:sz w:val="24"/>
                <w:szCs w:val="24"/>
                <w:lang w:eastAsia="ru-RU"/>
              </w:rPr>
              <w:t>Ведение</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дневника</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физической</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культуры</w:t>
            </w:r>
            <w:proofErr w:type="spellEnd"/>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Устный опрос</w:t>
            </w:r>
          </w:p>
        </w:tc>
      </w:tr>
      <w:tr w:rsidR="00BB4206" w:rsidTr="005C6771">
        <w:trPr>
          <w:trHeight w:hRule="exact" w:val="134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100" w:after="0" w:line="230" w:lineRule="auto"/>
              <w:ind w:left="72"/>
            </w:pPr>
            <w:r>
              <w:rPr>
                <w:rFonts w:ascii="Times New Roman" w:eastAsia="Times New Roman" w:hAnsi="Times New Roman"/>
                <w:color w:val="000000"/>
                <w:sz w:val="24"/>
              </w:rPr>
              <w:t>18.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Знакомство с понятием «спортивно-оздоровительная деятельность</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100"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Tr="005C6771">
        <w:trPr>
          <w:trHeight w:hRule="exact" w:val="118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100" w:after="0" w:line="230" w:lineRule="auto"/>
              <w:ind w:left="72"/>
            </w:pPr>
            <w:r>
              <w:rPr>
                <w:rFonts w:ascii="Times New Roman" w:eastAsia="Times New Roman" w:hAnsi="Times New Roman"/>
                <w:color w:val="000000"/>
                <w:sz w:val="24"/>
              </w:rPr>
              <w:t>19.</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Кувырок вперёд в группировке</w:t>
            </w:r>
            <w:proofErr w:type="gramStart"/>
            <w:r w:rsidRPr="00BB4206">
              <w:rPr>
                <w:rFonts w:ascii="Times New Roman" w:eastAsia="Times New Roman" w:hAnsi="Times New Roman" w:cs="Times New Roman"/>
                <w:i/>
                <w:iCs/>
                <w:sz w:val="24"/>
                <w:szCs w:val="24"/>
                <w:lang w:val="ru-RU" w:eastAsia="ru-RU"/>
              </w:rPr>
              <w:t xml:space="preserve"> .</w:t>
            </w:r>
            <w:proofErr w:type="gramEnd"/>
            <w:r w:rsidRPr="00BB4206">
              <w:rPr>
                <w:rFonts w:ascii="Times New Roman" w:eastAsia="Times New Roman" w:hAnsi="Times New Roman" w:cs="Times New Roman"/>
                <w:i/>
                <w:iCs/>
                <w:sz w:val="24"/>
                <w:szCs w:val="24"/>
                <w:lang w:val="ru-RU" w:eastAsia="ru-RU"/>
              </w:rPr>
              <w:t xml:space="preserve"> 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Кувырок назад в группировке</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100"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BB4206" w:rsidTr="005C6771">
        <w:trPr>
          <w:trHeight w:hRule="exact" w:val="113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20.</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1F1BE2" w:rsidRDefault="00BB4206" w:rsidP="00BB4206">
            <w:pPr>
              <w:spacing w:line="240" w:lineRule="auto"/>
              <w:rPr>
                <w:rFonts w:ascii="Times New Roman" w:eastAsia="Times New Roman" w:hAnsi="Times New Roman" w:cs="Times New Roman"/>
                <w:sz w:val="24"/>
                <w:szCs w:val="24"/>
                <w:lang w:eastAsia="ru-RU"/>
              </w:rPr>
            </w:pPr>
            <w:r w:rsidRPr="00BB4206">
              <w:rPr>
                <w:rFonts w:ascii="Times New Roman" w:eastAsia="Times New Roman" w:hAnsi="Times New Roman" w:cs="Times New Roman"/>
                <w:bCs/>
                <w:sz w:val="24"/>
                <w:szCs w:val="24"/>
                <w:lang w:val="ru-RU" w:eastAsia="ru-RU"/>
              </w:rPr>
              <w:t>Знакомство с понятием «здоровый образ жизни» и значением здор</w:t>
            </w:r>
            <w:r w:rsidRPr="00BB4206">
              <w:rPr>
                <w:rFonts w:ascii="Times New Roman" w:eastAsia="Times New Roman" w:hAnsi="Times New Roman" w:cs="Times New Roman"/>
                <w:bCs/>
                <w:sz w:val="24"/>
                <w:szCs w:val="24"/>
                <w:lang w:val="ru-RU" w:eastAsia="ru-RU"/>
              </w:rPr>
              <w:t>о</w:t>
            </w:r>
            <w:r w:rsidRPr="00BB4206">
              <w:rPr>
                <w:rFonts w:ascii="Times New Roman" w:eastAsia="Times New Roman" w:hAnsi="Times New Roman" w:cs="Times New Roman"/>
                <w:bCs/>
                <w:sz w:val="24"/>
                <w:szCs w:val="24"/>
                <w:lang w:val="ru-RU" w:eastAsia="ru-RU"/>
              </w:rPr>
              <w:t>вого образа жизни в жизнедеятел</w:t>
            </w:r>
            <w:r w:rsidRPr="00BB4206">
              <w:rPr>
                <w:rFonts w:ascii="Times New Roman" w:eastAsia="Times New Roman" w:hAnsi="Times New Roman" w:cs="Times New Roman"/>
                <w:bCs/>
                <w:sz w:val="24"/>
                <w:szCs w:val="24"/>
                <w:lang w:val="ru-RU" w:eastAsia="ru-RU"/>
              </w:rPr>
              <w:t>ь</w:t>
            </w:r>
            <w:r w:rsidRPr="00BB4206">
              <w:rPr>
                <w:rFonts w:ascii="Times New Roman" w:eastAsia="Times New Roman" w:hAnsi="Times New Roman" w:cs="Times New Roman"/>
                <w:bCs/>
                <w:sz w:val="24"/>
                <w:szCs w:val="24"/>
                <w:lang w:val="ru-RU" w:eastAsia="ru-RU"/>
              </w:rPr>
              <w:t>ности современного человека</w:t>
            </w:r>
            <w:r w:rsidRPr="00BB4206">
              <w:rPr>
                <w:rFonts w:ascii="Times New Roman" w:eastAsia="Times New Roman" w:hAnsi="Times New Roman" w:cs="Times New Roman"/>
                <w:sz w:val="24"/>
                <w:szCs w:val="24"/>
                <w:lang w:val="ru-RU" w:eastAsia="ru-RU"/>
              </w:rPr>
              <w:t xml:space="preserve">. </w:t>
            </w:r>
            <w:proofErr w:type="spellStart"/>
            <w:r w:rsidRPr="001F1BE2">
              <w:rPr>
                <w:rFonts w:ascii="Times New Roman" w:eastAsia="Times New Roman" w:hAnsi="Times New Roman" w:cs="Times New Roman"/>
                <w:bCs/>
                <w:sz w:val="24"/>
                <w:szCs w:val="24"/>
                <w:lang w:eastAsia="ru-RU"/>
              </w:rPr>
              <w:t>Знакомство</w:t>
            </w:r>
            <w:proofErr w:type="spellEnd"/>
            <w:r w:rsidRPr="001F1BE2">
              <w:rPr>
                <w:rFonts w:ascii="Times New Roman" w:eastAsia="Times New Roman" w:hAnsi="Times New Roman" w:cs="Times New Roman"/>
                <w:bCs/>
                <w:sz w:val="24"/>
                <w:szCs w:val="24"/>
                <w:lang w:eastAsia="ru-RU"/>
              </w:rPr>
              <w:t xml:space="preserve"> с </w:t>
            </w:r>
            <w:proofErr w:type="spellStart"/>
            <w:r w:rsidRPr="001F1BE2">
              <w:rPr>
                <w:rFonts w:ascii="Times New Roman" w:eastAsia="Times New Roman" w:hAnsi="Times New Roman" w:cs="Times New Roman"/>
                <w:bCs/>
                <w:sz w:val="24"/>
                <w:szCs w:val="24"/>
                <w:lang w:eastAsia="ru-RU"/>
              </w:rPr>
              <w:t>историей</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древних</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Олимпийских</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игр</w:t>
            </w:r>
            <w:proofErr w:type="spellEnd"/>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pPr>
              <w:rPr>
                <w:lang w:val="ru-RU"/>
              </w:rPr>
            </w:pPr>
            <w:r>
              <w:rPr>
                <w:lang w:val="ru-RU"/>
              </w:rPr>
              <w:t>Устный опрос</w:t>
            </w:r>
          </w:p>
        </w:tc>
      </w:tr>
      <w:tr w:rsidR="00BB4206" w:rsidRPr="00A30A01" w:rsidTr="00A30A01">
        <w:trPr>
          <w:trHeight w:hRule="exact" w:val="186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lastRenderedPageBreak/>
              <w:t>21.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Кувырок вперёд ноги «</w:t>
            </w:r>
            <w:proofErr w:type="spellStart"/>
            <w:r w:rsidRPr="00BB4206">
              <w:rPr>
                <w:rFonts w:ascii="Times New Roman" w:eastAsia="Times New Roman" w:hAnsi="Times New Roman" w:cs="Times New Roman"/>
                <w:bCs/>
                <w:sz w:val="24"/>
                <w:szCs w:val="24"/>
                <w:lang w:val="ru-RU" w:eastAsia="ru-RU"/>
              </w:rPr>
              <w:t>скрёстно</w:t>
            </w:r>
            <w:proofErr w:type="spellEnd"/>
            <w:r w:rsidRPr="00BB4206">
              <w:rPr>
                <w:rFonts w:ascii="Times New Roman" w:eastAsia="Times New Roman" w:hAnsi="Times New Roman" w:cs="Times New Roman"/>
                <w:bCs/>
                <w:sz w:val="24"/>
                <w:szCs w:val="24"/>
                <w:lang w:val="ru-RU" w:eastAsia="ru-RU"/>
              </w:rPr>
              <w:t>»</w:t>
            </w:r>
            <w:r w:rsidRPr="00BB4206">
              <w:rPr>
                <w:rFonts w:ascii="Times New Roman" w:eastAsia="Times New Roman" w:hAnsi="Times New Roman" w:cs="Times New Roman"/>
                <w:i/>
                <w:iCs/>
                <w:sz w:val="24"/>
                <w:szCs w:val="24"/>
                <w:lang w:val="ru-RU" w:eastAsia="ru-RU"/>
              </w:rPr>
              <w:t>. 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Кувырок назад из стойки на лопатках</w:t>
            </w:r>
            <w:r w:rsidR="00A30A01">
              <w:rPr>
                <w:rFonts w:ascii="Times New Roman" w:eastAsia="Times New Roman" w:hAnsi="Times New Roman" w:cs="Times New Roman"/>
                <w:bCs/>
                <w:sz w:val="24"/>
                <w:szCs w:val="24"/>
                <w:lang w:val="ru-RU" w:eastAsia="ru-RU"/>
              </w:rPr>
              <w:t xml:space="preserve">.  </w:t>
            </w:r>
            <w:proofErr w:type="spellStart"/>
            <w:r w:rsidR="00A30A01">
              <w:rPr>
                <w:rFonts w:ascii="Times New Roman" w:eastAsia="Times New Roman" w:hAnsi="Times New Roman" w:cs="Times New Roman"/>
                <w:bCs/>
                <w:sz w:val="24"/>
                <w:szCs w:val="24"/>
                <w:lang w:val="ru-RU" w:eastAsia="ru-RU"/>
              </w:rPr>
              <w:t>Контрорл</w:t>
            </w:r>
            <w:r w:rsidR="00A30A01">
              <w:rPr>
                <w:rFonts w:ascii="Times New Roman" w:eastAsia="Times New Roman" w:hAnsi="Times New Roman" w:cs="Times New Roman"/>
                <w:bCs/>
                <w:sz w:val="24"/>
                <w:szCs w:val="24"/>
                <w:lang w:val="ru-RU" w:eastAsia="ru-RU"/>
              </w:rPr>
              <w:t>ь</w:t>
            </w:r>
            <w:r w:rsidR="00A30A01">
              <w:rPr>
                <w:rFonts w:ascii="Times New Roman" w:eastAsia="Times New Roman" w:hAnsi="Times New Roman" w:cs="Times New Roman"/>
                <w:bCs/>
                <w:sz w:val="24"/>
                <w:szCs w:val="24"/>
                <w:lang w:val="ru-RU" w:eastAsia="ru-RU"/>
              </w:rPr>
              <w:t>ный</w:t>
            </w:r>
            <w:proofErr w:type="spellEnd"/>
            <w:r w:rsidR="00A30A01">
              <w:rPr>
                <w:rFonts w:ascii="Times New Roman" w:eastAsia="Times New Roman" w:hAnsi="Times New Roman" w:cs="Times New Roman"/>
                <w:bCs/>
                <w:sz w:val="24"/>
                <w:szCs w:val="24"/>
                <w:lang w:val="ru-RU" w:eastAsia="ru-RU"/>
              </w:rPr>
              <w:t xml:space="preserve"> норматив за 1 четверть.</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autoSpaceDE w:val="0"/>
              <w:autoSpaceDN w:val="0"/>
              <w:spacing w:before="98" w:after="0" w:line="230" w:lineRule="auto"/>
              <w:ind w:left="72"/>
              <w:rPr>
                <w:lang w:val="ru-RU"/>
              </w:rPr>
            </w:pPr>
            <w:r w:rsidRPr="00A30A01">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BB4206">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pPr>
              <w:rPr>
                <w:lang w:val="ru-RU"/>
              </w:rPr>
            </w:pPr>
            <w:r>
              <w:rPr>
                <w:lang w:val="ru-RU"/>
              </w:rPr>
              <w:t>Практическая работа</w:t>
            </w:r>
          </w:p>
        </w:tc>
      </w:tr>
      <w:tr w:rsidR="00A30A01" w:rsidTr="005C6771">
        <w:trPr>
          <w:trHeight w:hRule="exact" w:val="142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A30A01" w:rsidRDefault="00A30A01">
            <w:pPr>
              <w:autoSpaceDE w:val="0"/>
              <w:autoSpaceDN w:val="0"/>
              <w:spacing w:before="98" w:after="0" w:line="230" w:lineRule="auto"/>
              <w:ind w:left="72"/>
              <w:rPr>
                <w:lang w:val="ru-RU"/>
              </w:rPr>
            </w:pPr>
            <w:r w:rsidRPr="00A30A01">
              <w:rPr>
                <w:rFonts w:ascii="Times New Roman" w:eastAsia="Times New Roman" w:hAnsi="Times New Roman"/>
                <w:color w:val="000000"/>
                <w:sz w:val="24"/>
                <w:lang w:val="ru-RU"/>
              </w:rPr>
              <w:t>22.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03359A" w:rsidRDefault="00A30A01" w:rsidP="00BB4206">
            <w:r w:rsidRPr="00BB4206">
              <w:rPr>
                <w:rFonts w:ascii="Times New Roman" w:eastAsia="Times New Roman" w:hAnsi="Times New Roman" w:cs="Times New Roman"/>
                <w:bCs/>
                <w:sz w:val="24"/>
                <w:szCs w:val="24"/>
                <w:lang w:val="ru-RU" w:eastAsia="ru-RU"/>
              </w:rPr>
              <w:t>Осанка как показатель физического развития и здоровья школьника</w:t>
            </w:r>
            <w:r w:rsidRPr="00BB4206">
              <w:rPr>
                <w:lang w:val="ru-RU"/>
              </w:rPr>
              <w:t xml:space="preserve">. </w:t>
            </w:r>
            <w:r w:rsidRPr="00A30A01">
              <w:rPr>
                <w:rFonts w:ascii="Times New Roman" w:eastAsia="Times New Roman" w:hAnsi="Times New Roman" w:cs="Times New Roman"/>
                <w:bCs/>
                <w:sz w:val="24"/>
                <w:szCs w:val="24"/>
                <w:lang w:val="ru-RU" w:eastAsia="ru-RU"/>
              </w:rPr>
              <w:t>Упражнения для профилактики на</w:t>
            </w:r>
            <w:proofErr w:type="spellStart"/>
            <w:r w:rsidRPr="001F1BE2">
              <w:rPr>
                <w:rFonts w:ascii="Times New Roman" w:eastAsia="Times New Roman" w:hAnsi="Times New Roman" w:cs="Times New Roman"/>
                <w:bCs/>
                <w:sz w:val="24"/>
                <w:szCs w:val="24"/>
                <w:lang w:eastAsia="ru-RU"/>
              </w:rPr>
              <w:t>рушения</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осанки</w:t>
            </w:r>
            <w:proofErr w:type="spellEnd"/>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803D6E">
              <w:rPr>
                <w:lang w:val="ru-RU"/>
              </w:rPr>
              <w:t>Практическая работа</w:t>
            </w:r>
          </w:p>
        </w:tc>
      </w:tr>
      <w:tr w:rsidR="00A30A01" w:rsidTr="005C6771">
        <w:trPr>
          <w:trHeight w:hRule="exact" w:val="71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23.</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Опорный прыжок на гимнастического козла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803D6E">
              <w:rPr>
                <w:lang w:val="ru-RU"/>
              </w:rPr>
              <w:t>Практическая работа</w:t>
            </w:r>
          </w:p>
        </w:tc>
      </w:tr>
      <w:tr w:rsidR="00A30A01" w:rsidTr="005C6771">
        <w:trPr>
          <w:trHeight w:hRule="exact" w:val="99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24.</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BB4206" w:rsidRDefault="00A30A01" w:rsidP="00BB4206">
            <w:pPr>
              <w:spacing w:line="240" w:lineRule="auto"/>
              <w:rPr>
                <w:rFonts w:ascii="Times New Roman" w:eastAsia="Times New Roman" w:hAnsi="Times New Roman" w:cs="Times New Roman"/>
                <w:sz w:val="24"/>
                <w:szCs w:val="24"/>
                <w:lang w:val="ru-RU" w:eastAsia="ru-RU"/>
              </w:rPr>
            </w:pPr>
            <w:r w:rsidRPr="00BB4206">
              <w:rPr>
                <w:rFonts w:ascii="Times New Roman" w:eastAsia="Times New Roman" w:hAnsi="Times New Roman" w:cs="Times New Roman"/>
                <w:i/>
                <w:iCs/>
                <w:sz w:val="24"/>
                <w:szCs w:val="24"/>
                <w:lang w:val="ru-RU" w:eastAsia="ru-RU"/>
              </w:rPr>
              <w:t>Модуль «Гимнаст</w:t>
            </w:r>
            <w:r w:rsidRPr="00BB4206">
              <w:rPr>
                <w:rFonts w:ascii="Times New Roman" w:eastAsia="Times New Roman" w:hAnsi="Times New Roman" w:cs="Times New Roman"/>
                <w:i/>
                <w:iCs/>
                <w:sz w:val="24"/>
                <w:szCs w:val="24"/>
                <w:lang w:val="ru-RU" w:eastAsia="ru-RU"/>
              </w:rPr>
              <w:t>и</w:t>
            </w:r>
            <w:r w:rsidRPr="00BB4206">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Гимнастическая комбинация на низком гимнастическом бревне</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803D6E">
              <w:rPr>
                <w:lang w:val="ru-RU"/>
              </w:rPr>
              <w:t>Практическая работа</w:t>
            </w:r>
          </w:p>
        </w:tc>
      </w:tr>
      <w:tr w:rsidR="00A30A01" w:rsidTr="005C6771">
        <w:trPr>
          <w:trHeight w:hRule="exact" w:val="169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25.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1F1BE2" w:rsidRDefault="00A30A01" w:rsidP="00BB4206">
            <w:pPr>
              <w:spacing w:line="240" w:lineRule="auto"/>
              <w:rPr>
                <w:rFonts w:ascii="Times New Roman" w:eastAsia="Times New Roman" w:hAnsi="Times New Roman" w:cs="Times New Roman"/>
                <w:sz w:val="24"/>
                <w:szCs w:val="24"/>
                <w:lang w:eastAsia="ru-RU"/>
              </w:rPr>
            </w:pPr>
            <w:r w:rsidRPr="00BB4206">
              <w:rPr>
                <w:rFonts w:ascii="Times New Roman" w:eastAsia="Times New Roman" w:hAnsi="Times New Roman" w:cs="Times New Roman"/>
                <w:i/>
                <w:iCs/>
                <w:sz w:val="24"/>
                <w:szCs w:val="24"/>
                <w:lang w:val="ru-RU" w:eastAsia="ru-RU"/>
              </w:rPr>
              <w:t>Модуль «Гимнастика».</w:t>
            </w:r>
            <w:r w:rsidRPr="001F1BE2">
              <w:rPr>
                <w:rFonts w:ascii="Times New Roman" w:eastAsia="Times New Roman" w:hAnsi="Times New Roman" w:cs="Times New Roman"/>
                <w:i/>
                <w:iCs/>
                <w:sz w:val="24"/>
                <w:szCs w:val="24"/>
                <w:lang w:eastAsia="ru-RU"/>
              </w:rPr>
              <w:t> </w:t>
            </w:r>
            <w:r w:rsidRPr="00BB4206">
              <w:rPr>
                <w:rFonts w:ascii="Times New Roman" w:eastAsia="Times New Roman" w:hAnsi="Times New Roman" w:cs="Times New Roman"/>
                <w:bCs/>
                <w:sz w:val="24"/>
                <w:szCs w:val="24"/>
                <w:lang w:val="ru-RU" w:eastAsia="ru-RU"/>
              </w:rPr>
              <w:t xml:space="preserve">Лазанье и </w:t>
            </w:r>
            <w:proofErr w:type="spellStart"/>
            <w:r w:rsidRPr="00BB4206">
              <w:rPr>
                <w:rFonts w:ascii="Times New Roman" w:eastAsia="Times New Roman" w:hAnsi="Times New Roman" w:cs="Times New Roman"/>
                <w:bCs/>
                <w:sz w:val="24"/>
                <w:szCs w:val="24"/>
                <w:lang w:val="ru-RU" w:eastAsia="ru-RU"/>
              </w:rPr>
              <w:t>перелезание</w:t>
            </w:r>
            <w:proofErr w:type="spellEnd"/>
            <w:r w:rsidRPr="00BB4206">
              <w:rPr>
                <w:rFonts w:ascii="Times New Roman" w:eastAsia="Times New Roman" w:hAnsi="Times New Roman" w:cs="Times New Roman"/>
                <w:bCs/>
                <w:sz w:val="24"/>
                <w:szCs w:val="24"/>
                <w:lang w:val="ru-RU" w:eastAsia="ru-RU"/>
              </w:rPr>
              <w:t xml:space="preserve"> на гимнастической стенке</w:t>
            </w:r>
            <w:r w:rsidRPr="00BB4206">
              <w:rPr>
                <w:rFonts w:ascii="Times New Roman" w:eastAsia="Times New Roman" w:hAnsi="Times New Roman" w:cs="Times New Roman"/>
                <w:i/>
                <w:iCs/>
                <w:sz w:val="24"/>
                <w:szCs w:val="24"/>
                <w:lang w:val="ru-RU" w:eastAsia="ru-RU"/>
              </w:rPr>
              <w:t xml:space="preserve">. </w:t>
            </w:r>
            <w:proofErr w:type="spellStart"/>
            <w:r w:rsidRPr="001F1BE2">
              <w:rPr>
                <w:rFonts w:ascii="Times New Roman" w:eastAsia="Times New Roman" w:hAnsi="Times New Roman" w:cs="Times New Roman"/>
                <w:i/>
                <w:iCs/>
                <w:sz w:val="24"/>
                <w:szCs w:val="24"/>
                <w:lang w:eastAsia="ru-RU"/>
              </w:rPr>
              <w:t>Модуль</w:t>
            </w:r>
            <w:proofErr w:type="spellEnd"/>
            <w:r w:rsidRPr="001F1BE2">
              <w:rPr>
                <w:rFonts w:ascii="Times New Roman" w:eastAsia="Times New Roman" w:hAnsi="Times New Roman" w:cs="Times New Roman"/>
                <w:i/>
                <w:iCs/>
                <w:sz w:val="24"/>
                <w:szCs w:val="24"/>
                <w:lang w:eastAsia="ru-RU"/>
              </w:rPr>
              <w:t xml:space="preserve"> «</w:t>
            </w:r>
            <w:proofErr w:type="spellStart"/>
            <w:r w:rsidRPr="001F1BE2">
              <w:rPr>
                <w:rFonts w:ascii="Times New Roman" w:eastAsia="Times New Roman" w:hAnsi="Times New Roman" w:cs="Times New Roman"/>
                <w:i/>
                <w:iCs/>
                <w:sz w:val="24"/>
                <w:szCs w:val="24"/>
                <w:lang w:eastAsia="ru-RU"/>
              </w:rPr>
              <w:t>Гимнастика</w:t>
            </w:r>
            <w:proofErr w:type="spellEnd"/>
            <w:r w:rsidRPr="001F1BE2">
              <w:rPr>
                <w:rFonts w:ascii="Times New Roman" w:eastAsia="Times New Roman" w:hAnsi="Times New Roman" w:cs="Times New Roman"/>
                <w:i/>
                <w:iCs/>
                <w:sz w:val="24"/>
                <w:szCs w:val="24"/>
                <w:lang w:eastAsia="ru-RU"/>
              </w:rPr>
              <w:t>». </w:t>
            </w:r>
            <w:proofErr w:type="spellStart"/>
            <w:r w:rsidRPr="001F1BE2">
              <w:rPr>
                <w:rFonts w:ascii="Times New Roman" w:eastAsia="Times New Roman" w:hAnsi="Times New Roman" w:cs="Times New Roman"/>
                <w:bCs/>
                <w:sz w:val="24"/>
                <w:szCs w:val="24"/>
                <w:lang w:eastAsia="ru-RU"/>
              </w:rPr>
              <w:t>Расхождение</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на</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гимнастической</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скамейке</w:t>
            </w:r>
            <w:proofErr w:type="spellEnd"/>
            <w:r w:rsidRPr="001F1BE2">
              <w:rPr>
                <w:rFonts w:ascii="Times New Roman" w:eastAsia="Times New Roman" w:hAnsi="Times New Roman" w:cs="Times New Roman"/>
                <w:bCs/>
                <w:sz w:val="24"/>
                <w:szCs w:val="24"/>
                <w:lang w:eastAsia="ru-RU"/>
              </w:rPr>
              <w:t xml:space="preserve"> в </w:t>
            </w:r>
            <w:proofErr w:type="spellStart"/>
            <w:r w:rsidRPr="001F1BE2">
              <w:rPr>
                <w:rFonts w:ascii="Times New Roman" w:eastAsia="Times New Roman" w:hAnsi="Times New Roman" w:cs="Times New Roman"/>
                <w:bCs/>
                <w:sz w:val="24"/>
                <w:szCs w:val="24"/>
                <w:lang w:eastAsia="ru-RU"/>
              </w:rPr>
              <w:t>парах</w:t>
            </w:r>
            <w:proofErr w:type="spellEnd"/>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803D6E">
              <w:rPr>
                <w:lang w:val="ru-RU"/>
              </w:rPr>
              <w:t>Практическая работа</w:t>
            </w:r>
          </w:p>
        </w:tc>
      </w:tr>
      <w:tr w:rsidR="00BB4206" w:rsidTr="005C6771">
        <w:trPr>
          <w:trHeight w:hRule="exact" w:val="141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26.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rsidP="00BB4206">
            <w:r w:rsidRPr="00BB4206">
              <w:rPr>
                <w:rFonts w:ascii="Times New Roman" w:eastAsia="Times New Roman" w:hAnsi="Times New Roman" w:cs="Times New Roman"/>
                <w:bCs/>
                <w:sz w:val="24"/>
                <w:szCs w:val="24"/>
                <w:lang w:val="ru-RU" w:eastAsia="ru-RU"/>
              </w:rPr>
              <w:t>Измерение индивидуальных пок</w:t>
            </w:r>
            <w:r w:rsidRPr="00BB4206">
              <w:rPr>
                <w:rFonts w:ascii="Times New Roman" w:eastAsia="Times New Roman" w:hAnsi="Times New Roman" w:cs="Times New Roman"/>
                <w:bCs/>
                <w:sz w:val="24"/>
                <w:szCs w:val="24"/>
                <w:lang w:val="ru-RU" w:eastAsia="ru-RU"/>
              </w:rPr>
              <w:t>а</w:t>
            </w:r>
            <w:r w:rsidRPr="00BB4206">
              <w:rPr>
                <w:rFonts w:ascii="Times New Roman" w:eastAsia="Times New Roman" w:hAnsi="Times New Roman" w:cs="Times New Roman"/>
                <w:bCs/>
                <w:sz w:val="24"/>
                <w:szCs w:val="24"/>
                <w:lang w:val="ru-RU" w:eastAsia="ru-RU"/>
              </w:rPr>
              <w:t>зателей физического развития</w:t>
            </w:r>
            <w:r w:rsidRPr="00BB4206">
              <w:rPr>
                <w:lang w:val="ru-RU"/>
              </w:rPr>
              <w:t xml:space="preserve">. </w:t>
            </w:r>
            <w:proofErr w:type="spellStart"/>
            <w:r w:rsidRPr="001F1BE2">
              <w:rPr>
                <w:rFonts w:ascii="Times New Roman" w:eastAsia="Times New Roman" w:hAnsi="Times New Roman" w:cs="Times New Roman"/>
                <w:bCs/>
                <w:sz w:val="24"/>
                <w:szCs w:val="24"/>
                <w:lang w:eastAsia="ru-RU"/>
              </w:rPr>
              <w:t>Организация</w:t>
            </w:r>
            <w:proofErr w:type="spellEnd"/>
            <w:r w:rsidRPr="001F1BE2">
              <w:rPr>
                <w:rFonts w:ascii="Times New Roman" w:eastAsia="Times New Roman" w:hAnsi="Times New Roman" w:cs="Times New Roman"/>
                <w:bCs/>
                <w:sz w:val="24"/>
                <w:szCs w:val="24"/>
                <w:lang w:eastAsia="ru-RU"/>
              </w:rPr>
              <w:t xml:space="preserve"> и </w:t>
            </w:r>
            <w:proofErr w:type="spellStart"/>
            <w:r w:rsidRPr="001F1BE2">
              <w:rPr>
                <w:rFonts w:ascii="Times New Roman" w:eastAsia="Times New Roman" w:hAnsi="Times New Roman" w:cs="Times New Roman"/>
                <w:bCs/>
                <w:sz w:val="24"/>
                <w:szCs w:val="24"/>
                <w:lang w:eastAsia="ru-RU"/>
              </w:rPr>
              <w:t>проведение</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самостоятельных</w:t>
            </w:r>
            <w:proofErr w:type="spellEnd"/>
            <w:r w:rsidRPr="001F1BE2">
              <w:rPr>
                <w:rFonts w:ascii="Times New Roman" w:eastAsia="Times New Roman" w:hAnsi="Times New Roman" w:cs="Times New Roman"/>
                <w:bCs/>
                <w:sz w:val="24"/>
                <w:szCs w:val="24"/>
                <w:lang w:eastAsia="ru-RU"/>
              </w:rPr>
              <w:t xml:space="preserve"> </w:t>
            </w:r>
            <w:proofErr w:type="spellStart"/>
            <w:r w:rsidRPr="001F1BE2">
              <w:rPr>
                <w:rFonts w:ascii="Times New Roman" w:eastAsia="Times New Roman" w:hAnsi="Times New Roman" w:cs="Times New Roman"/>
                <w:bCs/>
                <w:sz w:val="24"/>
                <w:szCs w:val="24"/>
                <w:lang w:eastAsia="ru-RU"/>
              </w:rPr>
              <w:t>занятий</w:t>
            </w:r>
            <w:proofErr w:type="spellEnd"/>
          </w:p>
          <w:p w:rsidR="00BB4206" w:rsidRPr="001F1BE2" w:rsidRDefault="00BB4206" w:rsidP="00BB4206">
            <w:pPr>
              <w:spacing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A30A01" w:rsidRDefault="00A30A01">
            <w:pPr>
              <w:rPr>
                <w:lang w:val="ru-RU"/>
              </w:rPr>
            </w:pPr>
            <w:r>
              <w:rPr>
                <w:lang w:val="ru-RU"/>
              </w:rPr>
              <w:t>Устный опрос</w:t>
            </w:r>
          </w:p>
        </w:tc>
      </w:tr>
      <w:tr w:rsidR="00BB4206" w:rsidTr="005C6771">
        <w:trPr>
          <w:trHeight w:hRule="exact" w:val="112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27.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Pr="00BB4206" w:rsidRDefault="00BB4206" w:rsidP="00BB4206">
            <w:pPr>
              <w:spacing w:after="0" w:line="240" w:lineRule="auto"/>
              <w:jc w:val="both"/>
              <w:rPr>
                <w:rFonts w:ascii="Times New Roman" w:eastAsia="Times New Roman" w:hAnsi="Times New Roman" w:cs="Times New Roman"/>
                <w:sz w:val="24"/>
                <w:szCs w:val="24"/>
                <w:lang w:val="ru-RU" w:eastAsia="ru-RU"/>
              </w:rPr>
            </w:pPr>
            <w:proofErr w:type="spellStart"/>
            <w:r w:rsidRPr="00BB4206">
              <w:rPr>
                <w:rFonts w:ascii="Times New Roman" w:eastAsia="Times New Roman" w:hAnsi="Times New Roman" w:cs="Times New Roman"/>
                <w:sz w:val="24"/>
                <w:szCs w:val="24"/>
                <w:lang w:val="ru-RU" w:eastAsia="ru-RU"/>
              </w:rPr>
              <w:t>Прикладно-ориентированная</w:t>
            </w:r>
            <w:proofErr w:type="spellEnd"/>
            <w:r w:rsidRPr="00BB4206">
              <w:rPr>
                <w:rFonts w:ascii="Times New Roman" w:eastAsia="Times New Roman" w:hAnsi="Times New Roman" w:cs="Times New Roman"/>
                <w:sz w:val="24"/>
                <w:szCs w:val="24"/>
                <w:lang w:val="ru-RU" w:eastAsia="ru-RU"/>
              </w:rPr>
              <w:t xml:space="preserve"> физ</w:t>
            </w:r>
            <w:r w:rsidRPr="00BB4206">
              <w:rPr>
                <w:rFonts w:ascii="Times New Roman" w:eastAsia="Times New Roman" w:hAnsi="Times New Roman" w:cs="Times New Roman"/>
                <w:sz w:val="24"/>
                <w:szCs w:val="24"/>
                <w:lang w:val="ru-RU" w:eastAsia="ru-RU"/>
              </w:rPr>
              <w:t>и</w:t>
            </w:r>
            <w:r w:rsidRPr="00BB4206">
              <w:rPr>
                <w:rFonts w:ascii="Times New Roman" w:eastAsia="Times New Roman" w:hAnsi="Times New Roman" w:cs="Times New Roman"/>
                <w:sz w:val="24"/>
                <w:szCs w:val="24"/>
                <w:lang w:val="ru-RU" w:eastAsia="ru-RU"/>
              </w:rPr>
              <w:t>ческая культура. Развитие гибк</w:t>
            </w:r>
            <w:r w:rsidRPr="00BB4206">
              <w:rPr>
                <w:rFonts w:ascii="Times New Roman" w:eastAsia="Times New Roman" w:hAnsi="Times New Roman" w:cs="Times New Roman"/>
                <w:sz w:val="24"/>
                <w:szCs w:val="24"/>
                <w:lang w:val="ru-RU" w:eastAsia="ru-RU"/>
              </w:rPr>
              <w:t>о</w:t>
            </w:r>
            <w:r w:rsidRPr="00BB4206">
              <w:rPr>
                <w:rFonts w:ascii="Times New Roman" w:eastAsia="Times New Roman" w:hAnsi="Times New Roman" w:cs="Times New Roman"/>
                <w:sz w:val="24"/>
                <w:szCs w:val="24"/>
                <w:lang w:val="ru-RU" w:eastAsia="ru-RU"/>
              </w:rPr>
              <w:t>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pPr>
              <w:autoSpaceDE w:val="0"/>
              <w:autoSpaceDN w:val="0"/>
              <w:spacing w:before="98" w:after="0" w:line="230" w:lineRule="auto"/>
              <w:ind w:left="72"/>
            </w:pPr>
            <w:r>
              <w:rPr>
                <w:rFonts w:ascii="Times New Roman" w:eastAsia="Times New Roman" w:hAnsi="Times New Roman"/>
                <w:color w:val="000000"/>
                <w:sz w:val="24"/>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BB4206"/>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BB4206" w:rsidRDefault="00A30A01">
            <w:r>
              <w:rPr>
                <w:lang w:val="ru-RU"/>
              </w:rPr>
              <w:t>Практическая работа</w:t>
            </w:r>
          </w:p>
        </w:tc>
      </w:tr>
      <w:tr w:rsidR="00A30A01" w:rsidRPr="005C6771" w:rsidTr="005C6771">
        <w:trPr>
          <w:trHeight w:hRule="exact" w:val="100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28.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spacing w:after="0" w:line="240" w:lineRule="auto"/>
              <w:jc w:val="both"/>
              <w:rPr>
                <w:rFonts w:ascii="Times New Roman" w:eastAsia="Times New Roman" w:hAnsi="Times New Roman" w:cs="Times New Roman"/>
                <w:sz w:val="24"/>
                <w:szCs w:val="24"/>
                <w:lang w:val="ru-RU" w:eastAsia="ru-RU"/>
              </w:rPr>
            </w:pPr>
            <w:proofErr w:type="spellStart"/>
            <w:r w:rsidRPr="005C6771">
              <w:rPr>
                <w:rFonts w:ascii="Times New Roman" w:eastAsia="Times New Roman" w:hAnsi="Times New Roman" w:cs="Times New Roman"/>
                <w:sz w:val="24"/>
                <w:szCs w:val="24"/>
                <w:lang w:val="ru-RU" w:eastAsia="ru-RU"/>
              </w:rPr>
              <w:t>Прикладно-ориентированная</w:t>
            </w:r>
            <w:proofErr w:type="spellEnd"/>
            <w:r w:rsidRPr="005C6771">
              <w:rPr>
                <w:rFonts w:ascii="Times New Roman" w:eastAsia="Times New Roman" w:hAnsi="Times New Roman" w:cs="Times New Roman"/>
                <w:sz w:val="24"/>
                <w:szCs w:val="24"/>
                <w:lang w:val="ru-RU" w:eastAsia="ru-RU"/>
              </w:rPr>
              <w:t xml:space="preserve"> физ</w:t>
            </w:r>
            <w:r w:rsidRPr="005C6771">
              <w:rPr>
                <w:rFonts w:ascii="Times New Roman" w:eastAsia="Times New Roman" w:hAnsi="Times New Roman" w:cs="Times New Roman"/>
                <w:sz w:val="24"/>
                <w:szCs w:val="24"/>
                <w:lang w:val="ru-RU" w:eastAsia="ru-RU"/>
              </w:rPr>
              <w:t>и</w:t>
            </w:r>
            <w:r w:rsidRPr="005C6771">
              <w:rPr>
                <w:rFonts w:ascii="Times New Roman" w:eastAsia="Times New Roman" w:hAnsi="Times New Roman" w:cs="Times New Roman"/>
                <w:sz w:val="24"/>
                <w:szCs w:val="24"/>
                <w:lang w:val="ru-RU" w:eastAsia="ru-RU"/>
              </w:rPr>
              <w:t>ческая культура. Развитие выно</w:t>
            </w:r>
            <w:r w:rsidRPr="005C6771">
              <w:rPr>
                <w:rFonts w:ascii="Times New Roman" w:eastAsia="Times New Roman" w:hAnsi="Times New Roman" w:cs="Times New Roman"/>
                <w:sz w:val="24"/>
                <w:szCs w:val="24"/>
                <w:lang w:val="ru-RU" w:eastAsia="ru-RU"/>
              </w:rPr>
              <w:t>с</w:t>
            </w:r>
            <w:r w:rsidRPr="005C6771">
              <w:rPr>
                <w:rFonts w:ascii="Times New Roman" w:eastAsia="Times New Roman" w:hAnsi="Times New Roman" w:cs="Times New Roman"/>
                <w:sz w:val="24"/>
                <w:szCs w:val="24"/>
                <w:lang w:val="ru-RU" w:eastAsia="ru-RU"/>
              </w:rPr>
              <w:t>ливости.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9A7BE3">
              <w:rPr>
                <w:lang w:val="ru-RU"/>
              </w:rPr>
              <w:t>Практическая работа</w:t>
            </w:r>
          </w:p>
        </w:tc>
      </w:tr>
      <w:tr w:rsidR="00A30A01" w:rsidRPr="005C6771" w:rsidTr="005C6771">
        <w:trPr>
          <w:trHeight w:hRule="exact" w:val="98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29.</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spacing w:after="0" w:line="240" w:lineRule="auto"/>
              <w:jc w:val="both"/>
              <w:rPr>
                <w:rFonts w:ascii="Times New Roman" w:eastAsia="Times New Roman" w:hAnsi="Times New Roman" w:cs="Times New Roman"/>
                <w:sz w:val="24"/>
                <w:szCs w:val="24"/>
                <w:lang w:val="ru-RU" w:eastAsia="ru-RU"/>
              </w:rPr>
            </w:pPr>
            <w:r w:rsidRPr="005C6771">
              <w:rPr>
                <w:rFonts w:ascii="Times New Roman" w:eastAsia="Times New Roman" w:hAnsi="Times New Roman" w:cs="Times New Roman"/>
                <w:sz w:val="24"/>
                <w:szCs w:val="24"/>
                <w:lang w:val="ru-RU" w:eastAsia="ru-RU"/>
              </w:rPr>
              <w:t>Упражнения на развитие гибкости. Упражнения на развитие коорд</w:t>
            </w:r>
            <w:r w:rsidRPr="005C6771">
              <w:rPr>
                <w:rFonts w:ascii="Times New Roman" w:eastAsia="Times New Roman" w:hAnsi="Times New Roman" w:cs="Times New Roman"/>
                <w:sz w:val="24"/>
                <w:szCs w:val="24"/>
                <w:lang w:val="ru-RU" w:eastAsia="ru-RU"/>
              </w:rPr>
              <w:t>и</w:t>
            </w:r>
            <w:r w:rsidRPr="005C6771">
              <w:rPr>
                <w:rFonts w:ascii="Times New Roman" w:eastAsia="Times New Roman" w:hAnsi="Times New Roman" w:cs="Times New Roman"/>
                <w:sz w:val="24"/>
                <w:szCs w:val="24"/>
                <w:lang w:val="ru-RU" w:eastAsia="ru-RU"/>
              </w:rPr>
              <w:t>нации.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9A7BE3">
              <w:rPr>
                <w:lang w:val="ru-RU"/>
              </w:rPr>
              <w:t>Практическая работа</w:t>
            </w:r>
          </w:p>
        </w:tc>
      </w:tr>
      <w:tr w:rsidR="00A30A01" w:rsidRPr="005C6771" w:rsidTr="0093776D">
        <w:trPr>
          <w:trHeight w:hRule="exact" w:val="178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30.</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spacing w:line="240" w:lineRule="auto"/>
              <w:rPr>
                <w:lang w:val="ru-RU"/>
              </w:rPr>
            </w:pPr>
            <w:r w:rsidRPr="005C6771">
              <w:rPr>
                <w:rFonts w:ascii="Times New Roman" w:eastAsia="Times New Roman" w:hAnsi="Times New Roman" w:cs="Times New Roman"/>
                <w:bCs/>
                <w:sz w:val="24"/>
                <w:szCs w:val="24"/>
                <w:lang w:val="ru-RU" w:eastAsia="ru-RU"/>
              </w:rPr>
              <w:t>Упражнения на формирование т</w:t>
            </w:r>
            <w:r w:rsidRPr="005C6771">
              <w:rPr>
                <w:rFonts w:ascii="Times New Roman" w:eastAsia="Times New Roman" w:hAnsi="Times New Roman" w:cs="Times New Roman"/>
                <w:bCs/>
                <w:sz w:val="24"/>
                <w:szCs w:val="24"/>
                <w:lang w:val="ru-RU" w:eastAsia="ru-RU"/>
              </w:rPr>
              <w:t>е</w:t>
            </w:r>
            <w:r w:rsidRPr="005C6771">
              <w:rPr>
                <w:rFonts w:ascii="Times New Roman" w:eastAsia="Times New Roman" w:hAnsi="Times New Roman" w:cs="Times New Roman"/>
                <w:bCs/>
                <w:sz w:val="24"/>
                <w:szCs w:val="24"/>
                <w:lang w:val="ru-RU" w:eastAsia="ru-RU"/>
              </w:rPr>
              <w:t>лосложения</w:t>
            </w:r>
            <w:r w:rsidRPr="005C6771">
              <w:rPr>
                <w:lang w:val="ru-RU"/>
              </w:rPr>
              <w:t xml:space="preserve">. </w:t>
            </w:r>
            <w:r w:rsidRPr="005C6771">
              <w:rPr>
                <w:rFonts w:ascii="Times New Roman" w:eastAsia="Times New Roman" w:hAnsi="Times New Roman" w:cs="Times New Roman"/>
                <w:bCs/>
                <w:sz w:val="24"/>
                <w:szCs w:val="24"/>
                <w:lang w:val="ru-RU" w:eastAsia="ru-RU"/>
              </w:rPr>
              <w:t>Знакомство с понят</w:t>
            </w:r>
            <w:r w:rsidRPr="005C6771">
              <w:rPr>
                <w:rFonts w:ascii="Times New Roman" w:eastAsia="Times New Roman" w:hAnsi="Times New Roman" w:cs="Times New Roman"/>
                <w:bCs/>
                <w:sz w:val="24"/>
                <w:szCs w:val="24"/>
                <w:lang w:val="ru-RU" w:eastAsia="ru-RU"/>
              </w:rPr>
              <w:t>и</w:t>
            </w:r>
            <w:r w:rsidRPr="005C6771">
              <w:rPr>
                <w:rFonts w:ascii="Times New Roman" w:eastAsia="Times New Roman" w:hAnsi="Times New Roman" w:cs="Times New Roman"/>
                <w:bCs/>
                <w:sz w:val="24"/>
                <w:szCs w:val="24"/>
                <w:lang w:val="ru-RU" w:eastAsia="ru-RU"/>
              </w:rPr>
              <w:t>ем «физкультурно-оздоровительная деятельность.</w:t>
            </w:r>
            <w:r w:rsidR="0093776D">
              <w:rPr>
                <w:rFonts w:ascii="Times New Roman" w:eastAsia="Times New Roman" w:hAnsi="Times New Roman" w:cs="Times New Roman"/>
                <w:bCs/>
                <w:sz w:val="24"/>
                <w:szCs w:val="24"/>
                <w:lang w:val="ru-RU" w:eastAsia="ru-RU"/>
              </w:rPr>
              <w:t xml:space="preserve"> Контрольный норматив за 2 че</w:t>
            </w:r>
            <w:r w:rsidR="0093776D">
              <w:rPr>
                <w:rFonts w:ascii="Times New Roman" w:eastAsia="Times New Roman" w:hAnsi="Times New Roman" w:cs="Times New Roman"/>
                <w:bCs/>
                <w:sz w:val="24"/>
                <w:szCs w:val="24"/>
                <w:lang w:val="ru-RU" w:eastAsia="ru-RU"/>
              </w:rPr>
              <w:t>т</w:t>
            </w:r>
            <w:r w:rsidR="0093776D">
              <w:rPr>
                <w:rFonts w:ascii="Times New Roman" w:eastAsia="Times New Roman" w:hAnsi="Times New Roman" w:cs="Times New Roman"/>
                <w:bCs/>
                <w:sz w:val="24"/>
                <w:szCs w:val="24"/>
                <w:lang w:val="ru-RU" w:eastAsia="ru-RU"/>
              </w:rPr>
              <w:t>верть.</w:t>
            </w:r>
          </w:p>
          <w:p w:rsidR="00A30A01" w:rsidRPr="005C6771" w:rsidRDefault="00A30A01" w:rsidP="00A30A01">
            <w:pPr>
              <w:spacing w:after="0" w:line="240" w:lineRule="auto"/>
              <w:jc w:val="both"/>
              <w:rPr>
                <w:rFonts w:ascii="Times New Roman" w:eastAsia="Times New Roman" w:hAnsi="Times New Roman" w:cs="Times New Roman"/>
                <w:sz w:val="24"/>
                <w:szCs w:val="24"/>
                <w:lang w:val="ru-RU" w:eastAsia="ru-RU"/>
              </w:rPr>
            </w:pP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93776D" w:rsidP="0093776D">
            <w:pPr>
              <w:jc w:val="cente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9A7BE3">
              <w:rPr>
                <w:lang w:val="ru-RU"/>
              </w:rPr>
              <w:t>Практическая работа</w:t>
            </w:r>
          </w:p>
        </w:tc>
      </w:tr>
      <w:tr w:rsidR="00A30A01" w:rsidRPr="005C6771" w:rsidTr="005C6771">
        <w:trPr>
          <w:trHeight w:hRule="exact" w:val="141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spacing w:line="240" w:lineRule="auto"/>
              <w:rPr>
                <w:rFonts w:ascii="Times New Roman" w:eastAsia="Times New Roman" w:hAnsi="Times New Roman" w:cs="Times New Roman"/>
                <w:sz w:val="24"/>
                <w:szCs w:val="24"/>
                <w:lang w:val="ru-RU" w:eastAsia="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1F1BE2">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Знакомство с рекоменд</w:t>
            </w:r>
            <w:r w:rsidRPr="005C6771">
              <w:rPr>
                <w:rFonts w:ascii="Times New Roman" w:eastAsia="Times New Roman" w:hAnsi="Times New Roman" w:cs="Times New Roman"/>
                <w:bCs/>
                <w:sz w:val="24"/>
                <w:szCs w:val="24"/>
                <w:lang w:val="ru-RU" w:eastAsia="ru-RU"/>
              </w:rPr>
              <w:t>а</w:t>
            </w:r>
            <w:r w:rsidRPr="005C6771">
              <w:rPr>
                <w:rFonts w:ascii="Times New Roman" w:eastAsia="Times New Roman" w:hAnsi="Times New Roman" w:cs="Times New Roman"/>
                <w:bCs/>
                <w:sz w:val="24"/>
                <w:szCs w:val="24"/>
                <w:lang w:val="ru-RU" w:eastAsia="ru-RU"/>
              </w:rPr>
              <w:t>циями учителя по использованию подготовительных и подводящих упражнений для освоения технич</w:t>
            </w:r>
            <w:r w:rsidRPr="005C6771">
              <w:rPr>
                <w:rFonts w:ascii="Times New Roman" w:eastAsia="Times New Roman" w:hAnsi="Times New Roman" w:cs="Times New Roman"/>
                <w:bCs/>
                <w:sz w:val="24"/>
                <w:szCs w:val="24"/>
                <w:lang w:val="ru-RU" w:eastAsia="ru-RU"/>
              </w:rPr>
              <w:t>е</w:t>
            </w:r>
            <w:r w:rsidRPr="005C6771">
              <w:rPr>
                <w:rFonts w:ascii="Times New Roman" w:eastAsia="Times New Roman" w:hAnsi="Times New Roman" w:cs="Times New Roman"/>
                <w:bCs/>
                <w:sz w:val="24"/>
                <w:szCs w:val="24"/>
                <w:lang w:val="ru-RU" w:eastAsia="ru-RU"/>
              </w:rPr>
              <w:t>ских действий игры баскетбол</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9A7BE3">
              <w:rPr>
                <w:lang w:val="ru-RU"/>
              </w:rPr>
              <w:t>Практическая работа</w:t>
            </w:r>
          </w:p>
        </w:tc>
      </w:tr>
      <w:tr w:rsidR="005C6771" w:rsidRPr="005C6771" w:rsidTr="005C6771">
        <w:trPr>
          <w:trHeight w:hRule="exact" w:val="112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lastRenderedPageBreak/>
              <w:t>32.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rsidP="00A30A01">
            <w:pPr>
              <w:spacing w:line="240" w:lineRule="auto"/>
              <w:rPr>
                <w:rFonts w:ascii="Times New Roman" w:eastAsia="Times New Roman" w:hAnsi="Times New Roman" w:cs="Times New Roman"/>
                <w:sz w:val="24"/>
                <w:szCs w:val="24"/>
                <w:lang w:val="ru-RU" w:eastAsia="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1F1BE2">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Передача баскетбольного мяча двумя руками от груди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A30A01">
            <w:pPr>
              <w:rPr>
                <w:lang w:val="ru-RU"/>
              </w:rPr>
            </w:pPr>
            <w:r>
              <w:rPr>
                <w:lang w:val="ru-RU"/>
              </w:rPr>
              <w:t>Практическая работа</w:t>
            </w:r>
          </w:p>
        </w:tc>
      </w:tr>
      <w:tr w:rsidR="00A30A01" w:rsidRPr="005C6771" w:rsidTr="005C6771">
        <w:trPr>
          <w:trHeight w:hRule="exact" w:val="98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33.</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4562E7">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Ведение баскетбольного мяча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A86E28">
              <w:rPr>
                <w:lang w:val="ru-RU"/>
              </w:rPr>
              <w:t>Практическая работа</w:t>
            </w:r>
          </w:p>
        </w:tc>
      </w:tr>
      <w:tr w:rsidR="00A30A01" w:rsidRPr="005C6771" w:rsidTr="005C6771">
        <w:trPr>
          <w:trHeight w:hRule="exact" w:val="100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34.</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4562E7">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Ведение баскетбольного мяча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A86E28">
              <w:rPr>
                <w:lang w:val="ru-RU"/>
              </w:rPr>
              <w:t>Практическая работа</w:t>
            </w:r>
          </w:p>
        </w:tc>
      </w:tr>
      <w:tr w:rsidR="00A30A01" w:rsidRPr="005C6771" w:rsidTr="005C6771">
        <w:trPr>
          <w:trHeight w:hRule="exact" w:val="112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4562E7">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Ведение баскетбольного мяча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A86E28">
              <w:rPr>
                <w:lang w:val="ru-RU"/>
              </w:rPr>
              <w:t>Практическая работа</w:t>
            </w:r>
          </w:p>
        </w:tc>
      </w:tr>
      <w:tr w:rsidR="00A30A01" w:rsidRPr="005C6771" w:rsidTr="005C6771">
        <w:trPr>
          <w:trHeight w:hRule="exact" w:val="111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spacing w:after="0" w:line="240" w:lineRule="auto"/>
              <w:jc w:val="both"/>
              <w:rPr>
                <w:rFonts w:ascii="Times New Roman" w:eastAsia="Times New Roman" w:hAnsi="Times New Roman" w:cs="Times New Roman"/>
                <w:sz w:val="24"/>
                <w:szCs w:val="24"/>
                <w:lang w:val="ru-RU" w:eastAsia="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1F1BE2">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Ведение баскетбольного мяча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404867">
              <w:rPr>
                <w:lang w:val="ru-RU"/>
              </w:rPr>
              <w:t>Практическая работа</w:t>
            </w:r>
          </w:p>
        </w:tc>
      </w:tr>
      <w:tr w:rsidR="00A30A01" w:rsidRPr="005C6771" w:rsidTr="005C6771">
        <w:trPr>
          <w:trHeight w:hRule="exact" w:val="156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171157">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Бросок баскетбольного мяча в корзину двумя руками от груди с места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404867">
              <w:rPr>
                <w:lang w:val="ru-RU"/>
              </w:rPr>
              <w:t>Практическая работа</w:t>
            </w:r>
          </w:p>
        </w:tc>
      </w:tr>
      <w:tr w:rsidR="00A30A01" w:rsidRPr="005C6771" w:rsidTr="005C6771">
        <w:trPr>
          <w:trHeight w:hRule="exact" w:val="145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171157">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Бросок баскетбольного мяча в корзину двумя руками от груди с места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404867">
              <w:rPr>
                <w:lang w:val="ru-RU"/>
              </w:rPr>
              <w:t>Практическая работа</w:t>
            </w:r>
          </w:p>
        </w:tc>
      </w:tr>
      <w:tr w:rsidR="00A30A01" w:rsidRPr="005C6771" w:rsidTr="005C6771">
        <w:trPr>
          <w:trHeight w:hRule="exact" w:val="95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39.</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Ба</w:t>
            </w:r>
            <w:r w:rsidRPr="005C6771">
              <w:rPr>
                <w:rFonts w:ascii="Times New Roman" w:eastAsia="Times New Roman" w:hAnsi="Times New Roman" w:cs="Times New Roman"/>
                <w:i/>
                <w:iCs/>
                <w:sz w:val="24"/>
                <w:szCs w:val="24"/>
                <w:lang w:val="ru-RU" w:eastAsia="ru-RU"/>
              </w:rPr>
              <w:t>с</w:t>
            </w:r>
            <w:r w:rsidRPr="005C6771">
              <w:rPr>
                <w:rFonts w:ascii="Times New Roman" w:eastAsia="Times New Roman" w:hAnsi="Times New Roman" w:cs="Times New Roman"/>
                <w:i/>
                <w:iCs/>
                <w:sz w:val="24"/>
                <w:szCs w:val="24"/>
                <w:lang w:val="ru-RU" w:eastAsia="ru-RU"/>
              </w:rPr>
              <w:t>кетбол».</w:t>
            </w:r>
            <w:r w:rsidRPr="00171157">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Бросок баскетбольного мяча в корзину двумя руками от груди с места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404867">
              <w:rPr>
                <w:lang w:val="ru-RU"/>
              </w:rPr>
              <w:t>Практическая работа</w:t>
            </w:r>
          </w:p>
        </w:tc>
      </w:tr>
      <w:tr w:rsidR="005C6771" w:rsidRPr="005C6771" w:rsidTr="005C6771">
        <w:trPr>
          <w:trHeight w:hRule="exact" w:val="714"/>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40.</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rsidP="00A30A01">
            <w:pPr>
              <w:rPr>
                <w:rFonts w:ascii="Times New Roman" w:hAnsi="Times New Roman" w:cs="Times New Roman"/>
                <w:lang w:val="ru-RU"/>
              </w:rPr>
            </w:pPr>
            <w:proofErr w:type="spellStart"/>
            <w:r w:rsidRPr="005C6771">
              <w:rPr>
                <w:rFonts w:ascii="Times New Roman" w:hAnsi="Times New Roman" w:cs="Times New Roman"/>
                <w:lang w:val="ru-RU"/>
              </w:rPr>
              <w:t>Упражения</w:t>
            </w:r>
            <w:proofErr w:type="spellEnd"/>
            <w:r w:rsidRPr="005C6771">
              <w:rPr>
                <w:rFonts w:ascii="Times New Roman" w:hAnsi="Times New Roman" w:cs="Times New Roman"/>
                <w:lang w:val="ru-RU"/>
              </w:rPr>
              <w:t xml:space="preserve"> дыхательной и зрительной гимнастики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A30A01">
            <w:pPr>
              <w:rPr>
                <w:lang w:val="ru-RU"/>
              </w:rPr>
            </w:pPr>
            <w:r>
              <w:rPr>
                <w:lang w:val="ru-RU"/>
              </w:rPr>
              <w:t>Устный опрос</w:t>
            </w:r>
          </w:p>
        </w:tc>
      </w:tr>
      <w:tr w:rsidR="00A30A01" w:rsidRPr="005C6771" w:rsidTr="005C6771">
        <w:trPr>
          <w:trHeight w:hRule="exact" w:val="2114"/>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B81D7A">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Знакомство с рекомендаци</w:t>
            </w:r>
            <w:r w:rsidRPr="005C6771">
              <w:rPr>
                <w:rFonts w:ascii="Times New Roman" w:eastAsia="Times New Roman" w:hAnsi="Times New Roman" w:cs="Times New Roman"/>
                <w:bCs/>
                <w:sz w:val="24"/>
                <w:szCs w:val="24"/>
                <w:lang w:val="ru-RU" w:eastAsia="ru-RU"/>
              </w:rPr>
              <w:t>я</w:t>
            </w:r>
            <w:r w:rsidRPr="005C6771">
              <w:rPr>
                <w:rFonts w:ascii="Times New Roman" w:eastAsia="Times New Roman" w:hAnsi="Times New Roman" w:cs="Times New Roman"/>
                <w:bCs/>
                <w:sz w:val="24"/>
                <w:szCs w:val="24"/>
                <w:lang w:val="ru-RU" w:eastAsia="ru-RU"/>
              </w:rPr>
              <w:t>ми учителя по использованию по</w:t>
            </w:r>
            <w:r w:rsidRPr="005C6771">
              <w:rPr>
                <w:rFonts w:ascii="Times New Roman" w:eastAsia="Times New Roman" w:hAnsi="Times New Roman" w:cs="Times New Roman"/>
                <w:bCs/>
                <w:sz w:val="24"/>
                <w:szCs w:val="24"/>
                <w:lang w:val="ru-RU" w:eastAsia="ru-RU"/>
              </w:rPr>
              <w:t>д</w:t>
            </w:r>
            <w:r w:rsidRPr="005C6771">
              <w:rPr>
                <w:rFonts w:ascii="Times New Roman" w:eastAsia="Times New Roman" w:hAnsi="Times New Roman" w:cs="Times New Roman"/>
                <w:bCs/>
                <w:sz w:val="24"/>
                <w:szCs w:val="24"/>
                <w:lang w:val="ru-RU" w:eastAsia="ru-RU"/>
              </w:rPr>
              <w:t>готовительных и подводящих у</w:t>
            </w:r>
            <w:r w:rsidRPr="005C6771">
              <w:rPr>
                <w:rFonts w:ascii="Times New Roman" w:eastAsia="Times New Roman" w:hAnsi="Times New Roman" w:cs="Times New Roman"/>
                <w:bCs/>
                <w:sz w:val="24"/>
                <w:szCs w:val="24"/>
                <w:lang w:val="ru-RU" w:eastAsia="ru-RU"/>
              </w:rPr>
              <w:t>п</w:t>
            </w:r>
            <w:r w:rsidRPr="005C6771">
              <w:rPr>
                <w:rFonts w:ascii="Times New Roman" w:eastAsia="Times New Roman" w:hAnsi="Times New Roman" w:cs="Times New Roman"/>
                <w:bCs/>
                <w:sz w:val="24"/>
                <w:szCs w:val="24"/>
                <w:lang w:val="ru-RU" w:eastAsia="ru-RU"/>
              </w:rPr>
              <w:t>ражнений для освоения технич</w:t>
            </w:r>
            <w:r w:rsidRPr="005C6771">
              <w:rPr>
                <w:rFonts w:ascii="Times New Roman" w:eastAsia="Times New Roman" w:hAnsi="Times New Roman" w:cs="Times New Roman"/>
                <w:bCs/>
                <w:sz w:val="24"/>
                <w:szCs w:val="24"/>
                <w:lang w:val="ru-RU" w:eastAsia="ru-RU"/>
              </w:rPr>
              <w:t>е</w:t>
            </w:r>
            <w:r w:rsidRPr="005C6771">
              <w:rPr>
                <w:rFonts w:ascii="Times New Roman" w:eastAsia="Times New Roman" w:hAnsi="Times New Roman" w:cs="Times New Roman"/>
                <w:bCs/>
                <w:sz w:val="24"/>
                <w:szCs w:val="24"/>
                <w:lang w:val="ru-RU" w:eastAsia="ru-RU"/>
              </w:rPr>
              <w:t>ских действий игры волейбол</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E3228A">
              <w:rPr>
                <w:lang w:val="ru-RU"/>
              </w:rPr>
              <w:t>Практическая работа</w:t>
            </w:r>
          </w:p>
        </w:tc>
      </w:tr>
      <w:tr w:rsidR="00A30A01" w:rsidRPr="005C6771" w:rsidTr="005C6771">
        <w:trPr>
          <w:trHeight w:hRule="exact" w:val="198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B81D7A">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Знакомство с рекомендаци</w:t>
            </w:r>
            <w:r w:rsidRPr="005C6771">
              <w:rPr>
                <w:rFonts w:ascii="Times New Roman" w:eastAsia="Times New Roman" w:hAnsi="Times New Roman" w:cs="Times New Roman"/>
                <w:bCs/>
                <w:sz w:val="24"/>
                <w:szCs w:val="24"/>
                <w:lang w:val="ru-RU" w:eastAsia="ru-RU"/>
              </w:rPr>
              <w:t>я</w:t>
            </w:r>
            <w:r w:rsidRPr="005C6771">
              <w:rPr>
                <w:rFonts w:ascii="Times New Roman" w:eastAsia="Times New Roman" w:hAnsi="Times New Roman" w:cs="Times New Roman"/>
                <w:bCs/>
                <w:sz w:val="24"/>
                <w:szCs w:val="24"/>
                <w:lang w:val="ru-RU" w:eastAsia="ru-RU"/>
              </w:rPr>
              <w:t>ми учителя по использованию по</w:t>
            </w:r>
            <w:r w:rsidRPr="005C6771">
              <w:rPr>
                <w:rFonts w:ascii="Times New Roman" w:eastAsia="Times New Roman" w:hAnsi="Times New Roman" w:cs="Times New Roman"/>
                <w:bCs/>
                <w:sz w:val="24"/>
                <w:szCs w:val="24"/>
                <w:lang w:val="ru-RU" w:eastAsia="ru-RU"/>
              </w:rPr>
              <w:t>д</w:t>
            </w:r>
            <w:r w:rsidRPr="005C6771">
              <w:rPr>
                <w:rFonts w:ascii="Times New Roman" w:eastAsia="Times New Roman" w:hAnsi="Times New Roman" w:cs="Times New Roman"/>
                <w:bCs/>
                <w:sz w:val="24"/>
                <w:szCs w:val="24"/>
                <w:lang w:val="ru-RU" w:eastAsia="ru-RU"/>
              </w:rPr>
              <w:t>готовительных и подводящих у</w:t>
            </w:r>
            <w:r w:rsidRPr="005C6771">
              <w:rPr>
                <w:rFonts w:ascii="Times New Roman" w:eastAsia="Times New Roman" w:hAnsi="Times New Roman" w:cs="Times New Roman"/>
                <w:bCs/>
                <w:sz w:val="24"/>
                <w:szCs w:val="24"/>
                <w:lang w:val="ru-RU" w:eastAsia="ru-RU"/>
              </w:rPr>
              <w:t>п</w:t>
            </w:r>
            <w:r w:rsidRPr="005C6771">
              <w:rPr>
                <w:rFonts w:ascii="Times New Roman" w:eastAsia="Times New Roman" w:hAnsi="Times New Roman" w:cs="Times New Roman"/>
                <w:bCs/>
                <w:sz w:val="24"/>
                <w:szCs w:val="24"/>
                <w:lang w:val="ru-RU" w:eastAsia="ru-RU"/>
              </w:rPr>
              <w:t>ражнений для освоения технич</w:t>
            </w:r>
            <w:r w:rsidRPr="005C6771">
              <w:rPr>
                <w:rFonts w:ascii="Times New Roman" w:eastAsia="Times New Roman" w:hAnsi="Times New Roman" w:cs="Times New Roman"/>
                <w:bCs/>
                <w:sz w:val="24"/>
                <w:szCs w:val="24"/>
                <w:lang w:val="ru-RU" w:eastAsia="ru-RU"/>
              </w:rPr>
              <w:t>е</w:t>
            </w:r>
            <w:r w:rsidRPr="005C6771">
              <w:rPr>
                <w:rFonts w:ascii="Times New Roman" w:eastAsia="Times New Roman" w:hAnsi="Times New Roman" w:cs="Times New Roman"/>
                <w:bCs/>
                <w:sz w:val="24"/>
                <w:szCs w:val="24"/>
                <w:lang w:val="ru-RU" w:eastAsia="ru-RU"/>
              </w:rPr>
              <w:t>ских действий игры волейбол</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E3228A">
              <w:rPr>
                <w:lang w:val="ru-RU"/>
              </w:rPr>
              <w:t>Практическая работа</w:t>
            </w:r>
          </w:p>
        </w:tc>
      </w:tr>
      <w:tr w:rsidR="00A30A01" w:rsidRPr="005C6771" w:rsidTr="005C6771">
        <w:trPr>
          <w:trHeight w:hRule="exact" w:val="225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lastRenderedPageBreak/>
              <w:t>43.</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B81D7A">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Знакомство с рекомендаци</w:t>
            </w:r>
            <w:r w:rsidRPr="005C6771">
              <w:rPr>
                <w:rFonts w:ascii="Times New Roman" w:eastAsia="Times New Roman" w:hAnsi="Times New Roman" w:cs="Times New Roman"/>
                <w:bCs/>
                <w:sz w:val="24"/>
                <w:szCs w:val="24"/>
                <w:lang w:val="ru-RU" w:eastAsia="ru-RU"/>
              </w:rPr>
              <w:t>я</w:t>
            </w:r>
            <w:r w:rsidRPr="005C6771">
              <w:rPr>
                <w:rFonts w:ascii="Times New Roman" w:eastAsia="Times New Roman" w:hAnsi="Times New Roman" w:cs="Times New Roman"/>
                <w:bCs/>
                <w:sz w:val="24"/>
                <w:szCs w:val="24"/>
                <w:lang w:val="ru-RU" w:eastAsia="ru-RU"/>
              </w:rPr>
              <w:t>ми учителя по использованию по</w:t>
            </w:r>
            <w:r w:rsidRPr="005C6771">
              <w:rPr>
                <w:rFonts w:ascii="Times New Roman" w:eastAsia="Times New Roman" w:hAnsi="Times New Roman" w:cs="Times New Roman"/>
                <w:bCs/>
                <w:sz w:val="24"/>
                <w:szCs w:val="24"/>
                <w:lang w:val="ru-RU" w:eastAsia="ru-RU"/>
              </w:rPr>
              <w:t>д</w:t>
            </w:r>
            <w:r w:rsidRPr="005C6771">
              <w:rPr>
                <w:rFonts w:ascii="Times New Roman" w:eastAsia="Times New Roman" w:hAnsi="Times New Roman" w:cs="Times New Roman"/>
                <w:bCs/>
                <w:sz w:val="24"/>
                <w:szCs w:val="24"/>
                <w:lang w:val="ru-RU" w:eastAsia="ru-RU"/>
              </w:rPr>
              <w:t>готовительных и подводящих у</w:t>
            </w:r>
            <w:r w:rsidRPr="005C6771">
              <w:rPr>
                <w:rFonts w:ascii="Times New Roman" w:eastAsia="Times New Roman" w:hAnsi="Times New Roman" w:cs="Times New Roman"/>
                <w:bCs/>
                <w:sz w:val="24"/>
                <w:szCs w:val="24"/>
                <w:lang w:val="ru-RU" w:eastAsia="ru-RU"/>
              </w:rPr>
              <w:t>п</w:t>
            </w:r>
            <w:r w:rsidRPr="005C6771">
              <w:rPr>
                <w:rFonts w:ascii="Times New Roman" w:eastAsia="Times New Roman" w:hAnsi="Times New Roman" w:cs="Times New Roman"/>
                <w:bCs/>
                <w:sz w:val="24"/>
                <w:szCs w:val="24"/>
                <w:lang w:val="ru-RU" w:eastAsia="ru-RU"/>
              </w:rPr>
              <w:t>ражнений для освоения технич</w:t>
            </w:r>
            <w:r w:rsidRPr="005C6771">
              <w:rPr>
                <w:rFonts w:ascii="Times New Roman" w:eastAsia="Times New Roman" w:hAnsi="Times New Roman" w:cs="Times New Roman"/>
                <w:bCs/>
                <w:sz w:val="24"/>
                <w:szCs w:val="24"/>
                <w:lang w:val="ru-RU" w:eastAsia="ru-RU"/>
              </w:rPr>
              <w:t>е</w:t>
            </w:r>
            <w:r w:rsidRPr="005C6771">
              <w:rPr>
                <w:rFonts w:ascii="Times New Roman" w:eastAsia="Times New Roman" w:hAnsi="Times New Roman" w:cs="Times New Roman"/>
                <w:bCs/>
                <w:sz w:val="24"/>
                <w:szCs w:val="24"/>
                <w:lang w:val="ru-RU" w:eastAsia="ru-RU"/>
              </w:rPr>
              <w:t>ских действий игры волейбол</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6A080E">
              <w:rPr>
                <w:lang w:val="ru-RU"/>
              </w:rPr>
              <w:t>Практическая работа</w:t>
            </w:r>
          </w:p>
        </w:tc>
      </w:tr>
      <w:tr w:rsidR="00A30A01" w:rsidRPr="005C6771" w:rsidTr="005C6771">
        <w:trPr>
          <w:trHeight w:hRule="exact" w:val="1128"/>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44.</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BF1318">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Приём и передача воле</w:t>
            </w:r>
            <w:r w:rsidRPr="005C6771">
              <w:rPr>
                <w:rFonts w:ascii="Times New Roman" w:eastAsia="Times New Roman" w:hAnsi="Times New Roman" w:cs="Times New Roman"/>
                <w:bCs/>
                <w:sz w:val="24"/>
                <w:szCs w:val="24"/>
                <w:lang w:val="ru-RU" w:eastAsia="ru-RU"/>
              </w:rPr>
              <w:t>й</w:t>
            </w:r>
            <w:r w:rsidRPr="005C6771">
              <w:rPr>
                <w:rFonts w:ascii="Times New Roman" w:eastAsia="Times New Roman" w:hAnsi="Times New Roman" w:cs="Times New Roman"/>
                <w:bCs/>
                <w:sz w:val="24"/>
                <w:szCs w:val="24"/>
                <w:lang w:val="ru-RU" w:eastAsia="ru-RU"/>
              </w:rPr>
              <w:t>больного мяча двумя руками снизу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Pr="005C6771" w:rsidRDefault="00A30A0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A30A01" w:rsidRDefault="00A30A01">
            <w:r w:rsidRPr="006A080E">
              <w:rPr>
                <w:lang w:val="ru-RU"/>
              </w:rPr>
              <w:t>Практическая работа</w:t>
            </w:r>
          </w:p>
        </w:tc>
      </w:tr>
      <w:tr w:rsidR="005C6771" w:rsidRPr="00A30A01" w:rsidTr="00A30A01">
        <w:trPr>
          <w:trHeight w:hRule="exact" w:val="171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Default="005C6771">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BF1318">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Приём и передача воле</w:t>
            </w:r>
            <w:r w:rsidRPr="005C6771">
              <w:rPr>
                <w:rFonts w:ascii="Times New Roman" w:eastAsia="Times New Roman" w:hAnsi="Times New Roman" w:cs="Times New Roman"/>
                <w:bCs/>
                <w:sz w:val="24"/>
                <w:szCs w:val="24"/>
                <w:lang w:val="ru-RU" w:eastAsia="ru-RU"/>
              </w:rPr>
              <w:t>й</w:t>
            </w:r>
            <w:r w:rsidRPr="005C6771">
              <w:rPr>
                <w:rFonts w:ascii="Times New Roman" w:eastAsia="Times New Roman" w:hAnsi="Times New Roman" w:cs="Times New Roman"/>
                <w:bCs/>
                <w:sz w:val="24"/>
                <w:szCs w:val="24"/>
                <w:lang w:val="ru-RU" w:eastAsia="ru-RU"/>
              </w:rPr>
              <w:t>больного мяча двумя руками снизу</w:t>
            </w:r>
            <w:r w:rsidR="00A30A01">
              <w:rPr>
                <w:rFonts w:ascii="Times New Roman" w:eastAsia="Times New Roman" w:hAnsi="Times New Roman" w:cs="Times New Roman"/>
                <w:bCs/>
                <w:sz w:val="24"/>
                <w:szCs w:val="24"/>
                <w:lang w:val="ru-RU" w:eastAsia="ru-RU"/>
              </w:rPr>
              <w:t>. Контрольный</w:t>
            </w:r>
            <w:r w:rsidR="0093776D">
              <w:rPr>
                <w:rFonts w:ascii="Times New Roman" w:eastAsia="Times New Roman" w:hAnsi="Times New Roman" w:cs="Times New Roman"/>
                <w:bCs/>
                <w:sz w:val="24"/>
                <w:szCs w:val="24"/>
                <w:lang w:val="ru-RU" w:eastAsia="ru-RU"/>
              </w:rPr>
              <w:t xml:space="preserve"> норматив за  3</w:t>
            </w:r>
            <w:r w:rsidR="00A30A01">
              <w:rPr>
                <w:rFonts w:ascii="Times New Roman" w:eastAsia="Times New Roman" w:hAnsi="Times New Roman" w:cs="Times New Roman"/>
                <w:bCs/>
                <w:sz w:val="24"/>
                <w:szCs w:val="24"/>
                <w:lang w:val="ru-RU" w:eastAsia="ru-RU"/>
              </w:rPr>
              <w:t xml:space="preserve"> че</w:t>
            </w:r>
            <w:r w:rsidR="00A30A01">
              <w:rPr>
                <w:rFonts w:ascii="Times New Roman" w:eastAsia="Times New Roman" w:hAnsi="Times New Roman" w:cs="Times New Roman"/>
                <w:bCs/>
                <w:sz w:val="24"/>
                <w:szCs w:val="24"/>
                <w:lang w:val="ru-RU" w:eastAsia="ru-RU"/>
              </w:rPr>
              <w:t>т</w:t>
            </w:r>
            <w:r w:rsidR="00A30A01">
              <w:rPr>
                <w:rFonts w:ascii="Times New Roman" w:eastAsia="Times New Roman" w:hAnsi="Times New Roman" w:cs="Times New Roman"/>
                <w:bCs/>
                <w:sz w:val="24"/>
                <w:szCs w:val="24"/>
                <w:lang w:val="ru-RU" w:eastAsia="ru-RU"/>
              </w:rPr>
              <w:t>верть</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93776D" w:rsidP="0093776D">
            <w:pPr>
              <w:jc w:val="cente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5C6771">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5C6771" w:rsidRPr="005C6771" w:rsidRDefault="00A30A01">
            <w:pPr>
              <w:rPr>
                <w:lang w:val="ru-RU"/>
              </w:rPr>
            </w:pPr>
            <w:r>
              <w:rPr>
                <w:lang w:val="ru-RU"/>
              </w:rPr>
              <w:t>Практическая работа</w:t>
            </w:r>
          </w:p>
        </w:tc>
      </w:tr>
      <w:tr w:rsidR="0093776D" w:rsidRPr="00A30A01" w:rsidTr="005C6771">
        <w:trPr>
          <w:trHeight w:hRule="exact" w:val="114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BF1318">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Приём и передача воле</w:t>
            </w:r>
            <w:r w:rsidRPr="005C6771">
              <w:rPr>
                <w:rFonts w:ascii="Times New Roman" w:eastAsia="Times New Roman" w:hAnsi="Times New Roman" w:cs="Times New Roman"/>
                <w:bCs/>
                <w:sz w:val="24"/>
                <w:szCs w:val="24"/>
                <w:lang w:val="ru-RU" w:eastAsia="ru-RU"/>
              </w:rPr>
              <w:t>й</w:t>
            </w:r>
            <w:r w:rsidRPr="005C6771">
              <w:rPr>
                <w:rFonts w:ascii="Times New Roman" w:eastAsia="Times New Roman" w:hAnsi="Times New Roman" w:cs="Times New Roman"/>
                <w:bCs/>
                <w:sz w:val="24"/>
                <w:szCs w:val="24"/>
                <w:lang w:val="ru-RU" w:eastAsia="ru-RU"/>
              </w:rPr>
              <w:t>больного мяча двумя руками снизу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28079D">
              <w:rPr>
                <w:lang w:val="ru-RU"/>
              </w:rPr>
              <w:t>Практическая работа</w:t>
            </w:r>
          </w:p>
        </w:tc>
      </w:tr>
      <w:tr w:rsidR="0093776D" w:rsidRPr="005C6771" w:rsidTr="005C6771">
        <w:trPr>
          <w:trHeight w:hRule="exact" w:val="128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6B3B5C">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Приём и передача воле</w:t>
            </w:r>
            <w:r w:rsidRPr="005C6771">
              <w:rPr>
                <w:rFonts w:ascii="Times New Roman" w:eastAsia="Times New Roman" w:hAnsi="Times New Roman" w:cs="Times New Roman"/>
                <w:bCs/>
                <w:sz w:val="24"/>
                <w:szCs w:val="24"/>
                <w:lang w:val="ru-RU" w:eastAsia="ru-RU"/>
              </w:rPr>
              <w:t>й</w:t>
            </w:r>
            <w:r w:rsidRPr="005C6771">
              <w:rPr>
                <w:rFonts w:ascii="Times New Roman" w:eastAsia="Times New Roman" w:hAnsi="Times New Roman" w:cs="Times New Roman"/>
                <w:bCs/>
                <w:sz w:val="24"/>
                <w:szCs w:val="24"/>
                <w:lang w:val="ru-RU" w:eastAsia="ru-RU"/>
              </w:rPr>
              <w:t>больного мяча двумя руками све</w:t>
            </w:r>
            <w:r w:rsidRPr="005C6771">
              <w:rPr>
                <w:rFonts w:ascii="Times New Roman" w:eastAsia="Times New Roman" w:hAnsi="Times New Roman" w:cs="Times New Roman"/>
                <w:bCs/>
                <w:sz w:val="24"/>
                <w:szCs w:val="24"/>
                <w:lang w:val="ru-RU" w:eastAsia="ru-RU"/>
              </w:rPr>
              <w:t>р</w:t>
            </w:r>
            <w:r w:rsidRPr="005C6771">
              <w:rPr>
                <w:rFonts w:ascii="Times New Roman" w:eastAsia="Times New Roman" w:hAnsi="Times New Roman" w:cs="Times New Roman"/>
                <w:bCs/>
                <w:sz w:val="24"/>
                <w:szCs w:val="24"/>
                <w:lang w:val="ru-RU" w:eastAsia="ru-RU"/>
              </w:rPr>
              <w:t>ху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28079D">
              <w:rPr>
                <w:lang w:val="ru-RU"/>
              </w:rPr>
              <w:t>Практическая работа</w:t>
            </w:r>
          </w:p>
        </w:tc>
      </w:tr>
      <w:tr w:rsidR="0093776D" w:rsidRPr="005C6771" w:rsidTr="005C6771">
        <w:trPr>
          <w:trHeight w:hRule="exact" w:val="128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6B3B5C">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Приём и передача воле</w:t>
            </w:r>
            <w:r w:rsidRPr="005C6771">
              <w:rPr>
                <w:rFonts w:ascii="Times New Roman" w:eastAsia="Times New Roman" w:hAnsi="Times New Roman" w:cs="Times New Roman"/>
                <w:bCs/>
                <w:sz w:val="24"/>
                <w:szCs w:val="24"/>
                <w:lang w:val="ru-RU" w:eastAsia="ru-RU"/>
              </w:rPr>
              <w:t>й</w:t>
            </w:r>
            <w:r w:rsidRPr="005C6771">
              <w:rPr>
                <w:rFonts w:ascii="Times New Roman" w:eastAsia="Times New Roman" w:hAnsi="Times New Roman" w:cs="Times New Roman"/>
                <w:bCs/>
                <w:sz w:val="24"/>
                <w:szCs w:val="24"/>
                <w:lang w:val="ru-RU" w:eastAsia="ru-RU"/>
              </w:rPr>
              <w:t>больного мяча двумя руками све</w:t>
            </w:r>
            <w:r w:rsidRPr="005C6771">
              <w:rPr>
                <w:rFonts w:ascii="Times New Roman" w:eastAsia="Times New Roman" w:hAnsi="Times New Roman" w:cs="Times New Roman"/>
                <w:bCs/>
                <w:sz w:val="24"/>
                <w:szCs w:val="24"/>
                <w:lang w:val="ru-RU" w:eastAsia="ru-RU"/>
              </w:rPr>
              <w:t>р</w:t>
            </w:r>
            <w:r w:rsidRPr="005C6771">
              <w:rPr>
                <w:rFonts w:ascii="Times New Roman" w:eastAsia="Times New Roman" w:hAnsi="Times New Roman" w:cs="Times New Roman"/>
                <w:bCs/>
                <w:sz w:val="24"/>
                <w:szCs w:val="24"/>
                <w:lang w:val="ru-RU" w:eastAsia="ru-RU"/>
              </w:rPr>
              <w:t>ху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28079D">
              <w:rPr>
                <w:lang w:val="ru-RU"/>
              </w:rPr>
              <w:t>Практическая работа</w:t>
            </w:r>
          </w:p>
        </w:tc>
      </w:tr>
      <w:tr w:rsidR="0093776D" w:rsidRPr="005C6771" w:rsidTr="005C6771">
        <w:trPr>
          <w:trHeight w:hRule="exact" w:val="1285"/>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49.</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6B3B5C">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Приём и передача воле</w:t>
            </w:r>
            <w:r w:rsidRPr="005C6771">
              <w:rPr>
                <w:rFonts w:ascii="Times New Roman" w:eastAsia="Times New Roman" w:hAnsi="Times New Roman" w:cs="Times New Roman"/>
                <w:bCs/>
                <w:sz w:val="24"/>
                <w:szCs w:val="24"/>
                <w:lang w:val="ru-RU" w:eastAsia="ru-RU"/>
              </w:rPr>
              <w:t>й</w:t>
            </w:r>
            <w:r w:rsidRPr="005C6771">
              <w:rPr>
                <w:rFonts w:ascii="Times New Roman" w:eastAsia="Times New Roman" w:hAnsi="Times New Roman" w:cs="Times New Roman"/>
                <w:bCs/>
                <w:sz w:val="24"/>
                <w:szCs w:val="24"/>
                <w:lang w:val="ru-RU" w:eastAsia="ru-RU"/>
              </w:rPr>
              <w:t>больного мяча двумя руками све</w:t>
            </w:r>
            <w:r w:rsidRPr="005C6771">
              <w:rPr>
                <w:rFonts w:ascii="Times New Roman" w:eastAsia="Times New Roman" w:hAnsi="Times New Roman" w:cs="Times New Roman"/>
                <w:bCs/>
                <w:sz w:val="24"/>
                <w:szCs w:val="24"/>
                <w:lang w:val="ru-RU" w:eastAsia="ru-RU"/>
              </w:rPr>
              <w:t>р</w:t>
            </w:r>
            <w:r w:rsidRPr="005C6771">
              <w:rPr>
                <w:rFonts w:ascii="Times New Roman" w:eastAsia="Times New Roman" w:hAnsi="Times New Roman" w:cs="Times New Roman"/>
                <w:bCs/>
                <w:sz w:val="24"/>
                <w:szCs w:val="24"/>
                <w:lang w:val="ru-RU" w:eastAsia="ru-RU"/>
              </w:rPr>
              <w:t>ху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4D04B7">
              <w:rPr>
                <w:lang w:val="ru-RU"/>
              </w:rPr>
              <w:t>Практическая работа</w:t>
            </w:r>
          </w:p>
        </w:tc>
      </w:tr>
      <w:tr w:rsidR="0093776D" w:rsidRPr="005C6771" w:rsidTr="005C6771">
        <w:trPr>
          <w:trHeight w:hRule="exact" w:val="141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50.</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224045">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Прямая нижняя подача мяча в волейболе</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4D04B7">
              <w:rPr>
                <w:lang w:val="ru-RU"/>
              </w:rPr>
              <w:t>Практическая работа</w:t>
            </w:r>
          </w:p>
        </w:tc>
      </w:tr>
      <w:tr w:rsidR="0093776D" w:rsidRPr="005C6771" w:rsidTr="005C6771">
        <w:trPr>
          <w:trHeight w:hRule="exact" w:val="128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«Спортивные игры. Воле</w:t>
            </w:r>
            <w:r w:rsidRPr="005C6771">
              <w:rPr>
                <w:rFonts w:ascii="Times New Roman" w:eastAsia="Times New Roman" w:hAnsi="Times New Roman" w:cs="Times New Roman"/>
                <w:i/>
                <w:iCs/>
                <w:sz w:val="24"/>
                <w:szCs w:val="24"/>
                <w:lang w:val="ru-RU" w:eastAsia="ru-RU"/>
              </w:rPr>
              <w:t>й</w:t>
            </w:r>
            <w:r w:rsidRPr="005C6771">
              <w:rPr>
                <w:rFonts w:ascii="Times New Roman" w:eastAsia="Times New Roman" w:hAnsi="Times New Roman" w:cs="Times New Roman"/>
                <w:i/>
                <w:iCs/>
                <w:sz w:val="24"/>
                <w:szCs w:val="24"/>
                <w:lang w:val="ru-RU" w:eastAsia="ru-RU"/>
              </w:rPr>
              <w:t>бол».</w:t>
            </w:r>
            <w:r w:rsidRPr="00224045">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bCs/>
                <w:sz w:val="24"/>
                <w:szCs w:val="24"/>
                <w:lang w:val="ru-RU" w:eastAsia="ru-RU"/>
              </w:rPr>
              <w:t>Прямая нижняя подача мяча в волейболе</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4D04B7">
              <w:rPr>
                <w:lang w:val="ru-RU"/>
              </w:rPr>
              <w:t>Практическая работа</w:t>
            </w:r>
          </w:p>
        </w:tc>
      </w:tr>
      <w:tr w:rsidR="0093776D" w:rsidRPr="005C6771" w:rsidTr="005C6771">
        <w:trPr>
          <w:trHeight w:hRule="exact" w:val="126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bCs/>
                <w:sz w:val="24"/>
                <w:szCs w:val="24"/>
                <w:lang w:val="ru-RU" w:eastAsia="ru-RU"/>
              </w:rPr>
              <w:t>Упражнения утренней зарядки</w:t>
            </w:r>
            <w:r w:rsidRPr="005C6771">
              <w:rPr>
                <w:lang w:val="ru-RU"/>
              </w:rPr>
              <w:t xml:space="preserve">. </w:t>
            </w:r>
            <w:r w:rsidRPr="005C6771">
              <w:rPr>
                <w:rFonts w:ascii="Times New Roman" w:eastAsia="Times New Roman" w:hAnsi="Times New Roman" w:cs="Times New Roman"/>
                <w:bCs/>
                <w:sz w:val="24"/>
                <w:szCs w:val="24"/>
                <w:lang w:val="ru-RU" w:eastAsia="ru-RU"/>
              </w:rPr>
              <w:t>Водные процедуры после утренней зарядки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4D04B7">
              <w:rPr>
                <w:lang w:val="ru-RU"/>
              </w:rPr>
              <w:t>Практическая работа</w:t>
            </w:r>
          </w:p>
        </w:tc>
      </w:tr>
      <w:tr w:rsidR="0093776D" w:rsidRPr="005C6771" w:rsidTr="005C6771">
        <w:trPr>
          <w:trHeight w:hRule="exact" w:val="856"/>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53.</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«Кроссовая подгото</w:t>
            </w:r>
            <w:r w:rsidRPr="005C6771">
              <w:rPr>
                <w:rFonts w:ascii="Times New Roman" w:eastAsia="Times New Roman" w:hAnsi="Times New Roman" w:cs="Times New Roman"/>
                <w:i/>
                <w:iCs/>
                <w:sz w:val="24"/>
                <w:szCs w:val="24"/>
                <w:lang w:val="ru-RU" w:eastAsia="ru-RU"/>
              </w:rPr>
              <w:t>в</w:t>
            </w:r>
            <w:r w:rsidRPr="005C6771">
              <w:rPr>
                <w:rFonts w:ascii="Times New Roman" w:eastAsia="Times New Roman" w:hAnsi="Times New Roman" w:cs="Times New Roman"/>
                <w:i/>
                <w:iCs/>
                <w:sz w:val="24"/>
                <w:szCs w:val="24"/>
                <w:lang w:val="ru-RU" w:eastAsia="ru-RU"/>
              </w:rPr>
              <w:t>ка».</w:t>
            </w:r>
            <w:r w:rsidRPr="00A26850">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iCs/>
                <w:sz w:val="24"/>
                <w:szCs w:val="24"/>
                <w:lang w:val="ru-RU" w:eastAsia="ru-RU"/>
              </w:rPr>
              <w:t>Бег с горы</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4D04B7">
              <w:rPr>
                <w:lang w:val="ru-RU"/>
              </w:rPr>
              <w:t>Практическая работа</w:t>
            </w:r>
          </w:p>
        </w:tc>
      </w:tr>
      <w:tr w:rsidR="0093776D" w:rsidRPr="005C6771" w:rsidTr="005C6771">
        <w:trPr>
          <w:trHeight w:hRule="exact" w:val="99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lastRenderedPageBreak/>
              <w:t>54.</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rPr>
                <w:lang w:val="ru-RU"/>
              </w:rPr>
            </w:pPr>
            <w:r w:rsidRPr="005C6771">
              <w:rPr>
                <w:rFonts w:ascii="Times New Roman" w:eastAsia="Times New Roman" w:hAnsi="Times New Roman" w:cs="Times New Roman"/>
                <w:i/>
                <w:iCs/>
                <w:sz w:val="24"/>
                <w:szCs w:val="24"/>
                <w:lang w:val="ru-RU" w:eastAsia="ru-RU"/>
              </w:rPr>
              <w:t>Модуль «Кроссовая подгото</w:t>
            </w:r>
            <w:r w:rsidRPr="005C6771">
              <w:rPr>
                <w:rFonts w:ascii="Times New Roman" w:eastAsia="Times New Roman" w:hAnsi="Times New Roman" w:cs="Times New Roman"/>
                <w:i/>
                <w:iCs/>
                <w:sz w:val="24"/>
                <w:szCs w:val="24"/>
                <w:lang w:val="ru-RU" w:eastAsia="ru-RU"/>
              </w:rPr>
              <w:t>в</w:t>
            </w:r>
            <w:r w:rsidRPr="005C6771">
              <w:rPr>
                <w:rFonts w:ascii="Times New Roman" w:eastAsia="Times New Roman" w:hAnsi="Times New Roman" w:cs="Times New Roman"/>
                <w:i/>
                <w:iCs/>
                <w:sz w:val="24"/>
                <w:szCs w:val="24"/>
                <w:lang w:val="ru-RU" w:eastAsia="ru-RU"/>
              </w:rPr>
              <w:t>ка».</w:t>
            </w:r>
            <w:r w:rsidRPr="00A26850">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iCs/>
                <w:sz w:val="24"/>
                <w:szCs w:val="24"/>
                <w:lang w:val="ru-RU" w:eastAsia="ru-RU"/>
              </w:rPr>
              <w:t>Бег в гору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192482">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A30A01">
            <w:pPr>
              <w:spacing w:line="240" w:lineRule="auto"/>
              <w:rPr>
                <w:rFonts w:ascii="Times New Roman" w:eastAsia="Times New Roman" w:hAnsi="Times New Roman" w:cs="Times New Roman"/>
                <w:sz w:val="24"/>
                <w:szCs w:val="24"/>
                <w:lang w:val="ru-RU" w:eastAsia="ru-RU"/>
              </w:rPr>
            </w:pPr>
            <w:r w:rsidRPr="005C6771">
              <w:rPr>
                <w:rFonts w:ascii="Times New Roman" w:eastAsia="Times New Roman" w:hAnsi="Times New Roman" w:cs="Times New Roman"/>
                <w:i/>
                <w:iCs/>
                <w:sz w:val="24"/>
                <w:szCs w:val="24"/>
                <w:lang w:val="ru-RU" w:eastAsia="ru-RU"/>
              </w:rPr>
              <w:t>Модуль «Кроссовая подгото</w:t>
            </w:r>
            <w:r w:rsidRPr="005C6771">
              <w:rPr>
                <w:rFonts w:ascii="Times New Roman" w:eastAsia="Times New Roman" w:hAnsi="Times New Roman" w:cs="Times New Roman"/>
                <w:i/>
                <w:iCs/>
                <w:sz w:val="24"/>
                <w:szCs w:val="24"/>
                <w:lang w:val="ru-RU" w:eastAsia="ru-RU"/>
              </w:rPr>
              <w:t>в</w:t>
            </w:r>
            <w:r w:rsidRPr="005C6771">
              <w:rPr>
                <w:rFonts w:ascii="Times New Roman" w:eastAsia="Times New Roman" w:hAnsi="Times New Roman" w:cs="Times New Roman"/>
                <w:i/>
                <w:iCs/>
                <w:sz w:val="24"/>
                <w:szCs w:val="24"/>
                <w:lang w:val="ru-RU" w:eastAsia="ru-RU"/>
              </w:rPr>
              <w:t>ка».</w:t>
            </w:r>
            <w:r w:rsidRPr="00A26850">
              <w:rPr>
                <w:rFonts w:ascii="Times New Roman" w:eastAsia="Times New Roman" w:hAnsi="Times New Roman" w:cs="Times New Roman"/>
                <w:i/>
                <w:iCs/>
                <w:sz w:val="24"/>
                <w:szCs w:val="24"/>
                <w:lang w:eastAsia="ru-RU"/>
              </w:rPr>
              <w:t> </w:t>
            </w:r>
            <w:r w:rsidRPr="005C6771">
              <w:rPr>
                <w:rFonts w:ascii="Times New Roman" w:eastAsia="Times New Roman" w:hAnsi="Times New Roman" w:cs="Times New Roman"/>
                <w:iCs/>
                <w:sz w:val="24"/>
                <w:szCs w:val="24"/>
                <w:lang w:val="ru-RU" w:eastAsia="ru-RU"/>
              </w:rPr>
              <w:t>Бег по пересеченной местн</w:t>
            </w:r>
            <w:r w:rsidRPr="005C6771">
              <w:rPr>
                <w:rFonts w:ascii="Times New Roman" w:eastAsia="Times New Roman" w:hAnsi="Times New Roman" w:cs="Times New Roman"/>
                <w:iCs/>
                <w:sz w:val="24"/>
                <w:szCs w:val="24"/>
                <w:lang w:val="ru-RU" w:eastAsia="ru-RU"/>
              </w:rPr>
              <w:t>о</w:t>
            </w:r>
            <w:r w:rsidRPr="005C6771">
              <w:rPr>
                <w:rFonts w:ascii="Times New Roman" w:eastAsia="Times New Roman" w:hAnsi="Times New Roman" w:cs="Times New Roman"/>
                <w:iCs/>
                <w:sz w:val="24"/>
                <w:szCs w:val="24"/>
                <w:lang w:val="ru-RU" w:eastAsia="ru-RU"/>
              </w:rPr>
              <w:t>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192482">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«Кроссовая подгото</w:t>
            </w:r>
            <w:r w:rsidRPr="007B5C2C">
              <w:rPr>
                <w:rFonts w:ascii="Times New Roman" w:eastAsia="Times New Roman" w:hAnsi="Times New Roman" w:cs="Times New Roman"/>
                <w:i/>
                <w:iCs/>
                <w:sz w:val="24"/>
                <w:szCs w:val="24"/>
                <w:lang w:val="ru-RU" w:eastAsia="ru-RU"/>
              </w:rPr>
              <w:t>в</w:t>
            </w:r>
            <w:r w:rsidRPr="007B5C2C">
              <w:rPr>
                <w:rFonts w:ascii="Times New Roman" w:eastAsia="Times New Roman" w:hAnsi="Times New Roman" w:cs="Times New Roman"/>
                <w:i/>
                <w:iCs/>
                <w:sz w:val="24"/>
                <w:szCs w:val="24"/>
                <w:lang w:val="ru-RU" w:eastAsia="ru-RU"/>
              </w:rPr>
              <w:t>ка».</w:t>
            </w:r>
            <w:r w:rsidRPr="00A26850">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iCs/>
                <w:sz w:val="24"/>
                <w:szCs w:val="24"/>
                <w:lang w:val="ru-RU" w:eastAsia="ru-RU"/>
              </w:rPr>
              <w:t>Бег по пересеченной местн</w:t>
            </w:r>
            <w:r w:rsidRPr="007B5C2C">
              <w:rPr>
                <w:rFonts w:ascii="Times New Roman" w:eastAsia="Times New Roman" w:hAnsi="Times New Roman" w:cs="Times New Roman"/>
                <w:iCs/>
                <w:sz w:val="24"/>
                <w:szCs w:val="24"/>
                <w:lang w:val="ru-RU" w:eastAsia="ru-RU"/>
              </w:rPr>
              <w:t>о</w:t>
            </w:r>
            <w:r w:rsidRPr="007B5C2C">
              <w:rPr>
                <w:rFonts w:ascii="Times New Roman" w:eastAsia="Times New Roman" w:hAnsi="Times New Roman" w:cs="Times New Roman"/>
                <w:iCs/>
                <w:sz w:val="24"/>
                <w:szCs w:val="24"/>
                <w:lang w:val="ru-RU" w:eastAsia="ru-RU"/>
              </w:rPr>
              <w:t>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192482">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«Лёгкая атлет</w:t>
            </w:r>
            <w:r w:rsidRPr="007B5C2C">
              <w:rPr>
                <w:rFonts w:ascii="Times New Roman" w:eastAsia="Times New Roman" w:hAnsi="Times New Roman" w:cs="Times New Roman"/>
                <w:i/>
                <w:iCs/>
                <w:sz w:val="24"/>
                <w:szCs w:val="24"/>
                <w:lang w:val="ru-RU" w:eastAsia="ru-RU"/>
              </w:rPr>
              <w:t>и</w:t>
            </w:r>
            <w:r w:rsidRPr="007B5C2C">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Знакомство с рекомендациями учителя по технике безопасности на занятиях прыжками и со спос</w:t>
            </w:r>
            <w:r w:rsidRPr="007B5C2C">
              <w:rPr>
                <w:rFonts w:ascii="Times New Roman" w:eastAsia="Times New Roman" w:hAnsi="Times New Roman" w:cs="Times New Roman"/>
                <w:bCs/>
                <w:sz w:val="24"/>
                <w:szCs w:val="24"/>
                <w:lang w:val="ru-RU" w:eastAsia="ru-RU"/>
              </w:rPr>
              <w:t>о</w:t>
            </w:r>
            <w:r w:rsidRPr="007B5C2C">
              <w:rPr>
                <w:rFonts w:ascii="Times New Roman" w:eastAsia="Times New Roman" w:hAnsi="Times New Roman" w:cs="Times New Roman"/>
                <w:bCs/>
                <w:sz w:val="24"/>
                <w:szCs w:val="24"/>
                <w:lang w:val="ru-RU" w:eastAsia="ru-RU"/>
              </w:rPr>
              <w:t>бами их использования для разв</w:t>
            </w:r>
            <w:r w:rsidRPr="007B5C2C">
              <w:rPr>
                <w:rFonts w:ascii="Times New Roman" w:eastAsia="Times New Roman" w:hAnsi="Times New Roman" w:cs="Times New Roman"/>
                <w:bCs/>
                <w:sz w:val="24"/>
                <w:szCs w:val="24"/>
                <w:lang w:val="ru-RU" w:eastAsia="ru-RU"/>
              </w:rPr>
              <w:t>и</w:t>
            </w:r>
            <w:r w:rsidRPr="007B5C2C">
              <w:rPr>
                <w:rFonts w:ascii="Times New Roman" w:eastAsia="Times New Roman" w:hAnsi="Times New Roman" w:cs="Times New Roman"/>
                <w:bCs/>
                <w:sz w:val="24"/>
                <w:szCs w:val="24"/>
                <w:lang w:val="ru-RU" w:eastAsia="ru-RU"/>
              </w:rPr>
              <w:t>тия скоростно-силовых способн</w:t>
            </w:r>
            <w:r w:rsidRPr="007B5C2C">
              <w:rPr>
                <w:rFonts w:ascii="Times New Roman" w:eastAsia="Times New Roman" w:hAnsi="Times New Roman" w:cs="Times New Roman"/>
                <w:bCs/>
                <w:sz w:val="24"/>
                <w:szCs w:val="24"/>
                <w:lang w:val="ru-RU" w:eastAsia="ru-RU"/>
              </w:rPr>
              <w:t>о</w:t>
            </w:r>
            <w:r w:rsidRPr="007B5C2C">
              <w:rPr>
                <w:rFonts w:ascii="Times New Roman" w:eastAsia="Times New Roman" w:hAnsi="Times New Roman" w:cs="Times New Roman"/>
                <w:bCs/>
                <w:sz w:val="24"/>
                <w:szCs w:val="24"/>
                <w:lang w:val="ru-RU" w:eastAsia="ru-RU"/>
              </w:rPr>
              <w:t>стей</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192482">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«Лёгкая атлет</w:t>
            </w:r>
            <w:r w:rsidRPr="007B5C2C">
              <w:rPr>
                <w:rFonts w:ascii="Times New Roman" w:eastAsia="Times New Roman" w:hAnsi="Times New Roman" w:cs="Times New Roman"/>
                <w:i/>
                <w:iCs/>
                <w:sz w:val="24"/>
                <w:szCs w:val="24"/>
                <w:lang w:val="ru-RU" w:eastAsia="ru-RU"/>
              </w:rPr>
              <w:t>и</w:t>
            </w:r>
            <w:r w:rsidRPr="007B5C2C">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Метание малого мяча в непо</w:t>
            </w:r>
            <w:r w:rsidRPr="007B5C2C">
              <w:rPr>
                <w:rFonts w:ascii="Times New Roman" w:eastAsia="Times New Roman" w:hAnsi="Times New Roman" w:cs="Times New Roman"/>
                <w:bCs/>
                <w:sz w:val="24"/>
                <w:szCs w:val="24"/>
                <w:lang w:val="ru-RU" w:eastAsia="ru-RU"/>
              </w:rPr>
              <w:t>д</w:t>
            </w:r>
            <w:r w:rsidRPr="007B5C2C">
              <w:rPr>
                <w:rFonts w:ascii="Times New Roman" w:eastAsia="Times New Roman" w:hAnsi="Times New Roman" w:cs="Times New Roman"/>
                <w:bCs/>
                <w:sz w:val="24"/>
                <w:szCs w:val="24"/>
                <w:lang w:val="ru-RU" w:eastAsia="ru-RU"/>
              </w:rPr>
              <w:t>вижную мишень</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192482">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59.</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«Лёгкая атлет</w:t>
            </w:r>
            <w:r w:rsidRPr="007B5C2C">
              <w:rPr>
                <w:rFonts w:ascii="Times New Roman" w:eastAsia="Times New Roman" w:hAnsi="Times New Roman" w:cs="Times New Roman"/>
                <w:i/>
                <w:iCs/>
                <w:sz w:val="24"/>
                <w:szCs w:val="24"/>
                <w:lang w:val="ru-RU" w:eastAsia="ru-RU"/>
              </w:rPr>
              <w:t>и</w:t>
            </w:r>
            <w:r w:rsidRPr="007B5C2C">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Знакомство с рекомендациями по технике безопасности при в</w:t>
            </w:r>
            <w:r w:rsidRPr="007B5C2C">
              <w:rPr>
                <w:rFonts w:ascii="Times New Roman" w:eastAsia="Times New Roman" w:hAnsi="Times New Roman" w:cs="Times New Roman"/>
                <w:bCs/>
                <w:sz w:val="24"/>
                <w:szCs w:val="24"/>
                <w:lang w:val="ru-RU" w:eastAsia="ru-RU"/>
              </w:rPr>
              <w:t>ы</w:t>
            </w:r>
            <w:r w:rsidRPr="007B5C2C">
              <w:rPr>
                <w:rFonts w:ascii="Times New Roman" w:eastAsia="Times New Roman" w:hAnsi="Times New Roman" w:cs="Times New Roman"/>
                <w:bCs/>
                <w:sz w:val="24"/>
                <w:szCs w:val="24"/>
                <w:lang w:val="ru-RU" w:eastAsia="ru-RU"/>
              </w:rPr>
              <w:t>полнении упражнений в метании малого мяча и со способами их и</w:t>
            </w:r>
            <w:r w:rsidRPr="007B5C2C">
              <w:rPr>
                <w:rFonts w:ascii="Times New Roman" w:eastAsia="Times New Roman" w:hAnsi="Times New Roman" w:cs="Times New Roman"/>
                <w:bCs/>
                <w:sz w:val="24"/>
                <w:szCs w:val="24"/>
                <w:lang w:val="ru-RU" w:eastAsia="ru-RU"/>
              </w:rPr>
              <w:t>с</w:t>
            </w:r>
            <w:r w:rsidRPr="007B5C2C">
              <w:rPr>
                <w:rFonts w:ascii="Times New Roman" w:eastAsia="Times New Roman" w:hAnsi="Times New Roman" w:cs="Times New Roman"/>
                <w:bCs/>
                <w:sz w:val="24"/>
                <w:szCs w:val="24"/>
                <w:lang w:val="ru-RU" w:eastAsia="ru-RU"/>
              </w:rPr>
              <w:t>пользования для развития точности движения</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F81428">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60</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«Лёгкая атлет</w:t>
            </w:r>
            <w:r w:rsidRPr="007B5C2C">
              <w:rPr>
                <w:rFonts w:ascii="Times New Roman" w:eastAsia="Times New Roman" w:hAnsi="Times New Roman" w:cs="Times New Roman"/>
                <w:i/>
                <w:iCs/>
                <w:sz w:val="24"/>
                <w:szCs w:val="24"/>
                <w:lang w:val="ru-RU" w:eastAsia="ru-RU"/>
              </w:rPr>
              <w:t>и</w:t>
            </w:r>
            <w:r w:rsidRPr="007B5C2C">
              <w:rPr>
                <w:rFonts w:ascii="Times New Roman" w:eastAsia="Times New Roman" w:hAnsi="Times New Roman" w:cs="Times New Roman"/>
                <w:i/>
                <w:iCs/>
                <w:sz w:val="24"/>
                <w:szCs w:val="24"/>
                <w:lang w:val="ru-RU" w:eastAsia="ru-RU"/>
              </w:rPr>
              <w:t>ка».</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Метание малого мяча на дал</w:t>
            </w:r>
            <w:r w:rsidRPr="007B5C2C">
              <w:rPr>
                <w:rFonts w:ascii="Times New Roman" w:eastAsia="Times New Roman" w:hAnsi="Times New Roman" w:cs="Times New Roman"/>
                <w:bCs/>
                <w:sz w:val="24"/>
                <w:szCs w:val="24"/>
                <w:lang w:val="ru-RU" w:eastAsia="ru-RU"/>
              </w:rPr>
              <w:t>ь</w:t>
            </w:r>
            <w:r w:rsidRPr="007B5C2C">
              <w:rPr>
                <w:rFonts w:ascii="Times New Roman" w:eastAsia="Times New Roman" w:hAnsi="Times New Roman" w:cs="Times New Roman"/>
                <w:bCs/>
                <w:sz w:val="24"/>
                <w:szCs w:val="24"/>
                <w:lang w:val="ru-RU" w:eastAsia="ru-RU"/>
              </w:rPr>
              <w:t>ность</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F81428">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61.</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«Спортивные игры. Фу</w:t>
            </w:r>
            <w:r w:rsidRPr="007B5C2C">
              <w:rPr>
                <w:rFonts w:ascii="Times New Roman" w:eastAsia="Times New Roman" w:hAnsi="Times New Roman" w:cs="Times New Roman"/>
                <w:i/>
                <w:iCs/>
                <w:sz w:val="24"/>
                <w:szCs w:val="24"/>
                <w:lang w:val="ru-RU" w:eastAsia="ru-RU"/>
              </w:rPr>
              <w:t>т</w:t>
            </w:r>
            <w:r w:rsidRPr="007B5C2C">
              <w:rPr>
                <w:rFonts w:ascii="Times New Roman" w:eastAsia="Times New Roman" w:hAnsi="Times New Roman" w:cs="Times New Roman"/>
                <w:i/>
                <w:iCs/>
                <w:sz w:val="24"/>
                <w:szCs w:val="24"/>
                <w:lang w:val="ru-RU" w:eastAsia="ru-RU"/>
              </w:rPr>
              <w:t>бол».</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Удар по неподвижному мячу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F81428">
              <w:rPr>
                <w:lang w:val="ru-RU"/>
              </w:rPr>
              <w:t>Практическая работа</w:t>
            </w:r>
          </w:p>
        </w:tc>
      </w:tr>
      <w:tr w:rsidR="0093776D"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62.</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«Спортивные игры. Фу</w:t>
            </w:r>
            <w:r w:rsidRPr="007B5C2C">
              <w:rPr>
                <w:rFonts w:ascii="Times New Roman" w:eastAsia="Times New Roman" w:hAnsi="Times New Roman" w:cs="Times New Roman"/>
                <w:i/>
                <w:iCs/>
                <w:sz w:val="24"/>
                <w:szCs w:val="24"/>
                <w:lang w:val="ru-RU" w:eastAsia="ru-RU"/>
              </w:rPr>
              <w:t>т</w:t>
            </w:r>
            <w:r w:rsidRPr="007B5C2C">
              <w:rPr>
                <w:rFonts w:ascii="Times New Roman" w:eastAsia="Times New Roman" w:hAnsi="Times New Roman" w:cs="Times New Roman"/>
                <w:i/>
                <w:iCs/>
                <w:sz w:val="24"/>
                <w:szCs w:val="24"/>
                <w:lang w:val="ru-RU" w:eastAsia="ru-RU"/>
              </w:rPr>
              <w:t>бол».</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Знакомство с рекомендаци</w:t>
            </w:r>
            <w:r w:rsidRPr="007B5C2C">
              <w:rPr>
                <w:rFonts w:ascii="Times New Roman" w:eastAsia="Times New Roman" w:hAnsi="Times New Roman" w:cs="Times New Roman"/>
                <w:bCs/>
                <w:sz w:val="24"/>
                <w:szCs w:val="24"/>
                <w:lang w:val="ru-RU" w:eastAsia="ru-RU"/>
              </w:rPr>
              <w:t>я</w:t>
            </w:r>
            <w:r w:rsidRPr="007B5C2C">
              <w:rPr>
                <w:rFonts w:ascii="Times New Roman" w:eastAsia="Times New Roman" w:hAnsi="Times New Roman" w:cs="Times New Roman"/>
                <w:bCs/>
                <w:sz w:val="24"/>
                <w:szCs w:val="24"/>
                <w:lang w:val="ru-RU" w:eastAsia="ru-RU"/>
              </w:rPr>
              <w:t>ми учителя по использованию по</w:t>
            </w:r>
            <w:r w:rsidRPr="007B5C2C">
              <w:rPr>
                <w:rFonts w:ascii="Times New Roman" w:eastAsia="Times New Roman" w:hAnsi="Times New Roman" w:cs="Times New Roman"/>
                <w:bCs/>
                <w:sz w:val="24"/>
                <w:szCs w:val="24"/>
                <w:lang w:val="ru-RU" w:eastAsia="ru-RU"/>
              </w:rPr>
              <w:t>д</w:t>
            </w:r>
            <w:r w:rsidRPr="007B5C2C">
              <w:rPr>
                <w:rFonts w:ascii="Times New Roman" w:eastAsia="Times New Roman" w:hAnsi="Times New Roman" w:cs="Times New Roman"/>
                <w:bCs/>
                <w:sz w:val="24"/>
                <w:szCs w:val="24"/>
                <w:lang w:val="ru-RU" w:eastAsia="ru-RU"/>
              </w:rPr>
              <w:t>готовительных и подводящих у</w:t>
            </w:r>
            <w:r w:rsidRPr="007B5C2C">
              <w:rPr>
                <w:rFonts w:ascii="Times New Roman" w:eastAsia="Times New Roman" w:hAnsi="Times New Roman" w:cs="Times New Roman"/>
                <w:bCs/>
                <w:sz w:val="24"/>
                <w:szCs w:val="24"/>
                <w:lang w:val="ru-RU" w:eastAsia="ru-RU"/>
              </w:rPr>
              <w:t>п</w:t>
            </w:r>
            <w:r w:rsidRPr="007B5C2C">
              <w:rPr>
                <w:rFonts w:ascii="Times New Roman" w:eastAsia="Times New Roman" w:hAnsi="Times New Roman" w:cs="Times New Roman"/>
                <w:bCs/>
                <w:sz w:val="24"/>
                <w:szCs w:val="24"/>
                <w:lang w:val="ru-RU" w:eastAsia="ru-RU"/>
              </w:rPr>
              <w:t>ражнений для освоения технич</w:t>
            </w:r>
            <w:r w:rsidRPr="007B5C2C">
              <w:rPr>
                <w:rFonts w:ascii="Times New Roman" w:eastAsia="Times New Roman" w:hAnsi="Times New Roman" w:cs="Times New Roman"/>
                <w:bCs/>
                <w:sz w:val="24"/>
                <w:szCs w:val="24"/>
                <w:lang w:val="ru-RU" w:eastAsia="ru-RU"/>
              </w:rPr>
              <w:t>е</w:t>
            </w:r>
            <w:r w:rsidRPr="007B5C2C">
              <w:rPr>
                <w:rFonts w:ascii="Times New Roman" w:eastAsia="Times New Roman" w:hAnsi="Times New Roman" w:cs="Times New Roman"/>
                <w:bCs/>
                <w:sz w:val="24"/>
                <w:szCs w:val="24"/>
                <w:lang w:val="ru-RU" w:eastAsia="ru-RU"/>
              </w:rPr>
              <w:t>ских действий игры футбол</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r w:rsidRPr="00F81428">
              <w:rPr>
                <w:lang w:val="ru-RU"/>
              </w:rPr>
              <w:t>Практическая работа</w:t>
            </w:r>
          </w:p>
        </w:tc>
      </w:tr>
      <w:tr w:rsidR="0093776D" w:rsidRPr="0093776D"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63.</w:t>
            </w:r>
          </w:p>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«Спортивные игры. Фу</w:t>
            </w:r>
            <w:r w:rsidRPr="007B5C2C">
              <w:rPr>
                <w:rFonts w:ascii="Times New Roman" w:eastAsia="Times New Roman" w:hAnsi="Times New Roman" w:cs="Times New Roman"/>
                <w:i/>
                <w:iCs/>
                <w:sz w:val="24"/>
                <w:szCs w:val="24"/>
                <w:lang w:val="ru-RU" w:eastAsia="ru-RU"/>
              </w:rPr>
              <w:t>т</w:t>
            </w:r>
            <w:r w:rsidRPr="007B5C2C">
              <w:rPr>
                <w:rFonts w:ascii="Times New Roman" w:eastAsia="Times New Roman" w:hAnsi="Times New Roman" w:cs="Times New Roman"/>
                <w:i/>
                <w:iCs/>
                <w:sz w:val="24"/>
                <w:szCs w:val="24"/>
                <w:lang w:val="ru-RU" w:eastAsia="ru-RU"/>
              </w:rPr>
              <w:t>бол».</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Остановка катящегося мяча внутренней стороной стопы</w:t>
            </w:r>
            <w:r>
              <w:rPr>
                <w:rFonts w:ascii="Times New Roman" w:eastAsia="Times New Roman" w:hAnsi="Times New Roman" w:cs="Times New Roman"/>
                <w:bCs/>
                <w:sz w:val="24"/>
                <w:szCs w:val="24"/>
                <w:lang w:val="ru-RU" w:eastAsia="ru-RU"/>
              </w:rPr>
              <w:t>. Ит</w:t>
            </w:r>
            <w:r>
              <w:rPr>
                <w:rFonts w:ascii="Times New Roman" w:eastAsia="Times New Roman" w:hAnsi="Times New Roman" w:cs="Times New Roman"/>
                <w:bCs/>
                <w:sz w:val="24"/>
                <w:szCs w:val="24"/>
                <w:lang w:val="ru-RU" w:eastAsia="ru-RU"/>
              </w:rPr>
              <w:t>о</w:t>
            </w:r>
            <w:r>
              <w:rPr>
                <w:rFonts w:ascii="Times New Roman" w:eastAsia="Times New Roman" w:hAnsi="Times New Roman" w:cs="Times New Roman"/>
                <w:bCs/>
                <w:sz w:val="24"/>
                <w:szCs w:val="24"/>
                <w:lang w:val="ru-RU" w:eastAsia="ru-RU"/>
              </w:rPr>
              <w:t>говый контрольный норматив.</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rsidP="0093776D">
            <w:pPr>
              <w:jc w:val="center"/>
              <w:rPr>
                <w:lang w:val="ru-RU"/>
              </w:rPr>
            </w:pPr>
            <w:r>
              <w:rPr>
                <w:lang w:val="ru-RU"/>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93776D" w:rsidRDefault="0093776D">
            <w:pPr>
              <w:rPr>
                <w:lang w:val="ru-RU"/>
              </w:rPr>
            </w:pPr>
            <w:r w:rsidRPr="00F81428">
              <w:rPr>
                <w:lang w:val="ru-RU"/>
              </w:rPr>
              <w:t>Практическая работа</w:t>
            </w:r>
          </w:p>
        </w:tc>
      </w:tr>
      <w:tr w:rsidR="0093776D" w:rsidRPr="0093776D"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64.</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7B5C2C" w:rsidRDefault="0093776D" w:rsidP="00A30A01">
            <w:pPr>
              <w:spacing w:after="0" w:line="240" w:lineRule="auto"/>
              <w:jc w:val="both"/>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«Спортивные игры. Фу</w:t>
            </w:r>
            <w:r w:rsidRPr="007B5C2C">
              <w:rPr>
                <w:rFonts w:ascii="Times New Roman" w:eastAsia="Times New Roman" w:hAnsi="Times New Roman" w:cs="Times New Roman"/>
                <w:i/>
                <w:iCs/>
                <w:sz w:val="24"/>
                <w:szCs w:val="24"/>
                <w:lang w:val="ru-RU" w:eastAsia="ru-RU"/>
              </w:rPr>
              <w:t>т</w:t>
            </w:r>
            <w:r w:rsidRPr="007B5C2C">
              <w:rPr>
                <w:rFonts w:ascii="Times New Roman" w:eastAsia="Times New Roman" w:hAnsi="Times New Roman" w:cs="Times New Roman"/>
                <w:i/>
                <w:iCs/>
                <w:sz w:val="24"/>
                <w:szCs w:val="24"/>
                <w:lang w:val="ru-RU" w:eastAsia="ru-RU"/>
              </w:rPr>
              <w:t>бол».</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Ведение футбольного мяча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5C6771" w:rsidRDefault="0093776D">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93776D" w:rsidRPr="0093776D" w:rsidRDefault="0093776D">
            <w:pPr>
              <w:rPr>
                <w:lang w:val="ru-RU"/>
              </w:rPr>
            </w:pPr>
            <w:r w:rsidRPr="00F81428">
              <w:rPr>
                <w:lang w:val="ru-RU"/>
              </w:rPr>
              <w:t>Практическая работа</w:t>
            </w:r>
          </w:p>
        </w:tc>
      </w:tr>
      <w:tr w:rsidR="007B5C2C" w:rsidRPr="0093776D"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65.</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7B5C2C" w:rsidRDefault="007B5C2C" w:rsidP="0093776D">
            <w:pPr>
              <w:spacing w:after="0" w:line="240" w:lineRule="auto"/>
              <w:rPr>
                <w:rFonts w:ascii="Times New Roman" w:eastAsia="Times New Roman" w:hAnsi="Times New Roman" w:cs="Times New Roman"/>
                <w:sz w:val="24"/>
                <w:szCs w:val="24"/>
                <w:lang w:val="ru-RU" w:eastAsia="ru-RU"/>
              </w:rPr>
            </w:pPr>
            <w:r w:rsidRPr="007B5C2C">
              <w:rPr>
                <w:rFonts w:ascii="Times New Roman" w:eastAsia="Times New Roman" w:hAnsi="Times New Roman" w:cs="Times New Roman"/>
                <w:i/>
                <w:iCs/>
                <w:sz w:val="24"/>
                <w:szCs w:val="24"/>
                <w:lang w:val="ru-RU" w:eastAsia="ru-RU"/>
              </w:rPr>
              <w:t>Модуль «Спортивные игры. Фу</w:t>
            </w:r>
            <w:r w:rsidRPr="007B5C2C">
              <w:rPr>
                <w:rFonts w:ascii="Times New Roman" w:eastAsia="Times New Roman" w:hAnsi="Times New Roman" w:cs="Times New Roman"/>
                <w:i/>
                <w:iCs/>
                <w:sz w:val="24"/>
                <w:szCs w:val="24"/>
                <w:lang w:val="ru-RU" w:eastAsia="ru-RU"/>
              </w:rPr>
              <w:t>т</w:t>
            </w:r>
            <w:r w:rsidRPr="007B5C2C">
              <w:rPr>
                <w:rFonts w:ascii="Times New Roman" w:eastAsia="Times New Roman" w:hAnsi="Times New Roman" w:cs="Times New Roman"/>
                <w:i/>
                <w:iCs/>
                <w:sz w:val="24"/>
                <w:szCs w:val="24"/>
                <w:lang w:val="ru-RU" w:eastAsia="ru-RU"/>
              </w:rPr>
              <w:t>бол».</w:t>
            </w:r>
            <w:r w:rsidRPr="001F1BE2">
              <w:rPr>
                <w:rFonts w:ascii="Times New Roman" w:eastAsia="Times New Roman" w:hAnsi="Times New Roman" w:cs="Times New Roman"/>
                <w:i/>
                <w:iCs/>
                <w:sz w:val="24"/>
                <w:szCs w:val="24"/>
                <w:lang w:eastAsia="ru-RU"/>
              </w:rPr>
              <w:t> </w:t>
            </w:r>
            <w:r w:rsidRPr="007B5C2C">
              <w:rPr>
                <w:rFonts w:ascii="Times New Roman" w:eastAsia="Times New Roman" w:hAnsi="Times New Roman" w:cs="Times New Roman"/>
                <w:bCs/>
                <w:sz w:val="24"/>
                <w:szCs w:val="24"/>
                <w:lang w:val="ru-RU" w:eastAsia="ru-RU"/>
              </w:rPr>
              <w:t>Обводка мячом ориентиров</w:t>
            </w:r>
            <w:r w:rsidR="0093776D">
              <w:rPr>
                <w:rFonts w:ascii="Times New Roman" w:eastAsia="Times New Roman" w:hAnsi="Times New Roman" w:cs="Times New Roman"/>
                <w:bCs/>
                <w:sz w:val="24"/>
                <w:szCs w:val="24"/>
                <w:lang w:val="ru-RU"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93776D">
            <w:pPr>
              <w:rPr>
                <w:lang w:val="ru-RU"/>
              </w:rPr>
            </w:pPr>
            <w:r>
              <w:rPr>
                <w:lang w:val="ru-RU"/>
              </w:rPr>
              <w:t>Практическая работа</w:t>
            </w:r>
          </w:p>
        </w:tc>
      </w:tr>
      <w:tr w:rsidR="007B5C2C" w:rsidRPr="0093776D"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66.</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7B5C2C" w:rsidRDefault="007B5C2C" w:rsidP="00A30A01">
            <w:pPr>
              <w:spacing w:after="0" w:line="240" w:lineRule="auto"/>
              <w:jc w:val="both"/>
              <w:rPr>
                <w:rFonts w:ascii="Times New Roman" w:eastAsia="Times New Roman" w:hAnsi="Times New Roman" w:cs="Times New Roman"/>
                <w:sz w:val="24"/>
                <w:szCs w:val="24"/>
                <w:lang w:val="ru-RU" w:eastAsia="ru-RU"/>
              </w:rPr>
            </w:pPr>
            <w:proofErr w:type="spellStart"/>
            <w:r w:rsidRPr="007B5C2C">
              <w:rPr>
                <w:rFonts w:ascii="Times New Roman" w:eastAsia="Times New Roman" w:hAnsi="Times New Roman" w:cs="Times New Roman"/>
                <w:sz w:val="24"/>
                <w:szCs w:val="24"/>
                <w:lang w:val="ru-RU" w:eastAsia="ru-RU"/>
              </w:rPr>
              <w:t>Прикладно-ориентированная</w:t>
            </w:r>
            <w:proofErr w:type="spellEnd"/>
            <w:r w:rsidRPr="007B5C2C">
              <w:rPr>
                <w:rFonts w:ascii="Times New Roman" w:eastAsia="Times New Roman" w:hAnsi="Times New Roman" w:cs="Times New Roman"/>
                <w:sz w:val="24"/>
                <w:szCs w:val="24"/>
                <w:lang w:val="ru-RU" w:eastAsia="ru-RU"/>
              </w:rPr>
              <w:t xml:space="preserve"> физ</w:t>
            </w:r>
            <w:r w:rsidRPr="007B5C2C">
              <w:rPr>
                <w:rFonts w:ascii="Times New Roman" w:eastAsia="Times New Roman" w:hAnsi="Times New Roman" w:cs="Times New Roman"/>
                <w:sz w:val="24"/>
                <w:szCs w:val="24"/>
                <w:lang w:val="ru-RU" w:eastAsia="ru-RU"/>
              </w:rPr>
              <w:t>и</w:t>
            </w:r>
            <w:r w:rsidRPr="007B5C2C">
              <w:rPr>
                <w:rFonts w:ascii="Times New Roman" w:eastAsia="Times New Roman" w:hAnsi="Times New Roman" w:cs="Times New Roman"/>
                <w:sz w:val="24"/>
                <w:szCs w:val="24"/>
                <w:lang w:val="ru-RU" w:eastAsia="ru-RU"/>
              </w:rPr>
              <w:t>ческая культура. Развитие выно</w:t>
            </w:r>
            <w:r w:rsidRPr="007B5C2C">
              <w:rPr>
                <w:rFonts w:ascii="Times New Roman" w:eastAsia="Times New Roman" w:hAnsi="Times New Roman" w:cs="Times New Roman"/>
                <w:sz w:val="24"/>
                <w:szCs w:val="24"/>
                <w:lang w:val="ru-RU" w:eastAsia="ru-RU"/>
              </w:rPr>
              <w:t>с</w:t>
            </w:r>
            <w:r w:rsidRPr="007B5C2C">
              <w:rPr>
                <w:rFonts w:ascii="Times New Roman" w:eastAsia="Times New Roman" w:hAnsi="Times New Roman" w:cs="Times New Roman"/>
                <w:sz w:val="24"/>
                <w:szCs w:val="24"/>
                <w:lang w:val="ru-RU" w:eastAsia="ru-RU"/>
              </w:rPr>
              <w:t>ливости.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93776D">
            <w:pPr>
              <w:rPr>
                <w:lang w:val="ru-RU"/>
              </w:rPr>
            </w:pPr>
            <w:r>
              <w:rPr>
                <w:lang w:val="ru-RU"/>
              </w:rPr>
              <w:t>Практическая работа</w:t>
            </w:r>
          </w:p>
        </w:tc>
      </w:tr>
      <w:tr w:rsidR="007B5C2C"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lastRenderedPageBreak/>
              <w:t>67.</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7B5C2C" w:rsidRDefault="007B5C2C" w:rsidP="00A30A01">
            <w:pPr>
              <w:spacing w:after="0" w:line="240" w:lineRule="auto"/>
              <w:jc w:val="both"/>
              <w:rPr>
                <w:rFonts w:ascii="Times New Roman" w:eastAsia="Times New Roman" w:hAnsi="Times New Roman" w:cs="Times New Roman"/>
                <w:sz w:val="24"/>
                <w:szCs w:val="24"/>
                <w:lang w:val="ru-RU" w:eastAsia="ru-RU"/>
              </w:rPr>
            </w:pPr>
            <w:proofErr w:type="spellStart"/>
            <w:r w:rsidRPr="007B5C2C">
              <w:rPr>
                <w:rFonts w:ascii="Times New Roman" w:eastAsia="Times New Roman" w:hAnsi="Times New Roman" w:cs="Times New Roman"/>
                <w:sz w:val="24"/>
                <w:szCs w:val="24"/>
                <w:lang w:val="ru-RU" w:eastAsia="ru-RU"/>
              </w:rPr>
              <w:t>Прикладно-ориентированная</w:t>
            </w:r>
            <w:proofErr w:type="spellEnd"/>
            <w:r w:rsidRPr="007B5C2C">
              <w:rPr>
                <w:rFonts w:ascii="Times New Roman" w:eastAsia="Times New Roman" w:hAnsi="Times New Roman" w:cs="Times New Roman"/>
                <w:sz w:val="24"/>
                <w:szCs w:val="24"/>
                <w:lang w:val="ru-RU" w:eastAsia="ru-RU"/>
              </w:rPr>
              <w:t xml:space="preserve"> физ</w:t>
            </w:r>
            <w:r w:rsidRPr="007B5C2C">
              <w:rPr>
                <w:rFonts w:ascii="Times New Roman" w:eastAsia="Times New Roman" w:hAnsi="Times New Roman" w:cs="Times New Roman"/>
                <w:sz w:val="24"/>
                <w:szCs w:val="24"/>
                <w:lang w:val="ru-RU" w:eastAsia="ru-RU"/>
              </w:rPr>
              <w:t>и</w:t>
            </w:r>
            <w:r w:rsidRPr="007B5C2C">
              <w:rPr>
                <w:rFonts w:ascii="Times New Roman" w:eastAsia="Times New Roman" w:hAnsi="Times New Roman" w:cs="Times New Roman"/>
                <w:sz w:val="24"/>
                <w:szCs w:val="24"/>
                <w:lang w:val="ru-RU" w:eastAsia="ru-RU"/>
              </w:rPr>
              <w:t>ческая культура. Развитие скорос</w:t>
            </w:r>
            <w:r w:rsidRPr="007B5C2C">
              <w:rPr>
                <w:rFonts w:ascii="Times New Roman" w:eastAsia="Times New Roman" w:hAnsi="Times New Roman" w:cs="Times New Roman"/>
                <w:sz w:val="24"/>
                <w:szCs w:val="24"/>
                <w:lang w:val="ru-RU" w:eastAsia="ru-RU"/>
              </w:rPr>
              <w:t>т</w:t>
            </w:r>
            <w:r w:rsidRPr="007B5C2C">
              <w:rPr>
                <w:rFonts w:ascii="Times New Roman" w:eastAsia="Times New Roman" w:hAnsi="Times New Roman" w:cs="Times New Roman"/>
                <w:sz w:val="24"/>
                <w:szCs w:val="24"/>
                <w:lang w:val="ru-RU" w:eastAsia="ru-RU"/>
              </w:rPr>
              <w:t>ных и скоростно-силовых качеств</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93776D">
            <w:pPr>
              <w:rPr>
                <w:lang w:val="ru-RU"/>
              </w:rPr>
            </w:pPr>
            <w:r>
              <w:rPr>
                <w:lang w:val="ru-RU"/>
              </w:rPr>
              <w:t>Практическая работа</w:t>
            </w:r>
          </w:p>
        </w:tc>
      </w:tr>
      <w:tr w:rsidR="007B5C2C" w:rsidRPr="005C6771" w:rsidTr="005C6771">
        <w:trPr>
          <w:trHeight w:hRule="exact" w:val="1132"/>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68.</w:t>
            </w:r>
          </w:p>
        </w:tc>
        <w:tc>
          <w:tcPr>
            <w:tcW w:w="368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7B5C2C" w:rsidRDefault="007B5C2C" w:rsidP="00A30A01">
            <w:pPr>
              <w:spacing w:after="0" w:line="240" w:lineRule="auto"/>
              <w:jc w:val="both"/>
              <w:rPr>
                <w:rFonts w:ascii="Times New Roman" w:eastAsia="Times New Roman" w:hAnsi="Times New Roman" w:cs="Times New Roman"/>
                <w:sz w:val="24"/>
                <w:szCs w:val="24"/>
                <w:lang w:val="ru-RU" w:eastAsia="ru-RU"/>
              </w:rPr>
            </w:pPr>
            <w:proofErr w:type="spellStart"/>
            <w:r w:rsidRPr="007B5C2C">
              <w:rPr>
                <w:rFonts w:ascii="Times New Roman" w:eastAsia="Times New Roman" w:hAnsi="Times New Roman" w:cs="Times New Roman"/>
                <w:sz w:val="24"/>
                <w:szCs w:val="24"/>
                <w:lang w:val="ru-RU" w:eastAsia="ru-RU"/>
              </w:rPr>
              <w:t>Прикладно-ориентированная</w:t>
            </w:r>
            <w:proofErr w:type="spellEnd"/>
            <w:r w:rsidRPr="007B5C2C">
              <w:rPr>
                <w:rFonts w:ascii="Times New Roman" w:eastAsia="Times New Roman" w:hAnsi="Times New Roman" w:cs="Times New Roman"/>
                <w:sz w:val="24"/>
                <w:szCs w:val="24"/>
                <w:lang w:val="ru-RU" w:eastAsia="ru-RU"/>
              </w:rPr>
              <w:t xml:space="preserve"> физ</w:t>
            </w:r>
            <w:r w:rsidRPr="007B5C2C">
              <w:rPr>
                <w:rFonts w:ascii="Times New Roman" w:eastAsia="Times New Roman" w:hAnsi="Times New Roman" w:cs="Times New Roman"/>
                <w:sz w:val="24"/>
                <w:szCs w:val="24"/>
                <w:lang w:val="ru-RU" w:eastAsia="ru-RU"/>
              </w:rPr>
              <w:t>и</w:t>
            </w:r>
            <w:r w:rsidRPr="007B5C2C">
              <w:rPr>
                <w:rFonts w:ascii="Times New Roman" w:eastAsia="Times New Roman" w:hAnsi="Times New Roman" w:cs="Times New Roman"/>
                <w:sz w:val="24"/>
                <w:szCs w:val="24"/>
                <w:lang w:val="ru-RU" w:eastAsia="ru-RU"/>
              </w:rPr>
              <w:t>ческая культура. Развитие выно</w:t>
            </w:r>
            <w:r w:rsidRPr="007B5C2C">
              <w:rPr>
                <w:rFonts w:ascii="Times New Roman" w:eastAsia="Times New Roman" w:hAnsi="Times New Roman" w:cs="Times New Roman"/>
                <w:sz w:val="24"/>
                <w:szCs w:val="24"/>
                <w:lang w:val="ru-RU" w:eastAsia="ru-RU"/>
              </w:rPr>
              <w:t>с</w:t>
            </w:r>
            <w:r w:rsidRPr="007B5C2C">
              <w:rPr>
                <w:rFonts w:ascii="Times New Roman" w:eastAsia="Times New Roman" w:hAnsi="Times New Roman" w:cs="Times New Roman"/>
                <w:sz w:val="24"/>
                <w:szCs w:val="24"/>
                <w:lang w:val="ru-RU" w:eastAsia="ru-RU"/>
              </w:rPr>
              <w:t>ливости.</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autoSpaceDE w:val="0"/>
              <w:autoSpaceDN w:val="0"/>
              <w:spacing w:before="98" w:after="0" w:line="230" w:lineRule="auto"/>
              <w:ind w:left="72"/>
              <w:rPr>
                <w:rFonts w:ascii="Times New Roman" w:eastAsia="Times New Roman" w:hAnsi="Times New Roman"/>
                <w:color w:val="000000"/>
                <w:sz w:val="24"/>
                <w:lang w:val="ru-RU"/>
              </w:rPr>
            </w:pPr>
            <w:r>
              <w:rPr>
                <w:rFonts w:ascii="Times New Roman" w:eastAsia="Times New Roman" w:hAnsi="Times New Roman"/>
                <w:color w:val="000000"/>
                <w:sz w:val="24"/>
                <w:lang w:val="ru-RU"/>
              </w:rPr>
              <w:t>1</w:t>
            </w:r>
          </w:p>
        </w:tc>
        <w:tc>
          <w:tcPr>
            <w:tcW w:w="1503"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7B5C2C">
            <w:pPr>
              <w:rPr>
                <w:lang w:val="ru-RU"/>
              </w:rPr>
            </w:pPr>
          </w:p>
        </w:tc>
        <w:tc>
          <w:tcPr>
            <w:tcW w:w="1682" w:type="dxa"/>
            <w:tcBorders>
              <w:top w:val="single" w:sz="4" w:space="0" w:color="000000"/>
              <w:left w:val="single" w:sz="4" w:space="0" w:color="000000"/>
              <w:bottom w:val="single" w:sz="4" w:space="0" w:color="000000"/>
              <w:right w:val="single" w:sz="4" w:space="0" w:color="000000"/>
            </w:tcBorders>
            <w:tcMar>
              <w:left w:w="0" w:type="dxa"/>
              <w:right w:w="0" w:type="dxa"/>
            </w:tcMar>
          </w:tcPr>
          <w:p w:rsidR="007B5C2C" w:rsidRPr="005C6771" w:rsidRDefault="0093776D">
            <w:pPr>
              <w:rPr>
                <w:lang w:val="ru-RU"/>
              </w:rPr>
            </w:pPr>
            <w:r>
              <w:rPr>
                <w:lang w:val="ru-RU"/>
              </w:rPr>
              <w:t>Практическая работа</w:t>
            </w:r>
          </w:p>
        </w:tc>
      </w:tr>
    </w:tbl>
    <w:p w:rsidR="003A6CD7" w:rsidRPr="005C6771" w:rsidRDefault="003A6CD7">
      <w:pPr>
        <w:autoSpaceDE w:val="0"/>
        <w:autoSpaceDN w:val="0"/>
        <w:spacing w:after="0" w:line="14" w:lineRule="exact"/>
        <w:rPr>
          <w:lang w:val="ru-RU"/>
        </w:rPr>
      </w:pPr>
    </w:p>
    <w:p w:rsidR="007B5C2C" w:rsidRDefault="007B5C2C" w:rsidP="007B5C2C">
      <w:pPr>
        <w:autoSpaceDE w:val="0"/>
        <w:autoSpaceDN w:val="0"/>
        <w:spacing w:after="0" w:line="230" w:lineRule="auto"/>
        <w:rPr>
          <w:rFonts w:ascii="Times New Roman" w:eastAsia="Times New Roman" w:hAnsi="Times New Roman"/>
          <w:b/>
          <w:color w:val="000000"/>
          <w:sz w:val="24"/>
          <w:lang w:val="ru-RU"/>
        </w:rPr>
      </w:pPr>
    </w:p>
    <w:p w:rsidR="007B5C2C" w:rsidRPr="007B5C2C" w:rsidRDefault="007B5C2C" w:rsidP="007B5C2C">
      <w:pPr>
        <w:autoSpaceDE w:val="0"/>
        <w:autoSpaceDN w:val="0"/>
        <w:spacing w:after="0" w:line="230" w:lineRule="auto"/>
        <w:rPr>
          <w:lang w:val="ru-RU"/>
        </w:rPr>
      </w:pPr>
      <w:r w:rsidRPr="007B5C2C">
        <w:rPr>
          <w:rFonts w:ascii="Times New Roman" w:eastAsia="Times New Roman" w:hAnsi="Times New Roman"/>
          <w:b/>
          <w:color w:val="000000"/>
          <w:sz w:val="24"/>
          <w:lang w:val="ru-RU"/>
        </w:rPr>
        <w:t xml:space="preserve">УЧЕБНО-МЕТОДИЧЕСКОЕ ОБЕСПЕЧЕНИЕ ОБРАЗОВАТЕЛЬНОГО ПРОЦЕССА </w:t>
      </w:r>
    </w:p>
    <w:p w:rsidR="007B5C2C" w:rsidRPr="007B5C2C" w:rsidRDefault="007B5C2C" w:rsidP="007B5C2C">
      <w:pPr>
        <w:autoSpaceDE w:val="0"/>
        <w:autoSpaceDN w:val="0"/>
        <w:spacing w:before="346" w:after="0" w:line="230" w:lineRule="auto"/>
        <w:rPr>
          <w:lang w:val="ru-RU"/>
        </w:rPr>
      </w:pPr>
      <w:r w:rsidRPr="007B5C2C">
        <w:rPr>
          <w:rFonts w:ascii="Times New Roman" w:eastAsia="Times New Roman" w:hAnsi="Times New Roman"/>
          <w:b/>
          <w:color w:val="000000"/>
          <w:sz w:val="24"/>
          <w:lang w:val="ru-RU"/>
        </w:rPr>
        <w:t>ОБЯЗАТЕЛЬНЫЕ УЧЕБНЫЕ МАТЕРИАЛЫ ДЛЯ УЧЕНИКА</w:t>
      </w:r>
    </w:p>
    <w:p w:rsidR="007B5C2C" w:rsidRPr="00BB4206" w:rsidRDefault="007B5C2C" w:rsidP="007B5C2C">
      <w:pPr>
        <w:autoSpaceDE w:val="0"/>
        <w:autoSpaceDN w:val="0"/>
        <w:spacing w:before="166" w:after="0"/>
        <w:ind w:right="576"/>
        <w:rPr>
          <w:lang w:val="ru-RU"/>
        </w:rPr>
      </w:pPr>
      <w:r w:rsidRPr="00BB4206">
        <w:rPr>
          <w:rFonts w:ascii="Times New Roman" w:eastAsia="Times New Roman" w:hAnsi="Times New Roman"/>
          <w:color w:val="000000"/>
          <w:sz w:val="24"/>
          <w:lang w:val="ru-RU"/>
        </w:rPr>
        <w:t>Физическая культура. 5-7 класс/</w:t>
      </w:r>
      <w:proofErr w:type="spellStart"/>
      <w:r w:rsidRPr="00BB4206">
        <w:rPr>
          <w:rFonts w:ascii="Times New Roman" w:eastAsia="Times New Roman" w:hAnsi="Times New Roman"/>
          <w:color w:val="000000"/>
          <w:sz w:val="24"/>
          <w:lang w:val="ru-RU"/>
        </w:rPr>
        <w:t>Виленский</w:t>
      </w:r>
      <w:proofErr w:type="spellEnd"/>
      <w:r w:rsidRPr="00BB4206">
        <w:rPr>
          <w:rFonts w:ascii="Times New Roman" w:eastAsia="Times New Roman" w:hAnsi="Times New Roman"/>
          <w:color w:val="000000"/>
          <w:sz w:val="24"/>
          <w:lang w:val="ru-RU"/>
        </w:rPr>
        <w:t xml:space="preserve"> М.Я., </w:t>
      </w:r>
      <w:proofErr w:type="spellStart"/>
      <w:r w:rsidRPr="00BB4206">
        <w:rPr>
          <w:rFonts w:ascii="Times New Roman" w:eastAsia="Times New Roman" w:hAnsi="Times New Roman"/>
          <w:color w:val="000000"/>
          <w:sz w:val="24"/>
          <w:lang w:val="ru-RU"/>
        </w:rPr>
        <w:t>Туревский</w:t>
      </w:r>
      <w:proofErr w:type="spellEnd"/>
      <w:r w:rsidRPr="00BB4206">
        <w:rPr>
          <w:rFonts w:ascii="Times New Roman" w:eastAsia="Times New Roman" w:hAnsi="Times New Roman"/>
          <w:color w:val="000000"/>
          <w:sz w:val="24"/>
          <w:lang w:val="ru-RU"/>
        </w:rPr>
        <w:t xml:space="preserve"> И.М., </w:t>
      </w:r>
      <w:proofErr w:type="spellStart"/>
      <w:r w:rsidRPr="00BB4206">
        <w:rPr>
          <w:rFonts w:ascii="Times New Roman" w:eastAsia="Times New Roman" w:hAnsi="Times New Roman"/>
          <w:color w:val="000000"/>
          <w:sz w:val="24"/>
          <w:lang w:val="ru-RU"/>
        </w:rPr>
        <w:t>Торочкова</w:t>
      </w:r>
      <w:proofErr w:type="spellEnd"/>
      <w:r w:rsidRPr="00BB4206">
        <w:rPr>
          <w:rFonts w:ascii="Times New Roman" w:eastAsia="Times New Roman" w:hAnsi="Times New Roman"/>
          <w:color w:val="000000"/>
          <w:sz w:val="24"/>
          <w:lang w:val="ru-RU"/>
        </w:rPr>
        <w:t xml:space="preserve"> Т.Ю. и другие; под редакцией </w:t>
      </w:r>
      <w:proofErr w:type="spellStart"/>
      <w:r w:rsidRPr="00BB4206">
        <w:rPr>
          <w:rFonts w:ascii="Times New Roman" w:eastAsia="Times New Roman" w:hAnsi="Times New Roman"/>
          <w:color w:val="000000"/>
          <w:sz w:val="24"/>
          <w:lang w:val="ru-RU"/>
        </w:rPr>
        <w:t>Виленского</w:t>
      </w:r>
      <w:proofErr w:type="spellEnd"/>
      <w:r w:rsidRPr="00BB4206">
        <w:rPr>
          <w:rFonts w:ascii="Times New Roman" w:eastAsia="Times New Roman" w:hAnsi="Times New Roman"/>
          <w:color w:val="000000"/>
          <w:sz w:val="24"/>
          <w:lang w:val="ru-RU"/>
        </w:rPr>
        <w:t xml:space="preserve"> М.Я., Акционерное общество «Издательство «Просвещение»; </w:t>
      </w:r>
      <w:r w:rsidRPr="00BB4206">
        <w:rPr>
          <w:lang w:val="ru-RU"/>
        </w:rPr>
        <w:br/>
      </w:r>
      <w:r w:rsidRPr="00BB4206">
        <w:rPr>
          <w:rFonts w:ascii="Times New Roman" w:eastAsia="Times New Roman" w:hAnsi="Times New Roman"/>
          <w:color w:val="000000"/>
          <w:sz w:val="24"/>
          <w:lang w:val="ru-RU"/>
        </w:rPr>
        <w:t xml:space="preserve">Введите свой </w:t>
      </w:r>
      <w:proofErr w:type="spellStart"/>
      <w:r w:rsidRPr="00BB4206">
        <w:rPr>
          <w:rFonts w:ascii="Times New Roman" w:eastAsia="Times New Roman" w:hAnsi="Times New Roman"/>
          <w:color w:val="000000"/>
          <w:sz w:val="24"/>
          <w:lang w:val="ru-RU"/>
        </w:rPr>
        <w:t>вариант</w:t>
      </w:r>
      <w:proofErr w:type="gramStart"/>
      <w:r w:rsidRPr="00BB4206">
        <w:rPr>
          <w:rFonts w:ascii="Times New Roman" w:eastAsia="Times New Roman" w:hAnsi="Times New Roman"/>
          <w:color w:val="000000"/>
          <w:sz w:val="24"/>
          <w:lang w:val="ru-RU"/>
        </w:rPr>
        <w:t>:С</w:t>
      </w:r>
      <w:proofErr w:type="gramEnd"/>
      <w:r w:rsidRPr="00BB4206">
        <w:rPr>
          <w:rFonts w:ascii="Times New Roman" w:eastAsia="Times New Roman" w:hAnsi="Times New Roman"/>
          <w:color w:val="000000"/>
          <w:sz w:val="24"/>
          <w:lang w:val="ru-RU"/>
        </w:rPr>
        <w:t>оставлена</w:t>
      </w:r>
      <w:proofErr w:type="spellEnd"/>
      <w:r w:rsidRPr="00BB4206">
        <w:rPr>
          <w:rFonts w:ascii="Times New Roman" w:eastAsia="Times New Roman" w:hAnsi="Times New Roman"/>
          <w:color w:val="000000"/>
          <w:sz w:val="24"/>
          <w:lang w:val="ru-RU"/>
        </w:rPr>
        <w:t xml:space="preserve"> на основе: Комплексной программы физического воспитания учащихся 1-11 класса/Лях В.И, </w:t>
      </w:r>
      <w:proofErr w:type="spellStart"/>
      <w:r w:rsidRPr="00BB4206">
        <w:rPr>
          <w:rFonts w:ascii="Times New Roman" w:eastAsia="Times New Roman" w:hAnsi="Times New Roman"/>
          <w:color w:val="000000"/>
          <w:sz w:val="24"/>
          <w:lang w:val="ru-RU"/>
        </w:rPr>
        <w:t>Зданевич</w:t>
      </w:r>
      <w:proofErr w:type="spellEnd"/>
      <w:r w:rsidRPr="00BB4206">
        <w:rPr>
          <w:rFonts w:ascii="Times New Roman" w:eastAsia="Times New Roman" w:hAnsi="Times New Roman"/>
          <w:color w:val="000000"/>
          <w:sz w:val="24"/>
          <w:lang w:val="ru-RU"/>
        </w:rPr>
        <w:t xml:space="preserve"> А.А..- М.: «Просвещение», 2019 г.</w:t>
      </w:r>
    </w:p>
    <w:p w:rsidR="007B5C2C" w:rsidRPr="00BB4206" w:rsidRDefault="007B5C2C" w:rsidP="007B5C2C">
      <w:pPr>
        <w:autoSpaceDE w:val="0"/>
        <w:autoSpaceDN w:val="0"/>
        <w:spacing w:before="262" w:after="0" w:line="230" w:lineRule="auto"/>
        <w:rPr>
          <w:lang w:val="ru-RU"/>
        </w:rPr>
      </w:pPr>
      <w:r w:rsidRPr="00BB4206">
        <w:rPr>
          <w:rFonts w:ascii="Times New Roman" w:eastAsia="Times New Roman" w:hAnsi="Times New Roman"/>
          <w:b/>
          <w:color w:val="000000"/>
          <w:sz w:val="24"/>
          <w:lang w:val="ru-RU"/>
        </w:rPr>
        <w:t>МЕТОДИЧЕСКИЕ МАТЕРИАЛЫ ДЛЯ УЧИТЕЛЯ</w:t>
      </w:r>
    </w:p>
    <w:p w:rsidR="007B5C2C" w:rsidRPr="00BB4206" w:rsidRDefault="007B5C2C" w:rsidP="007B5C2C">
      <w:pPr>
        <w:autoSpaceDE w:val="0"/>
        <w:autoSpaceDN w:val="0"/>
        <w:spacing w:before="166" w:after="0" w:line="262" w:lineRule="auto"/>
        <w:ind w:right="144"/>
        <w:rPr>
          <w:lang w:val="ru-RU"/>
        </w:rPr>
      </w:pPr>
      <w:r w:rsidRPr="00BB4206">
        <w:rPr>
          <w:rFonts w:ascii="Times New Roman" w:eastAsia="Times New Roman" w:hAnsi="Times New Roman"/>
          <w:color w:val="000000"/>
          <w:sz w:val="24"/>
          <w:lang w:val="ru-RU"/>
        </w:rPr>
        <w:t>1-4 КЛАСС</w:t>
      </w:r>
      <w:proofErr w:type="gramStart"/>
      <w:r w:rsidRPr="00BB4206">
        <w:rPr>
          <w:rFonts w:ascii="Times New Roman" w:eastAsia="Times New Roman" w:hAnsi="Times New Roman"/>
          <w:color w:val="000000"/>
          <w:sz w:val="24"/>
          <w:lang w:val="ru-RU"/>
        </w:rPr>
        <w:t>Ы-</w:t>
      </w:r>
      <w:proofErr w:type="gramEnd"/>
      <w:r w:rsidRPr="00BB4206">
        <w:rPr>
          <w:rFonts w:ascii="Times New Roman" w:eastAsia="Times New Roman" w:hAnsi="Times New Roman"/>
          <w:color w:val="000000"/>
          <w:sz w:val="24"/>
          <w:lang w:val="ru-RU"/>
        </w:rPr>
        <w:t xml:space="preserve"> ФИЗИЧЕСКАЯ КУЛЬТУРА. 1-4 КЛАССЫ, УЧЕБ ДЛЯ ОБЩЕОБРАЗОВАТЕЛЬНОЙ ОРГАНИЗАЦИИ В.И. ЛЯХ, 7-Е ИЗДАНИ5Е, ПЕРЕР. И ДОП. – М.:ПРОСВЕЩЕКНИЕ, 2019</w:t>
      </w:r>
    </w:p>
    <w:p w:rsidR="007B5C2C" w:rsidRPr="00BB4206" w:rsidRDefault="007B5C2C" w:rsidP="007B5C2C">
      <w:pPr>
        <w:autoSpaceDE w:val="0"/>
        <w:autoSpaceDN w:val="0"/>
        <w:spacing w:before="264" w:after="0" w:line="230" w:lineRule="auto"/>
        <w:rPr>
          <w:lang w:val="ru-RU"/>
        </w:rPr>
      </w:pPr>
      <w:r w:rsidRPr="00BB4206">
        <w:rPr>
          <w:rFonts w:ascii="Times New Roman" w:eastAsia="Times New Roman" w:hAnsi="Times New Roman"/>
          <w:b/>
          <w:color w:val="000000"/>
          <w:sz w:val="24"/>
          <w:lang w:val="ru-RU"/>
        </w:rPr>
        <w:t>ЦИФРОВЫЕ ОБРАЗОВАТЕЛЬНЫЕ РЕСУРСЫ И РЕСУРСЫ СЕТИ ИНТЕРНЕТ</w:t>
      </w:r>
    </w:p>
    <w:p w:rsidR="007B5C2C" w:rsidRPr="00BB4206" w:rsidRDefault="007B5C2C" w:rsidP="007B5C2C">
      <w:pPr>
        <w:autoSpaceDE w:val="0"/>
        <w:autoSpaceDN w:val="0"/>
        <w:spacing w:before="166" w:after="0" w:line="262" w:lineRule="auto"/>
        <w:ind w:right="144"/>
        <w:rPr>
          <w:lang w:val="ru-RU"/>
        </w:rPr>
      </w:pPr>
      <w:r w:rsidRPr="00BB4206">
        <w:rPr>
          <w:rFonts w:ascii="Times New Roman" w:eastAsia="Times New Roman" w:hAnsi="Times New Roman"/>
          <w:color w:val="000000"/>
          <w:sz w:val="24"/>
          <w:lang w:val="ru-RU"/>
        </w:rPr>
        <w:t xml:space="preserve">РЭШ, приложение электронного учебника </w:t>
      </w:r>
      <w:r>
        <w:rPr>
          <w:rFonts w:ascii="Times New Roman" w:eastAsia="Times New Roman" w:hAnsi="Times New Roman"/>
          <w:color w:val="000000"/>
          <w:sz w:val="24"/>
        </w:rPr>
        <w:t>https</w:t>
      </w:r>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fk</w:t>
      </w:r>
      <w:proofErr w:type="spellEnd"/>
      <w:r w:rsidRPr="00BB4206">
        <w:rPr>
          <w:rFonts w:ascii="Times New Roman" w:eastAsia="Times New Roman" w:hAnsi="Times New Roman"/>
          <w:color w:val="000000"/>
          <w:sz w:val="24"/>
          <w:lang w:val="ru-RU"/>
        </w:rPr>
        <w:t>12.</w:t>
      </w:r>
      <w:proofErr w:type="spellStart"/>
      <w:r>
        <w:rPr>
          <w:rFonts w:ascii="Times New Roman" w:eastAsia="Times New Roman" w:hAnsi="Times New Roman"/>
          <w:color w:val="000000"/>
          <w:sz w:val="24"/>
        </w:rPr>
        <w:t>ru</w:t>
      </w:r>
      <w:proofErr w:type="spellEnd"/>
      <w:r w:rsidRPr="00BB4206">
        <w:rPr>
          <w:rFonts w:ascii="Times New Roman" w:eastAsia="Times New Roman" w:hAnsi="Times New Roman"/>
          <w:color w:val="000000"/>
          <w:sz w:val="24"/>
          <w:lang w:val="ru-RU"/>
        </w:rPr>
        <w:t>/</w:t>
      </w:r>
      <w:r>
        <w:rPr>
          <w:rFonts w:ascii="Times New Roman" w:eastAsia="Times New Roman" w:hAnsi="Times New Roman"/>
          <w:color w:val="000000"/>
          <w:sz w:val="24"/>
        </w:rPr>
        <w:t>books</w:t>
      </w:r>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fizicheskaya</w:t>
      </w:r>
      <w:proofErr w:type="spellEnd"/>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kultura</w:t>
      </w:r>
      <w:proofErr w:type="spellEnd"/>
      <w:r w:rsidRPr="00BB4206">
        <w:rPr>
          <w:rFonts w:ascii="Times New Roman" w:eastAsia="Times New Roman" w:hAnsi="Times New Roman"/>
          <w:color w:val="000000"/>
          <w:sz w:val="24"/>
          <w:lang w:val="ru-RU"/>
        </w:rPr>
        <w:t>-5-7-</w:t>
      </w:r>
      <w:proofErr w:type="spellStart"/>
      <w:r>
        <w:rPr>
          <w:rFonts w:ascii="Times New Roman" w:eastAsia="Times New Roman" w:hAnsi="Times New Roman"/>
          <w:color w:val="000000"/>
          <w:sz w:val="24"/>
        </w:rPr>
        <w:t>klassy</w:t>
      </w:r>
      <w:proofErr w:type="spellEnd"/>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vilenskii</w:t>
      </w:r>
      <w:proofErr w:type="spellEnd"/>
      <w:r w:rsidRPr="00BB4206">
        <w:rPr>
          <w:rFonts w:ascii="Times New Roman" w:eastAsia="Times New Roman" w:hAnsi="Times New Roman"/>
          <w:color w:val="000000"/>
          <w:sz w:val="24"/>
          <w:lang w:val="ru-RU"/>
        </w:rPr>
        <w:t xml:space="preserve"> </w:t>
      </w:r>
      <w:r>
        <w:rPr>
          <w:rFonts w:ascii="Times New Roman" w:eastAsia="Times New Roman" w:hAnsi="Times New Roman"/>
          <w:color w:val="000000"/>
          <w:sz w:val="24"/>
        </w:rPr>
        <w:t>https</w:t>
      </w:r>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resh</w:t>
      </w:r>
      <w:proofErr w:type="spellEnd"/>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BB420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BB4206">
        <w:rPr>
          <w:rFonts w:ascii="Times New Roman" w:eastAsia="Times New Roman" w:hAnsi="Times New Roman"/>
          <w:color w:val="000000"/>
          <w:sz w:val="24"/>
          <w:lang w:val="ru-RU"/>
        </w:rPr>
        <w:t>/</w:t>
      </w:r>
      <w:r>
        <w:rPr>
          <w:rFonts w:ascii="Times New Roman" w:eastAsia="Times New Roman" w:hAnsi="Times New Roman"/>
          <w:color w:val="000000"/>
          <w:sz w:val="24"/>
        </w:rPr>
        <w:t>subject</w:t>
      </w:r>
      <w:r w:rsidRPr="00BB4206">
        <w:rPr>
          <w:rFonts w:ascii="Times New Roman" w:eastAsia="Times New Roman" w:hAnsi="Times New Roman"/>
          <w:color w:val="000000"/>
          <w:sz w:val="24"/>
          <w:lang w:val="ru-RU"/>
        </w:rPr>
        <w:t>/9/</w:t>
      </w:r>
    </w:p>
    <w:p w:rsidR="007B5C2C" w:rsidRDefault="007B5C2C" w:rsidP="007B5C2C">
      <w:pPr>
        <w:rPr>
          <w:lang w:val="ru-RU"/>
        </w:rPr>
      </w:pPr>
    </w:p>
    <w:p w:rsidR="00D25CE2" w:rsidRDefault="00D25CE2" w:rsidP="007B5C2C">
      <w:pPr>
        <w:rPr>
          <w:lang w:val="ru-RU"/>
        </w:rPr>
      </w:pPr>
    </w:p>
    <w:p w:rsidR="00D25CE2" w:rsidRPr="00BB4206" w:rsidRDefault="00D25CE2" w:rsidP="00D25CE2">
      <w:pPr>
        <w:autoSpaceDE w:val="0"/>
        <w:autoSpaceDN w:val="0"/>
        <w:spacing w:after="0" w:line="230" w:lineRule="auto"/>
        <w:rPr>
          <w:lang w:val="ru-RU"/>
        </w:rPr>
      </w:pPr>
      <w:r w:rsidRPr="00BB4206">
        <w:rPr>
          <w:rFonts w:ascii="Times New Roman" w:eastAsia="Times New Roman" w:hAnsi="Times New Roman"/>
          <w:b/>
          <w:color w:val="000000"/>
          <w:sz w:val="24"/>
          <w:lang w:val="ru-RU"/>
        </w:rPr>
        <w:t>МАТЕРИАЛЬНО-ТЕХНИЧЕСКОЕ ОБЕСПЕЧЕНИЕ ОБРАЗОВАТЕЛЬНОГО ПРОЦЕССА</w:t>
      </w:r>
    </w:p>
    <w:p w:rsidR="00D25CE2" w:rsidRPr="00BB4206" w:rsidRDefault="00D25CE2" w:rsidP="00D25CE2">
      <w:pPr>
        <w:autoSpaceDE w:val="0"/>
        <w:autoSpaceDN w:val="0"/>
        <w:spacing w:before="346" w:after="0" w:line="302" w:lineRule="auto"/>
        <w:ind w:right="7200"/>
        <w:rPr>
          <w:lang w:val="ru-RU"/>
        </w:rPr>
      </w:pPr>
      <w:r w:rsidRPr="00BB4206">
        <w:rPr>
          <w:rFonts w:ascii="Times New Roman" w:eastAsia="Times New Roman" w:hAnsi="Times New Roman"/>
          <w:b/>
          <w:color w:val="000000"/>
          <w:sz w:val="24"/>
          <w:lang w:val="ru-RU"/>
        </w:rPr>
        <w:t xml:space="preserve">УЧЕБНОЕ ОБОРУДОВАНИЕ </w:t>
      </w:r>
      <w:r w:rsidRPr="00BB4206">
        <w:rPr>
          <w:lang w:val="ru-RU"/>
        </w:rPr>
        <w:br/>
      </w:r>
      <w:r w:rsidRPr="00BB4206">
        <w:rPr>
          <w:rFonts w:ascii="Times New Roman" w:eastAsia="Times New Roman" w:hAnsi="Times New Roman"/>
          <w:color w:val="000000"/>
          <w:sz w:val="24"/>
          <w:lang w:val="ru-RU"/>
        </w:rPr>
        <w:t>Спортивный инвентарь</w:t>
      </w:r>
    </w:p>
    <w:p w:rsidR="00D25CE2" w:rsidRPr="00BB4206" w:rsidRDefault="00D25CE2" w:rsidP="00D25CE2">
      <w:pPr>
        <w:autoSpaceDE w:val="0"/>
        <w:autoSpaceDN w:val="0"/>
        <w:spacing w:before="262" w:after="0" w:line="302" w:lineRule="auto"/>
        <w:ind w:right="3024"/>
        <w:rPr>
          <w:lang w:val="ru-RU"/>
        </w:rPr>
      </w:pPr>
      <w:r w:rsidRPr="00BB4206">
        <w:rPr>
          <w:rFonts w:ascii="Times New Roman" w:eastAsia="Times New Roman" w:hAnsi="Times New Roman"/>
          <w:b/>
          <w:color w:val="000000"/>
          <w:sz w:val="24"/>
          <w:lang w:val="ru-RU"/>
        </w:rPr>
        <w:t xml:space="preserve">ОБОРУДОВАНИЕ ДЛЯ ПРОВЕДЕНИЯ ПРАКТИЧЕСКИХ РАБОТ </w:t>
      </w:r>
      <w:r w:rsidRPr="00BB4206">
        <w:rPr>
          <w:rFonts w:ascii="Times New Roman" w:eastAsia="Times New Roman" w:hAnsi="Times New Roman"/>
          <w:color w:val="000000"/>
          <w:sz w:val="24"/>
          <w:lang w:val="ru-RU"/>
        </w:rPr>
        <w:t>ИНДИВИДУАЛЬНЫЕ КАРТОЧКИ, ИНТЕРАКТИВНАЯ ДОСКА</w:t>
      </w:r>
    </w:p>
    <w:p w:rsidR="00D25CE2" w:rsidRPr="00BB4206" w:rsidRDefault="00D25CE2" w:rsidP="007B5C2C">
      <w:pPr>
        <w:rPr>
          <w:lang w:val="ru-RU"/>
        </w:rPr>
        <w:sectPr w:rsidR="00D25CE2" w:rsidRPr="00BB4206">
          <w:pgSz w:w="11900" w:h="16840"/>
          <w:pgMar w:top="298" w:right="650" w:bottom="1440" w:left="666" w:header="720" w:footer="720" w:gutter="0"/>
          <w:cols w:space="720" w:equalWidth="0">
            <w:col w:w="10584" w:space="0"/>
          </w:cols>
          <w:docGrid w:linePitch="360"/>
        </w:sectPr>
      </w:pPr>
    </w:p>
    <w:p w:rsidR="003A6CD7" w:rsidRPr="007B5C2C" w:rsidRDefault="003A6CD7" w:rsidP="007B5C2C">
      <w:pPr>
        <w:rPr>
          <w:lang w:val="ru-RU"/>
        </w:rPr>
        <w:sectPr w:rsidR="003A6CD7" w:rsidRPr="007B5C2C">
          <w:pgSz w:w="11900" w:h="16840"/>
          <w:pgMar w:top="298" w:right="650" w:bottom="520" w:left="666" w:header="720" w:footer="720" w:gutter="0"/>
          <w:cols w:space="720" w:equalWidth="0">
            <w:col w:w="10584" w:space="0"/>
          </w:cols>
          <w:docGrid w:linePitch="360"/>
        </w:sectPr>
      </w:pPr>
    </w:p>
    <w:p w:rsidR="003A6CD7" w:rsidRPr="005C6771" w:rsidRDefault="003A6CD7">
      <w:pPr>
        <w:autoSpaceDE w:val="0"/>
        <w:autoSpaceDN w:val="0"/>
        <w:spacing w:after="66" w:line="220" w:lineRule="exact"/>
        <w:rPr>
          <w:lang w:val="ru-RU"/>
        </w:rPr>
      </w:pPr>
    </w:p>
    <w:p w:rsidR="003A6CD7" w:rsidRPr="007B5C2C" w:rsidRDefault="003A6CD7">
      <w:pPr>
        <w:autoSpaceDE w:val="0"/>
        <w:autoSpaceDN w:val="0"/>
        <w:spacing w:after="0" w:line="14" w:lineRule="exact"/>
        <w:rPr>
          <w:lang w:val="ru-RU"/>
        </w:rPr>
      </w:pPr>
    </w:p>
    <w:p w:rsidR="003A6CD7" w:rsidRPr="007B5C2C" w:rsidRDefault="003A6CD7">
      <w:pPr>
        <w:rPr>
          <w:lang w:val="ru-RU"/>
        </w:rPr>
        <w:sectPr w:rsidR="003A6CD7" w:rsidRPr="007B5C2C">
          <w:pgSz w:w="11900" w:h="16840"/>
          <w:pgMar w:top="284" w:right="650" w:bottom="500" w:left="666" w:header="720" w:footer="720" w:gutter="0"/>
          <w:cols w:space="720" w:equalWidth="0">
            <w:col w:w="10584" w:space="0"/>
          </w:cols>
          <w:docGrid w:linePitch="360"/>
        </w:sectPr>
      </w:pPr>
    </w:p>
    <w:p w:rsidR="003A6CD7" w:rsidRPr="007B5C2C" w:rsidRDefault="003A6CD7">
      <w:pPr>
        <w:rPr>
          <w:lang w:val="ru-RU"/>
        </w:rPr>
        <w:sectPr w:rsidR="003A6CD7" w:rsidRPr="007B5C2C">
          <w:pgSz w:w="11900" w:h="16840"/>
          <w:pgMar w:top="284" w:right="650" w:bottom="500" w:left="666" w:header="720" w:footer="720" w:gutter="0"/>
          <w:cols w:space="720" w:equalWidth="0">
            <w:col w:w="10584" w:space="0"/>
          </w:cols>
          <w:docGrid w:linePitch="360"/>
        </w:sectPr>
      </w:pPr>
    </w:p>
    <w:p w:rsidR="003A6CD7" w:rsidRPr="007B5C2C" w:rsidRDefault="003A6CD7">
      <w:pPr>
        <w:rPr>
          <w:lang w:val="ru-RU"/>
        </w:rPr>
        <w:sectPr w:rsidR="003A6CD7" w:rsidRPr="007B5C2C">
          <w:pgSz w:w="11900" w:h="16840"/>
          <w:pgMar w:top="284" w:right="650" w:bottom="1440" w:left="666" w:header="720" w:footer="720" w:gutter="0"/>
          <w:cols w:space="720" w:equalWidth="0">
            <w:col w:w="10584" w:space="0"/>
          </w:cols>
          <w:docGrid w:linePitch="360"/>
        </w:sectPr>
      </w:pPr>
    </w:p>
    <w:p w:rsidR="003A6CD7" w:rsidRPr="00BB4206" w:rsidRDefault="003A6CD7">
      <w:pPr>
        <w:rPr>
          <w:lang w:val="ru-RU"/>
        </w:rPr>
        <w:sectPr w:rsidR="003A6CD7" w:rsidRPr="00BB4206">
          <w:pgSz w:w="11900" w:h="16840"/>
          <w:pgMar w:top="298" w:right="650" w:bottom="1440" w:left="666" w:header="720" w:footer="720" w:gutter="0"/>
          <w:cols w:space="720" w:equalWidth="0">
            <w:col w:w="10584" w:space="0"/>
          </w:cols>
          <w:docGrid w:linePitch="360"/>
        </w:sectPr>
      </w:pPr>
    </w:p>
    <w:p w:rsidR="00CE3724" w:rsidRPr="00BB4206" w:rsidRDefault="00CE3724">
      <w:pPr>
        <w:rPr>
          <w:lang w:val="ru-RU"/>
        </w:rPr>
      </w:pPr>
    </w:p>
    <w:sectPr w:rsidR="00CE3724" w:rsidRPr="00BB4206"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2213649D"/>
    <w:multiLevelType w:val="hybridMultilevel"/>
    <w:tmpl w:val="76622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autoHyphenation/>
  <w:characterSpacingControl w:val="doNotCompress"/>
  <w:compat>
    <w:useFELayout/>
  </w:compat>
  <w:rsids>
    <w:rsidRoot w:val="00B47730"/>
    <w:rsid w:val="00034616"/>
    <w:rsid w:val="0006063C"/>
    <w:rsid w:val="000976AB"/>
    <w:rsid w:val="0015074B"/>
    <w:rsid w:val="0029639D"/>
    <w:rsid w:val="003053AA"/>
    <w:rsid w:val="00326F90"/>
    <w:rsid w:val="003A6CD7"/>
    <w:rsid w:val="00543CB8"/>
    <w:rsid w:val="005C6771"/>
    <w:rsid w:val="00611978"/>
    <w:rsid w:val="0063755A"/>
    <w:rsid w:val="006C051C"/>
    <w:rsid w:val="006E2194"/>
    <w:rsid w:val="00766C55"/>
    <w:rsid w:val="007B5C2C"/>
    <w:rsid w:val="0093776D"/>
    <w:rsid w:val="009650E5"/>
    <w:rsid w:val="00A30A01"/>
    <w:rsid w:val="00AA1D8D"/>
    <w:rsid w:val="00B47730"/>
    <w:rsid w:val="00BB4206"/>
    <w:rsid w:val="00BF0615"/>
    <w:rsid w:val="00CB0664"/>
    <w:rsid w:val="00CE3724"/>
    <w:rsid w:val="00D25CE2"/>
    <w:rsid w:val="00E96A3D"/>
    <w:rsid w:val="00F85ED1"/>
    <w:rsid w:val="00FC6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ff8">
    <w:name w:val="А ОСН ТЕКСТ"/>
    <w:basedOn w:val="a1"/>
    <w:link w:val="aff9"/>
    <w:rsid w:val="00BF0615"/>
    <w:pPr>
      <w:spacing w:after="0" w:line="360" w:lineRule="auto"/>
      <w:ind w:firstLine="454"/>
      <w:jc w:val="both"/>
    </w:pPr>
    <w:rPr>
      <w:rFonts w:ascii="Times New Roman" w:eastAsia="Arial Unicode MS" w:hAnsi="Times New Roman" w:cs="Times New Roman"/>
      <w:caps/>
      <w:color w:val="000000"/>
      <w:kern w:val="1"/>
      <w:sz w:val="28"/>
      <w:szCs w:val="28"/>
      <w:lang w:val="ru-RU"/>
    </w:rPr>
  </w:style>
  <w:style w:type="character" w:customStyle="1" w:styleId="aff9">
    <w:name w:val="А ОСН ТЕКСТ Знак"/>
    <w:link w:val="aff8"/>
    <w:rsid w:val="00BF0615"/>
    <w:rPr>
      <w:rFonts w:ascii="Times New Roman" w:eastAsia="Arial Unicode MS" w:hAnsi="Times New Roman" w:cs="Times New Roman"/>
      <w:caps/>
      <w:color w:val="000000"/>
      <w:kern w:val="1"/>
      <w:sz w:val="28"/>
      <w:szCs w:val="28"/>
      <w:lang w:val="ru-RU"/>
    </w:rPr>
  </w:style>
  <w:style w:type="paragraph" w:styleId="affa">
    <w:name w:val="Balloon Text"/>
    <w:basedOn w:val="a1"/>
    <w:link w:val="affb"/>
    <w:uiPriority w:val="99"/>
    <w:semiHidden/>
    <w:unhideWhenUsed/>
    <w:rsid w:val="006E2194"/>
    <w:pPr>
      <w:spacing w:after="0" w:line="240" w:lineRule="auto"/>
    </w:pPr>
    <w:rPr>
      <w:rFonts w:ascii="Tahoma" w:hAnsi="Tahoma" w:cs="Tahoma"/>
      <w:sz w:val="16"/>
      <w:szCs w:val="16"/>
    </w:rPr>
  </w:style>
  <w:style w:type="character" w:customStyle="1" w:styleId="affb">
    <w:name w:val="Текст выноски Знак"/>
    <w:basedOn w:val="a2"/>
    <w:link w:val="affa"/>
    <w:uiPriority w:val="99"/>
    <w:semiHidden/>
    <w:rsid w:val="006E21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8CFCC-9484-4D08-8162-73D1DCCA1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8655</Words>
  <Characters>49338</Characters>
  <Application>Microsoft Office Word</Application>
  <DocSecurity>0</DocSecurity>
  <Lines>411</Lines>
  <Paragraphs>115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57878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9</cp:revision>
  <cp:lastPrinted>2022-06-22T07:44:00Z</cp:lastPrinted>
  <dcterms:created xsi:type="dcterms:W3CDTF">2022-06-20T12:45:00Z</dcterms:created>
  <dcterms:modified xsi:type="dcterms:W3CDTF">2022-06-29T12:53:00Z</dcterms:modified>
  <cp:category/>
</cp:coreProperties>
</file>