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2A0" w:rsidRDefault="00CF42A0">
      <w:pPr>
        <w:autoSpaceDE w:val="0"/>
        <w:autoSpaceDN w:val="0"/>
        <w:spacing w:after="78" w:line="220" w:lineRule="exact"/>
      </w:pPr>
    </w:p>
    <w:p w:rsidR="000C52FE" w:rsidRDefault="00353A8C">
      <w:pPr>
        <w:rPr>
          <w:lang w:val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6527800" cy="923443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923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2FE" w:rsidRPr="001D7CAD" w:rsidRDefault="000C52FE">
      <w:pPr>
        <w:rPr>
          <w:lang w:val="ru-RU"/>
        </w:rPr>
        <w:sectPr w:rsidR="000C52FE" w:rsidRPr="001D7CAD" w:rsidSect="00DD2358">
          <w:pgSz w:w="11900" w:h="16840"/>
          <w:pgMar w:top="426" w:right="882" w:bottom="1436" w:left="738" w:header="720" w:footer="720" w:gutter="0"/>
          <w:cols w:space="720" w:equalWidth="0">
            <w:col w:w="10280" w:space="0"/>
          </w:cols>
          <w:docGrid w:linePitch="360"/>
        </w:sectPr>
      </w:pPr>
    </w:p>
    <w:p w:rsidR="00CF42A0" w:rsidRPr="001D7CAD" w:rsidRDefault="001D7CAD" w:rsidP="005C0017">
      <w:pPr>
        <w:autoSpaceDE w:val="0"/>
        <w:autoSpaceDN w:val="0"/>
        <w:spacing w:after="0" w:line="230" w:lineRule="auto"/>
        <w:rPr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CF42A0" w:rsidRPr="001D7CAD" w:rsidRDefault="001D7CAD">
      <w:pPr>
        <w:autoSpaceDE w:val="0"/>
        <w:autoSpaceDN w:val="0"/>
        <w:spacing w:before="346" w:after="0" w:line="262" w:lineRule="auto"/>
        <w:rPr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КУРСА «ОСНОВЫ ДУХОВНО-НРАВСТВЕННОЙ КУЛЬТУРЫ НАРОДОВ РОССИИ»</w:t>
      </w:r>
    </w:p>
    <w:p w:rsidR="00CF42A0" w:rsidRPr="001D7CAD" w:rsidRDefault="001D7CAD" w:rsidP="005C0017">
      <w:pPr>
        <w:tabs>
          <w:tab w:val="left" w:pos="180"/>
        </w:tabs>
        <w:autoSpaceDE w:val="0"/>
        <w:autoSpaceDN w:val="0"/>
        <w:spacing w:before="166" w:after="0" w:line="286" w:lineRule="auto"/>
        <w:ind w:right="144" w:firstLine="567"/>
        <w:jc w:val="both"/>
        <w:rPr>
          <w:lang w:val="ru-RU"/>
        </w:rPr>
      </w:pP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по предметной области «Основы духовно-нравственной культуры народов России»(далее  — ОДНКНР) для 5 классов образовательных организаций составлена в соответствии с: </w:t>
      </w: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требованиями Федерального государственного образовательного стандарта основного общего образования (ФГОС ООО) (утверждён приказом  Министерства просвещения Российской Федерации от 31 мая 2021 г. № 287); </w:t>
      </w:r>
      <w:r w:rsidR="005C001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требованиями к результатам освоения программы основного общего образования (личностным, метапредметным, предметным);</w:t>
      </w:r>
      <w:r w:rsidR="005C001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основными подходами к развитию и формированию универсальных учебных действий (УУД) для основного общего образования.</w:t>
      </w:r>
    </w:p>
    <w:p w:rsidR="00CF42A0" w:rsidRPr="001D7CAD" w:rsidRDefault="001D7CAD" w:rsidP="005C0017">
      <w:pPr>
        <w:autoSpaceDE w:val="0"/>
        <w:autoSpaceDN w:val="0"/>
        <w:spacing w:before="70" w:after="0" w:line="286" w:lineRule="auto"/>
        <w:ind w:right="-94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В программе по данному курсу соблюдается преемственность с Федеральным государственным образовательным стандартом начального общего образования, а также учитываются возрастные и психологические особенности обучающихся на ступени основного общего образования, необходимость формирования межпредметных связей. Также в программе учитывается, что данная дисциплина носит культурологический и воспитательный характер, что позволяет утверждать, что именно духовно-нравственное развитие обучающихся в духе общероссийской гражданской идентичности на основе традиционных российских духовно-нравственных ценностей — важнейший результат обучения ОДНКНР.</w:t>
      </w:r>
    </w:p>
    <w:p w:rsidR="00CF42A0" w:rsidRPr="001D7CAD" w:rsidRDefault="001D7CAD" w:rsidP="005C0017">
      <w:pPr>
        <w:tabs>
          <w:tab w:val="left" w:pos="10584"/>
        </w:tabs>
        <w:autoSpaceDE w:val="0"/>
        <w:autoSpaceDN w:val="0"/>
        <w:spacing w:before="70" w:after="0"/>
        <w:ind w:right="-94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Сохранение традиционных российских духовно-нравственных ценностей как значимой части культурного и исторического наследия народов России  — один из ключевых национальных приоритетов Российской Федерации, способствующих дальнейшей гуманизации и развитию российского общества, формированию гражданской идентичности у подрастающих поколений.</w:t>
      </w:r>
    </w:p>
    <w:p w:rsidR="00CF42A0" w:rsidRPr="001D7CAD" w:rsidRDefault="001D7CAD" w:rsidP="005C0017">
      <w:pPr>
        <w:autoSpaceDE w:val="0"/>
        <w:autoSpaceDN w:val="0"/>
        <w:spacing w:before="70" w:after="0" w:line="286" w:lineRule="auto"/>
        <w:ind w:right="-94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Согласно Стратегии национальной безопасности Российской Федерации (утверждена указом Президента Российской Федерации от 2  июля 2021 г. № 400, пункт 91), к традиционным российским духовно-нравственным ценностям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</w:t>
      </w:r>
      <w:r w:rsidRPr="001D7CAD">
        <w:rPr>
          <w:lang w:val="ru-RU"/>
        </w:rPr>
        <w:br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историческая память и преемственность поколений, единство народов России. Именно традиционные российские духовно-нравственные ценности объединяют Россию как многонациональное и многоконфессиональное государство, лежат в основе представлений о гражданской идентичности как ключевом ориентире духовно-нравственного развития обучающихся.</w:t>
      </w:r>
    </w:p>
    <w:p w:rsidR="00CF42A0" w:rsidRPr="001D7CAD" w:rsidRDefault="001D7CAD" w:rsidP="005C0017">
      <w:pPr>
        <w:autoSpaceDE w:val="0"/>
        <w:autoSpaceDN w:val="0"/>
        <w:spacing w:before="70" w:after="0"/>
        <w:ind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Центральная идея гражданской идентичности — образ будущего нашей страны, который формируется с учётом национальных и стратегических приоритетов российского общества, культурно-исторических традиций всех народов России, духовно-нравственных ценностей, присущих ей на протяжении всей её истории.</w:t>
      </w:r>
    </w:p>
    <w:p w:rsidR="00CF42A0" w:rsidRPr="005C0017" w:rsidRDefault="005C0017" w:rsidP="005C0017">
      <w:pPr>
        <w:autoSpaceDE w:val="0"/>
        <w:autoSpaceDN w:val="0"/>
        <w:spacing w:before="70" w:after="0" w:line="283" w:lineRule="auto"/>
        <w:ind w:right="47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В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 процессе изучения курса ОДНКНР школьники получают возможность систематизировать, расширять и углублять полученные в рамках общественно-научных дисциплин знания и представления о структуре и закономерностях развития социума, о прошлом и настоящем родной страны, находить в истории российского общества существенные связи с традиционной духовно-нравственной культурой России, определять свою идентичность как члена семьи, школьного коллектива, региональной общности, гражданина страны с опорой на традиционные духовно-нравственные ценности.</w:t>
      </w:r>
    </w:p>
    <w:p w:rsidR="00CF42A0" w:rsidRPr="001D7CAD" w:rsidRDefault="001D7CAD" w:rsidP="005C0017">
      <w:pPr>
        <w:autoSpaceDE w:val="0"/>
        <w:autoSpaceDN w:val="0"/>
        <w:spacing w:after="0" w:line="271" w:lineRule="auto"/>
        <w:ind w:right="-94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Не менее важно отметить, что данный курс формируется и преподаётся в соответствии с принципами культурологичности и культуросообразности, научности содержания и подхода к отбору информации, соответствия требованиям возрастной педагогики и психологии.</w:t>
      </w:r>
    </w:p>
    <w:p w:rsidR="00CF42A0" w:rsidRPr="001D7CAD" w:rsidRDefault="001D7CAD" w:rsidP="005C0017">
      <w:pPr>
        <w:autoSpaceDE w:val="0"/>
        <w:autoSpaceDN w:val="0"/>
        <w:spacing w:before="70" w:after="0" w:line="281" w:lineRule="auto"/>
        <w:ind w:right="-94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В процессе изучения курса обучающиеся получают представление о существенных взаимосвязях между материальной и духовной культурой, обусловленности культурных реалий современного общества его духовно-нравственным обликом. Изучаются основные компоненты культуры, её специфические инструменты самопрезентации, исторические и современные особенности духовно-нравственного развития народов России.</w:t>
      </w:r>
    </w:p>
    <w:p w:rsidR="00CF42A0" w:rsidRPr="001D7CAD" w:rsidRDefault="001D7CAD" w:rsidP="005C0017">
      <w:pPr>
        <w:autoSpaceDE w:val="0"/>
        <w:autoSpaceDN w:val="0"/>
        <w:spacing w:before="70" w:after="0" w:line="271" w:lineRule="auto"/>
        <w:ind w:right="-94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Содержание курса направлено на формирование нравственного идеала, гражданской идентичности личности обучающегося и воспитание патриотических чувств к Родине (осознание себя как гражданина своего Отечества), формирование исторической памяти.</w:t>
      </w:r>
    </w:p>
    <w:p w:rsidR="00CF42A0" w:rsidRPr="001D7CAD" w:rsidRDefault="001D7CAD" w:rsidP="005C0017">
      <w:pPr>
        <w:autoSpaceDE w:val="0"/>
        <w:autoSpaceDN w:val="0"/>
        <w:spacing w:before="72" w:after="0" w:line="281" w:lineRule="auto"/>
        <w:ind w:right="-94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Материал курса представлен через актуализацию макроуровня (Россия в целом как многонациональное, поликонфессиональное государство, с едиными для всех законами, общероссийскими духовно-нравственными и культурными ценностями) на микроуровне (собственная идентичность, осознанная как часть малой Родины, семьи и семейных традиций, этнической и религиозной истории, к которой принадлежит обучающийся как личность).</w:t>
      </w:r>
    </w:p>
    <w:p w:rsidR="00CF42A0" w:rsidRPr="001D7CAD" w:rsidRDefault="001D7CAD" w:rsidP="005C0017">
      <w:pPr>
        <w:autoSpaceDE w:val="0"/>
        <w:autoSpaceDN w:val="0"/>
        <w:spacing w:before="70" w:after="0" w:line="271" w:lineRule="auto"/>
        <w:ind w:right="-94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i/>
          <w:color w:val="000000"/>
          <w:sz w:val="24"/>
          <w:lang w:val="ru-RU"/>
        </w:rPr>
        <w:t>Принцип культурологичности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 в преподавании означает важность культурологического, а не конфессионального подхода, отсутствие культурной, этнической, религиозной ангажированности в содержании предмета и его смысловых акцентах.</w:t>
      </w:r>
    </w:p>
    <w:p w:rsidR="00CF42A0" w:rsidRPr="001D7CAD" w:rsidRDefault="001D7CAD" w:rsidP="005C0017">
      <w:pPr>
        <w:autoSpaceDE w:val="0"/>
        <w:autoSpaceDN w:val="0"/>
        <w:spacing w:before="70" w:after="0"/>
        <w:ind w:right="-94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i/>
          <w:color w:val="000000"/>
          <w:sz w:val="24"/>
          <w:lang w:val="ru-RU"/>
        </w:rPr>
        <w:t>Принцип научности подходов и содержания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 в преподавании данной дисциплины означает важность терминологического единства,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феноменам.</w:t>
      </w:r>
    </w:p>
    <w:p w:rsidR="00CF42A0" w:rsidRPr="001D7CAD" w:rsidRDefault="001D7CAD" w:rsidP="005C0017">
      <w:pPr>
        <w:autoSpaceDE w:val="0"/>
        <w:autoSpaceDN w:val="0"/>
        <w:spacing w:before="70" w:after="0"/>
        <w:ind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i/>
          <w:color w:val="000000"/>
          <w:sz w:val="24"/>
          <w:lang w:val="ru-RU"/>
        </w:rPr>
        <w:t>Принцип соответствия требованиям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 возрастной педагогики и психологии включает отбор тем и содержания курса согласно приоритетным зонам ближайшего развития, когнитивным способностям и социальным потребностям обучающихся, содержанию гуманитарных и общественно-научных учебных предметов.</w:t>
      </w:r>
    </w:p>
    <w:p w:rsidR="00CF42A0" w:rsidRPr="001D7CAD" w:rsidRDefault="001D7CAD" w:rsidP="005C0017">
      <w:pPr>
        <w:autoSpaceDE w:val="0"/>
        <w:autoSpaceDN w:val="0"/>
        <w:spacing w:before="70" w:after="0" w:line="281" w:lineRule="auto"/>
        <w:ind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Принцип формирования гражданского самосознания и общероссийской гражданской идентичности 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Родине. Данный принцип должен быть реализован через поиск объединяющих черт в духовно-нравственной жизни народов России, их культуре, религии и историческом развитии.</w:t>
      </w:r>
    </w:p>
    <w:p w:rsidR="00CF42A0" w:rsidRPr="001D7CAD" w:rsidRDefault="001D7CAD" w:rsidP="005C0017">
      <w:pPr>
        <w:autoSpaceDE w:val="0"/>
        <w:autoSpaceDN w:val="0"/>
        <w:spacing w:before="264" w:after="0" w:line="262" w:lineRule="auto"/>
        <w:jc w:val="center"/>
        <w:rPr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ЦЕЛИ И ЗАДАЧИ ИЗУЧЕНИЯ УЧЕБНОГО КУРСА «ОСНОВЫ ДУХОВНО-НРАВСТВЕННОЙ КУЛЬТУРЫ НАРОДОВ РОССИИ»</w:t>
      </w:r>
    </w:p>
    <w:p w:rsidR="00CF42A0" w:rsidRPr="001D7CAD" w:rsidRDefault="001D7CAD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Целями 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изучения учебного курса являются:</w:t>
      </w:r>
    </w:p>
    <w:p w:rsidR="00CF42A0" w:rsidRPr="001D7CAD" w:rsidRDefault="00C63526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r w:rsidR="001D7CAD" w:rsidRPr="001D7CAD">
        <w:rPr>
          <w:lang w:val="ru-RU"/>
        </w:rPr>
        <w:br/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этноконфессионального согласия и взаимодействия, взаимопроникновения и мирного сосуществования народов, религий, национальных культур;</w:t>
      </w:r>
    </w:p>
    <w:p w:rsidR="00CF42A0" w:rsidRPr="001D7CAD" w:rsidRDefault="00C63526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создание условий для становления у обучающихся мировоззрения на основе традиционных российских духовно-нравственных ценностей, ведущих к осознанию своей принадлежности к многонациональному народу Российской Федерации;</w:t>
      </w:r>
    </w:p>
    <w:p w:rsidR="00CF42A0" w:rsidRPr="001D7CAD" w:rsidRDefault="00C63526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формирование и сохранение уважения к ценностям и убеждениям представителей разных</w:t>
      </w:r>
    </w:p>
    <w:p w:rsidR="00CF42A0" w:rsidRPr="001D7CAD" w:rsidRDefault="00CF42A0" w:rsidP="005C0017">
      <w:pPr>
        <w:spacing w:after="0" w:line="240" w:lineRule="auto"/>
        <w:ind w:firstLine="567"/>
        <w:jc w:val="both"/>
        <w:rPr>
          <w:lang w:val="ru-RU"/>
        </w:rPr>
        <w:sectPr w:rsidR="00CF42A0" w:rsidRPr="001D7CAD" w:rsidSect="005C0017">
          <w:pgSz w:w="11900" w:h="16840"/>
          <w:pgMar w:top="298" w:right="654" w:bottom="398" w:left="1276" w:header="720" w:footer="720" w:gutter="0"/>
          <w:cols w:space="720" w:equalWidth="0">
            <w:col w:w="9970" w:space="0"/>
          </w:cols>
          <w:docGrid w:linePitch="360"/>
        </w:sectPr>
      </w:pPr>
    </w:p>
    <w:p w:rsidR="00CF42A0" w:rsidRPr="001D7CAD" w:rsidRDefault="00CF42A0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</w:p>
    <w:p w:rsidR="00CF42A0" w:rsidRPr="001D7CAD" w:rsidRDefault="001D7CAD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национальностей и вероисповеданий, а также способности к диалогу с представителями других культур и мировоззрений;</w:t>
      </w:r>
    </w:p>
    <w:p w:rsidR="00CF42A0" w:rsidRPr="001D7CAD" w:rsidRDefault="00C63526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CF42A0" w:rsidRPr="001D7CAD" w:rsidRDefault="001D7CAD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Цели курса определяют следующие </w:t>
      </w: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задачи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CF42A0" w:rsidRPr="001D7CAD" w:rsidRDefault="00C63526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овладение предметными компетенциями, имеющими преимущественное значение для формирования гражданской идентичности обучающегося;</w:t>
      </w:r>
    </w:p>
    <w:p w:rsidR="00CF42A0" w:rsidRPr="001D7CAD" w:rsidRDefault="00C63526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приобретение и усвоение знаний о нормах общественной морали и нравственности как основополагающих элементах духовной культуры современного общества;</w:t>
      </w:r>
    </w:p>
    <w:p w:rsidR="00CF42A0" w:rsidRPr="001D7CAD" w:rsidRDefault="00C63526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развитие представлений о значении духовно-нравственных ценностей и нравственных норм для достойной жизни личности, семьи, общества, ответственного отношения к будущему отцовству и материнству;</w:t>
      </w:r>
    </w:p>
    <w:p w:rsidR="00CF42A0" w:rsidRPr="001D7CAD" w:rsidRDefault="00C63526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становление компетенций межкультурного взаимодействия как способности и готовности вести межличностный, межкультурный, межконфессиональный диалог при осознании и сохранении собственной культурной идентичности;</w:t>
      </w:r>
    </w:p>
    <w:p w:rsidR="00CF42A0" w:rsidRPr="001D7CAD" w:rsidRDefault="00C63526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CF42A0" w:rsidRPr="001D7CAD" w:rsidRDefault="00C63526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 обучение рефлексии собственного поведения и оценке поведения окружающих через развитие навыков обоснованных нравственных суждений, оценок и выводов;</w:t>
      </w:r>
    </w:p>
    <w:p w:rsidR="00CF42A0" w:rsidRPr="001D7CAD" w:rsidRDefault="00C63526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воспитание уважительного и бережного отношения к историческому, религиозному и культурному наследию народов России;</w:t>
      </w:r>
    </w:p>
    <w:p w:rsidR="00CF42A0" w:rsidRPr="001D7CAD" w:rsidRDefault="00C63526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содействие осознанному формированию мировоззренческих ориентиров, основанных на приоритете традиционных российских духовно-нравственных ценностей;</w:t>
      </w:r>
    </w:p>
    <w:p w:rsidR="00CF42A0" w:rsidRPr="001D7CAD" w:rsidRDefault="00C63526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формирование патриотизма как формы гражданского самосознания через понимание роли личности в истории и культуре, осознание важности социального взаимодействия, гражданской идентичности для процветания общества в целом.</w:t>
      </w:r>
    </w:p>
    <w:p w:rsidR="00CF42A0" w:rsidRPr="001D7CAD" w:rsidRDefault="001D7CAD" w:rsidP="005C001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Изучение курса «Основы духовно-нравственной культуры народов России» вносит значительный вклад в достижение главных целей основного общего образования, способствуя:</w:t>
      </w:r>
    </w:p>
    <w:p w:rsidR="00CF42A0" w:rsidRPr="001D7CAD" w:rsidRDefault="00C63526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расширению и систематизации знаний и представлений школьников о культуре и духовных традициях народов России, о нравственных ценностях, полученных при изучении основ религиозной культуры и светской этики, окружающего мира, литературного чтения и других предметов начальной школы;</w:t>
      </w:r>
    </w:p>
    <w:p w:rsidR="00CF42A0" w:rsidRPr="001D7CAD" w:rsidRDefault="00C63526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углублению представлений о светской этике, религиозной культуре народов России, их роли в развитии современного общества;</w:t>
      </w:r>
    </w:p>
    <w:p w:rsidR="00CF42A0" w:rsidRPr="001D7CAD" w:rsidRDefault="00C63526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формированию основ морали и нравственности, воплощённых в семейных, этнокультурных и религиозных ценностях, ориентированных на соизмерение своих поступков с нравственными идеалами, на осознание своих обязанностей перед обществом и государством;</w:t>
      </w:r>
    </w:p>
    <w:p w:rsidR="00CF42A0" w:rsidRPr="001D7CAD" w:rsidRDefault="00C63526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воспитанию патриотизма; уважения к истории, языку, культурным и религиозным традициям</w:t>
      </w:r>
      <w:r w:rsidR="005C0017">
        <w:rPr>
          <w:lang w:val="ru-RU"/>
        </w:rPr>
        <w:t xml:space="preserve">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своего народа и других народов России, толерантному отношению к людям другой культуры, умению принимать и ценить ценности других культур, находить в них общее и особенное, черты, способствующие взаимному обогащению культур;</w:t>
      </w:r>
    </w:p>
    <w:p w:rsidR="00CF42A0" w:rsidRPr="001D7CAD" w:rsidRDefault="00C63526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пробуждению интереса к культуре других народов, проявлению уважения, способности к сотрудничеству, взаимодействию на основе поиска общих культурных стратегий и идеалов;</w:t>
      </w:r>
    </w:p>
    <w:p w:rsidR="00CF42A0" w:rsidRPr="001D7CAD" w:rsidRDefault="00C63526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осознанию приоритетной значимости духовно-нравственных ценностей, проявляющейся в преобладании этических, интеллектуальных, альтруистических мотивов над потребительскими и эгоистическими;</w:t>
      </w:r>
    </w:p>
    <w:p w:rsidR="00CF42A0" w:rsidRPr="001D7CAD" w:rsidRDefault="00C63526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 раскрытию природы духовно-нравственных ценностей российского общества, объединяющих светскость и духовность;</w:t>
      </w:r>
    </w:p>
    <w:p w:rsidR="00CF42A0" w:rsidRPr="001D7CAD" w:rsidRDefault="00C63526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формирование ответственного отношения к учению и труду, готовности и способности обучающихся к саморазвитию и самообразованию на основе мотивации к обучению и познанию, осознанному выбору ценностных ориентаций, способствующих развитию общества в целом;</w:t>
      </w:r>
    </w:p>
    <w:p w:rsidR="00CF42A0" w:rsidRPr="001D7CAD" w:rsidRDefault="00C63526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получению научных представлений о культуре и её функциях, особенностях взаимодействия с социальными институтами, а, следовательно, способности их применять в анализе и изучении социально-культурных явлений в истории и культуре России и современном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обществе, давать нравственные оценки поступков и событий на основе осознания главенствующей роли духовно-нравственных ценностей в социальных и культурно-исторических процессах;</w:t>
      </w:r>
    </w:p>
    <w:p w:rsidR="00CF42A0" w:rsidRPr="001D7CAD" w:rsidRDefault="00C63526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развитию информационной культуры школьников, компетенций в отборе, использовании и структурировании информации, а также возможностей для активной самостоятельной познавательной деятельности.</w:t>
      </w:r>
    </w:p>
    <w:p w:rsidR="00CF42A0" w:rsidRPr="001D7CAD" w:rsidRDefault="001D7CAD" w:rsidP="005C0017">
      <w:pPr>
        <w:autoSpaceDE w:val="0"/>
        <w:autoSpaceDN w:val="0"/>
        <w:spacing w:before="322" w:after="0" w:line="262" w:lineRule="auto"/>
        <w:ind w:left="142" w:right="1008" w:hanging="142"/>
        <w:jc w:val="center"/>
        <w:rPr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КУРСА «ОСНОВЫ ДУХОВНО-НРАВСТВЕННОЙ КУЛЬТУРЫ НАРОДОВ РОССИИ» В УЧЕБНОМ ПЛАНЕ</w:t>
      </w:r>
    </w:p>
    <w:p w:rsidR="00CF42A0" w:rsidRDefault="001D7CAD" w:rsidP="005C0017">
      <w:pPr>
        <w:tabs>
          <w:tab w:val="left" w:pos="0"/>
        </w:tabs>
        <w:autoSpaceDE w:val="0"/>
        <w:autoSpaceDN w:val="0"/>
        <w:spacing w:before="166" w:after="0" w:line="262" w:lineRule="auto"/>
        <w:ind w:right="-35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Учебный курс "Основы духовно-нравственной культуры народов России" изучается в 5 классе не менее одного часа в неделе, общий объем составляет 34 часа.</w:t>
      </w:r>
    </w:p>
    <w:p w:rsidR="00CF42A0" w:rsidRPr="001D7CAD" w:rsidRDefault="00CF42A0">
      <w:pPr>
        <w:autoSpaceDE w:val="0"/>
        <w:autoSpaceDN w:val="0"/>
        <w:spacing w:after="78" w:line="220" w:lineRule="exact"/>
        <w:rPr>
          <w:lang w:val="ru-RU"/>
        </w:rPr>
      </w:pPr>
    </w:p>
    <w:p w:rsidR="00CF42A0" w:rsidRPr="001D7CAD" w:rsidRDefault="001D7CAD" w:rsidP="005C0017">
      <w:pPr>
        <w:autoSpaceDE w:val="0"/>
        <w:autoSpaceDN w:val="0"/>
        <w:spacing w:after="0" w:line="230" w:lineRule="auto"/>
        <w:ind w:left="284"/>
        <w:jc w:val="center"/>
        <w:rPr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СОДЕРЖАНИЕ УЧЕБНОГО КУРСА</w:t>
      </w:r>
    </w:p>
    <w:p w:rsidR="00CF42A0" w:rsidRPr="001D7CAD" w:rsidRDefault="001D7CAD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Тематический блок 1.</w:t>
      </w:r>
    </w:p>
    <w:p w:rsidR="005C0017" w:rsidRDefault="001D7CAD" w:rsidP="005C0017">
      <w:pPr>
        <w:autoSpaceDE w:val="0"/>
        <w:autoSpaceDN w:val="0"/>
        <w:spacing w:after="0" w:line="240" w:lineRule="auto"/>
        <w:ind w:right="1296" w:firstLine="567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«Россия — наш общий дом»</w:t>
      </w:r>
    </w:p>
    <w:p w:rsidR="00CF42A0" w:rsidRPr="001D7CAD" w:rsidRDefault="001D7CAD" w:rsidP="005C0017">
      <w:pPr>
        <w:autoSpaceDE w:val="0"/>
        <w:autoSpaceDN w:val="0"/>
        <w:spacing w:after="0" w:line="240" w:lineRule="auto"/>
        <w:ind w:right="51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Тема 1. Зачем изучать курс «Основы духовно-нравственной культуры народов России»?</w:t>
      </w:r>
    </w:p>
    <w:p w:rsidR="00CF42A0" w:rsidRPr="001D7CAD" w:rsidRDefault="001D7CAD" w:rsidP="005C001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b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и закрепление гражданского единства. Родина и Отечество. Традиционные ценности и ролевые модели. Традиционная семья. Всеобщий характер морали и нравственности. Русский язык и единое культурное пространство. Риски и угрозы духовно-нравственной культуры народов России. </w:t>
      </w:r>
      <w:r w:rsidRPr="001D7CAD">
        <w:rPr>
          <w:b/>
          <w:lang w:val="ru-RU"/>
        </w:rPr>
        <w:tab/>
      </w: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Тема 2. Наш дом — Россия.</w:t>
      </w:r>
    </w:p>
    <w:p w:rsidR="00CF42A0" w:rsidRPr="001D7CAD" w:rsidRDefault="001D7CAD" w:rsidP="005C0017">
      <w:pPr>
        <w:tabs>
          <w:tab w:val="left" w:pos="180"/>
        </w:tabs>
        <w:autoSpaceDE w:val="0"/>
        <w:autoSpaceDN w:val="0"/>
        <w:spacing w:after="0" w:line="240" w:lineRule="auto"/>
        <w:ind w:right="288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Россия — многонациональная страна. Многонациональный народ Российской Федерации. Россия как общий дом. Дружба народов.</w:t>
      </w:r>
    </w:p>
    <w:p w:rsidR="00CF42A0" w:rsidRPr="001D7CAD" w:rsidRDefault="001D7CAD" w:rsidP="005C0017">
      <w:pPr>
        <w:autoSpaceDE w:val="0"/>
        <w:autoSpaceDN w:val="0"/>
        <w:spacing w:after="0" w:line="240" w:lineRule="auto"/>
        <w:ind w:firstLine="567"/>
        <w:jc w:val="both"/>
        <w:rPr>
          <w:b/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Тема 3. Язык и история.</w:t>
      </w:r>
    </w:p>
    <w:p w:rsidR="00CF42A0" w:rsidRPr="001D7CAD" w:rsidRDefault="001D7CAD" w:rsidP="005C0017">
      <w:pPr>
        <w:tabs>
          <w:tab w:val="left" w:pos="180"/>
        </w:tabs>
        <w:autoSpaceDE w:val="0"/>
        <w:autoSpaceDN w:val="0"/>
        <w:spacing w:after="0" w:line="240" w:lineRule="auto"/>
        <w:ind w:right="51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Что такое язык? Как в языке народа отражается его история? Язык как инструмент культуры. Важность коммуникации между людьми. Языки народов мира, их взаимосвязь.</w:t>
      </w:r>
    </w:p>
    <w:p w:rsidR="00CF42A0" w:rsidRPr="001D7CAD" w:rsidRDefault="001D7CAD" w:rsidP="005C0017">
      <w:pPr>
        <w:autoSpaceDE w:val="0"/>
        <w:autoSpaceDN w:val="0"/>
        <w:spacing w:after="0" w:line="240" w:lineRule="auto"/>
        <w:ind w:firstLine="567"/>
        <w:jc w:val="both"/>
        <w:rPr>
          <w:b/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Тема 4. Русский язык — язык общения и язык возможностей.</w:t>
      </w:r>
    </w:p>
    <w:p w:rsidR="00CF42A0" w:rsidRPr="001D7CAD" w:rsidRDefault="001D7CAD" w:rsidP="005C001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Русский язык — основа российской культуры. Как складывался русский язык: вклад народов России в его развитие. Русский язык как культурообразующий проект и язык межнационального общения.</w:t>
      </w:r>
    </w:p>
    <w:p w:rsidR="005C0017" w:rsidRDefault="001D7CAD" w:rsidP="005C0017">
      <w:pPr>
        <w:tabs>
          <w:tab w:val="left" w:pos="180"/>
        </w:tabs>
        <w:autoSpaceDE w:val="0"/>
        <w:autoSpaceDN w:val="0"/>
        <w:spacing w:after="0" w:line="240" w:lineRule="auto"/>
        <w:ind w:right="51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Важность общего языка для всех народов России. Возможности, которые даёт русский язык.</w:t>
      </w:r>
    </w:p>
    <w:p w:rsidR="00CF42A0" w:rsidRPr="001D7CAD" w:rsidRDefault="001D7CAD" w:rsidP="005C0017">
      <w:pPr>
        <w:tabs>
          <w:tab w:val="left" w:pos="180"/>
        </w:tabs>
        <w:autoSpaceDE w:val="0"/>
        <w:autoSpaceDN w:val="0"/>
        <w:spacing w:after="0" w:line="240" w:lineRule="auto"/>
        <w:ind w:right="1008" w:firstLine="567"/>
        <w:jc w:val="both"/>
        <w:rPr>
          <w:b/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Тема 5. Истоки родной культуры.</w:t>
      </w:r>
    </w:p>
    <w:p w:rsidR="00CF42A0" w:rsidRPr="001D7CAD" w:rsidRDefault="001D7CAD" w:rsidP="00795120">
      <w:pPr>
        <w:tabs>
          <w:tab w:val="left" w:pos="180"/>
        </w:tabs>
        <w:autoSpaceDE w:val="0"/>
        <w:autoSpaceDN w:val="0"/>
        <w:spacing w:after="0" w:line="240" w:lineRule="auto"/>
        <w:ind w:right="-91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Что такое культура. Культура и природа. Роль культуры в жизни общества. Многообразие культур и его причины. Единство культурного пространства России.</w:t>
      </w:r>
    </w:p>
    <w:p w:rsidR="00CF42A0" w:rsidRPr="001D7CAD" w:rsidRDefault="001D7CAD" w:rsidP="00795120">
      <w:pPr>
        <w:autoSpaceDE w:val="0"/>
        <w:autoSpaceDN w:val="0"/>
        <w:spacing w:after="0" w:line="240" w:lineRule="auto"/>
        <w:ind w:right="-91" w:firstLine="567"/>
        <w:jc w:val="both"/>
        <w:rPr>
          <w:b/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Тема 6. Материальная культура.</w:t>
      </w:r>
    </w:p>
    <w:p w:rsidR="00CF42A0" w:rsidRPr="001D7CAD" w:rsidRDefault="001D7CAD" w:rsidP="00795120">
      <w:pPr>
        <w:tabs>
          <w:tab w:val="left" w:pos="180"/>
        </w:tabs>
        <w:autoSpaceDE w:val="0"/>
        <w:autoSpaceDN w:val="0"/>
        <w:spacing w:after="0" w:line="240" w:lineRule="auto"/>
        <w:ind w:right="-91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Материальная культура: архитектура, одежда, пища, транспорт, техника. Связь между материальной культурой и духовно-нравственными ценностями общества.</w:t>
      </w:r>
    </w:p>
    <w:p w:rsidR="00CF42A0" w:rsidRPr="001D7CAD" w:rsidRDefault="001D7CAD" w:rsidP="00795120">
      <w:pPr>
        <w:autoSpaceDE w:val="0"/>
        <w:autoSpaceDN w:val="0"/>
        <w:spacing w:after="0" w:line="240" w:lineRule="auto"/>
        <w:ind w:right="-91" w:firstLine="567"/>
        <w:jc w:val="both"/>
        <w:rPr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7. Духовная культура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CF42A0" w:rsidRPr="001D7CAD" w:rsidRDefault="001D7CAD" w:rsidP="00795120">
      <w:pPr>
        <w:autoSpaceDE w:val="0"/>
        <w:autoSpaceDN w:val="0"/>
        <w:spacing w:after="0" w:line="240" w:lineRule="auto"/>
        <w:ind w:right="-91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Духовно-нравственная культура. Искусство, наука, духовность. Мораль, нравственность, ценности.</w:t>
      </w:r>
    </w:p>
    <w:p w:rsidR="005C0017" w:rsidRDefault="001D7CAD" w:rsidP="00795120">
      <w:pPr>
        <w:tabs>
          <w:tab w:val="left" w:pos="180"/>
        </w:tabs>
        <w:autoSpaceDE w:val="0"/>
        <w:autoSpaceDN w:val="0"/>
        <w:spacing w:after="0" w:line="240" w:lineRule="auto"/>
        <w:ind w:right="-91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Художественное осмысление мира. Символ и знак. Духовная культура как реализация ценностей. </w:t>
      </w:r>
    </w:p>
    <w:p w:rsidR="00CF42A0" w:rsidRPr="00074410" w:rsidRDefault="001D7CAD" w:rsidP="005C0017">
      <w:pPr>
        <w:tabs>
          <w:tab w:val="left" w:pos="180"/>
        </w:tabs>
        <w:autoSpaceDE w:val="0"/>
        <w:autoSpaceDN w:val="0"/>
        <w:spacing w:after="0" w:line="240" w:lineRule="auto"/>
        <w:ind w:right="432" w:firstLine="567"/>
        <w:jc w:val="both"/>
        <w:rPr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8. Культура и религия.</w:t>
      </w:r>
    </w:p>
    <w:p w:rsidR="00CF42A0" w:rsidRPr="001D7CAD" w:rsidRDefault="001D7CAD" w:rsidP="00795120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 w:rsidRPr="00074410">
        <w:rPr>
          <w:rFonts w:ascii="Times New Roman" w:eastAsia="Times New Roman" w:hAnsi="Times New Roman"/>
          <w:color w:val="000000"/>
          <w:sz w:val="24"/>
          <w:lang w:val="ru-RU"/>
        </w:rPr>
        <w:t>Религия и культура. Что такое религия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, её роль в жизни общества и человека.</w:t>
      </w:r>
    </w:p>
    <w:p w:rsidR="00CF42A0" w:rsidRPr="001D7CAD" w:rsidRDefault="001D7CAD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Государствообразующие религии России. Единство ценностей в религиях России.</w:t>
      </w:r>
    </w:p>
    <w:p w:rsidR="00CF42A0" w:rsidRPr="001D7CAD" w:rsidRDefault="001D7CAD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9. Культура и образование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CF42A0" w:rsidRPr="001D7CAD" w:rsidRDefault="001D7CAD" w:rsidP="005C0017">
      <w:pPr>
        <w:tabs>
          <w:tab w:val="left" w:pos="180"/>
        </w:tabs>
        <w:autoSpaceDE w:val="0"/>
        <w:autoSpaceDN w:val="0"/>
        <w:spacing w:after="0" w:line="240" w:lineRule="auto"/>
        <w:ind w:right="43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Зачем нужно учиться? Культура как способ получения нужных знаний. Образование как ключ к социализации и духовно-нравственному развитию человека.</w:t>
      </w:r>
    </w:p>
    <w:p w:rsidR="00CF42A0" w:rsidRPr="00074410" w:rsidRDefault="001D7CAD" w:rsidP="005C0017">
      <w:pPr>
        <w:autoSpaceDE w:val="0"/>
        <w:autoSpaceDN w:val="0"/>
        <w:spacing w:after="0" w:line="240" w:lineRule="auto"/>
        <w:ind w:firstLine="567"/>
        <w:jc w:val="both"/>
        <w:rPr>
          <w:b/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10. Многообразие культур России (практическое занятие).</w:t>
      </w:r>
    </w:p>
    <w:p w:rsidR="00CF42A0" w:rsidRPr="001D7CAD" w:rsidRDefault="001D7CAD" w:rsidP="005C0017">
      <w:pPr>
        <w:tabs>
          <w:tab w:val="left" w:pos="180"/>
        </w:tabs>
        <w:autoSpaceDE w:val="0"/>
        <w:autoSpaceDN w:val="0"/>
        <w:spacing w:after="0" w:line="240" w:lineRule="auto"/>
        <w:ind w:right="576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Единство культур народов России. Что значит быть культурным человеком? Знание о культуре народов России.</w:t>
      </w:r>
    </w:p>
    <w:p w:rsidR="00CF42A0" w:rsidRPr="001D7CAD" w:rsidRDefault="001D7CAD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Тематический блок 2.</w:t>
      </w:r>
    </w:p>
    <w:p w:rsidR="00795120" w:rsidRDefault="001D7CAD" w:rsidP="00795120">
      <w:pPr>
        <w:autoSpaceDE w:val="0"/>
        <w:autoSpaceDN w:val="0"/>
        <w:spacing w:after="0" w:line="240" w:lineRule="auto"/>
        <w:ind w:right="51" w:firstLine="567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«Семья и духовно-нравственные ценности»</w:t>
      </w:r>
    </w:p>
    <w:p w:rsidR="00CF42A0" w:rsidRPr="001D7CAD" w:rsidRDefault="001D7CAD" w:rsidP="00795120">
      <w:pPr>
        <w:autoSpaceDE w:val="0"/>
        <w:autoSpaceDN w:val="0"/>
        <w:spacing w:after="0" w:line="240" w:lineRule="auto"/>
        <w:ind w:right="51" w:firstLine="567"/>
        <w:jc w:val="both"/>
        <w:rPr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11. Семья — хранитель духовных ценностей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CF42A0" w:rsidRPr="001D7CAD" w:rsidRDefault="001D7CAD" w:rsidP="005C0017">
      <w:pPr>
        <w:tabs>
          <w:tab w:val="left" w:pos="180"/>
        </w:tabs>
        <w:autoSpaceDE w:val="0"/>
        <w:autoSpaceDN w:val="0"/>
        <w:spacing w:after="0" w:line="240" w:lineRule="auto"/>
        <w:ind w:right="288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Семья — базовый элемент общества. Семейные ценности, традиции и культура. Помощь сиротам как духовно-нравственный долг человека.</w:t>
      </w:r>
    </w:p>
    <w:p w:rsidR="00CF42A0" w:rsidRPr="00074410" w:rsidRDefault="001D7CAD" w:rsidP="005C0017">
      <w:pPr>
        <w:autoSpaceDE w:val="0"/>
        <w:autoSpaceDN w:val="0"/>
        <w:spacing w:after="0" w:line="240" w:lineRule="auto"/>
        <w:ind w:firstLine="567"/>
        <w:jc w:val="both"/>
        <w:rPr>
          <w:b/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12. Родина начинается с семьи.</w:t>
      </w:r>
    </w:p>
    <w:p w:rsidR="00CF42A0" w:rsidRPr="001D7CAD" w:rsidRDefault="001D7CAD" w:rsidP="005C0017">
      <w:pPr>
        <w:tabs>
          <w:tab w:val="left" w:pos="180"/>
        </w:tabs>
        <w:autoSpaceDE w:val="0"/>
        <w:autoSpaceDN w:val="0"/>
        <w:spacing w:after="0" w:line="240" w:lineRule="auto"/>
        <w:ind w:right="144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История семьи как часть истории народа, государства, человечества. Как связаны Родина и семья? Что такое Родина и Отечество?</w:t>
      </w:r>
    </w:p>
    <w:p w:rsidR="00CF42A0" w:rsidRPr="00074410" w:rsidRDefault="001D7CAD" w:rsidP="005C0017">
      <w:pPr>
        <w:autoSpaceDE w:val="0"/>
        <w:autoSpaceDN w:val="0"/>
        <w:spacing w:after="0" w:line="240" w:lineRule="auto"/>
        <w:ind w:firstLine="567"/>
        <w:jc w:val="both"/>
        <w:rPr>
          <w:b/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13. Традиции семейного воспитания в России.</w:t>
      </w:r>
    </w:p>
    <w:p w:rsidR="00CF42A0" w:rsidRPr="001D7CAD" w:rsidRDefault="001D7CAD" w:rsidP="00795120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Семейные традиции народов России. Межнациональные семьи. Семейное воспитание как</w:t>
      </w:r>
      <w:r w:rsidR="00795120">
        <w:rPr>
          <w:lang w:val="ru-RU"/>
        </w:rPr>
        <w:t xml:space="preserve"> 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трансляция ценностей.</w:t>
      </w:r>
    </w:p>
    <w:p w:rsidR="00CF42A0" w:rsidRPr="00074410" w:rsidRDefault="001D7CAD" w:rsidP="00795120">
      <w:pPr>
        <w:autoSpaceDE w:val="0"/>
        <w:autoSpaceDN w:val="0"/>
        <w:spacing w:after="0" w:line="240" w:lineRule="auto"/>
        <w:ind w:right="13" w:firstLine="567"/>
        <w:jc w:val="both"/>
        <w:rPr>
          <w:b/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14. Образ семьи в культуре народов России.</w:t>
      </w:r>
    </w:p>
    <w:p w:rsidR="00CF42A0" w:rsidRPr="001D7CAD" w:rsidRDefault="001D7CAD" w:rsidP="00795120">
      <w:pPr>
        <w:tabs>
          <w:tab w:val="left" w:pos="180"/>
        </w:tabs>
        <w:autoSpaceDE w:val="0"/>
        <w:autoSpaceDN w:val="0"/>
        <w:spacing w:after="0" w:line="240" w:lineRule="auto"/>
        <w:ind w:right="13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Произведения устного поэтического творчества (сказки, поговорки и т.д.) о семье и семейных обязанностях. Семья в литературе и произведениях разных видов искусства.</w:t>
      </w:r>
    </w:p>
    <w:p w:rsidR="00CF42A0" w:rsidRPr="00074410" w:rsidRDefault="001D7CAD" w:rsidP="00795120">
      <w:pPr>
        <w:autoSpaceDE w:val="0"/>
        <w:autoSpaceDN w:val="0"/>
        <w:spacing w:after="0" w:line="240" w:lineRule="auto"/>
        <w:ind w:right="13" w:firstLine="567"/>
        <w:jc w:val="both"/>
        <w:rPr>
          <w:b/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15. Труд в истории семьи.</w:t>
      </w:r>
    </w:p>
    <w:p w:rsidR="00CF42A0" w:rsidRPr="001D7CAD" w:rsidRDefault="001D7CAD" w:rsidP="00795120">
      <w:pPr>
        <w:tabs>
          <w:tab w:val="left" w:pos="180"/>
        </w:tabs>
        <w:autoSpaceDE w:val="0"/>
        <w:autoSpaceDN w:val="0"/>
        <w:spacing w:after="0" w:line="240" w:lineRule="auto"/>
        <w:ind w:right="13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Социальные роли в истории семьи. Роль домашнего труда. Роль нравственных норм в благополучии семьи.</w:t>
      </w:r>
    </w:p>
    <w:p w:rsidR="00CF42A0" w:rsidRPr="00074410" w:rsidRDefault="001D7CAD" w:rsidP="00795120">
      <w:pPr>
        <w:autoSpaceDE w:val="0"/>
        <w:autoSpaceDN w:val="0"/>
        <w:spacing w:after="0" w:line="240" w:lineRule="auto"/>
        <w:ind w:right="13" w:firstLine="567"/>
        <w:jc w:val="both"/>
        <w:rPr>
          <w:b/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16. Семья в современном мире (практическое занятие).</w:t>
      </w:r>
    </w:p>
    <w:p w:rsidR="00CF42A0" w:rsidRPr="001D7CAD" w:rsidRDefault="001D7CAD" w:rsidP="00795120">
      <w:pPr>
        <w:autoSpaceDE w:val="0"/>
        <w:autoSpaceDN w:val="0"/>
        <w:spacing w:after="0" w:line="240" w:lineRule="auto"/>
        <w:ind w:right="13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Рассказ о своей семье (с использованием фотографий, книг, писем и др.). Семейное древо.</w:t>
      </w:r>
    </w:p>
    <w:p w:rsidR="00CF42A0" w:rsidRPr="001D7CAD" w:rsidRDefault="001D7CAD" w:rsidP="00795120">
      <w:pPr>
        <w:autoSpaceDE w:val="0"/>
        <w:autoSpaceDN w:val="0"/>
        <w:spacing w:after="0" w:line="240" w:lineRule="auto"/>
        <w:ind w:right="13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Семейные традиции.</w:t>
      </w:r>
    </w:p>
    <w:p w:rsidR="00CF42A0" w:rsidRPr="001D7CAD" w:rsidRDefault="001D7CAD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Тематический блок 3.</w:t>
      </w:r>
    </w:p>
    <w:p w:rsidR="00795120" w:rsidRDefault="001D7CAD" w:rsidP="00795120">
      <w:pPr>
        <w:autoSpaceDE w:val="0"/>
        <w:autoSpaceDN w:val="0"/>
        <w:spacing w:after="0" w:line="240" w:lineRule="auto"/>
        <w:ind w:right="13" w:firstLine="567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«Духовно-нравственное богатство личности»</w:t>
      </w:r>
    </w:p>
    <w:p w:rsidR="00CF42A0" w:rsidRPr="001D7CAD" w:rsidRDefault="00074410" w:rsidP="00795120">
      <w:pPr>
        <w:autoSpaceDE w:val="0"/>
        <w:autoSpaceDN w:val="0"/>
        <w:spacing w:after="0" w:line="240" w:lineRule="auto"/>
        <w:ind w:right="13" w:firstLine="567"/>
        <w:jc w:val="both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Тема</w:t>
      </w:r>
      <w:r w:rsidR="001D7CAD"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17. Личность — общество — культура.</w:t>
      </w:r>
    </w:p>
    <w:p w:rsidR="00CF42A0" w:rsidRPr="001D7CAD" w:rsidRDefault="001D7CAD" w:rsidP="00795120">
      <w:pPr>
        <w:tabs>
          <w:tab w:val="left" w:pos="180"/>
        </w:tabs>
        <w:autoSpaceDE w:val="0"/>
        <w:autoSpaceDN w:val="0"/>
        <w:spacing w:after="0" w:line="240" w:lineRule="auto"/>
        <w:ind w:right="13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Что делает человека человеком? Почему человек не может жить вне общества. Связь между обществом и культурой как реализация духовно-нравственных ценностей.</w:t>
      </w:r>
    </w:p>
    <w:p w:rsidR="00CF42A0" w:rsidRPr="00074410" w:rsidRDefault="001D7CAD" w:rsidP="005C0017">
      <w:pPr>
        <w:autoSpaceDE w:val="0"/>
        <w:autoSpaceDN w:val="0"/>
        <w:spacing w:after="0" w:line="240" w:lineRule="auto"/>
        <w:ind w:firstLine="567"/>
        <w:jc w:val="both"/>
        <w:rPr>
          <w:b/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18. Духовный мир человека. Человек — творец культуры.</w:t>
      </w:r>
    </w:p>
    <w:p w:rsidR="00795120" w:rsidRDefault="001D7CAD" w:rsidP="005C001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Культура как духовный мир человека. Мораль. Нравственность. Патриотизм. Реализация ценностей в культуре. Творчество: что это такое? Границы творчества. Традиции и новации в культуре. Границы культур. Созидательный труд. Важность труда как творческой деятельности, как реализации.</w:t>
      </w:r>
    </w:p>
    <w:p w:rsidR="00CF42A0" w:rsidRPr="001D7CAD" w:rsidRDefault="001D7CAD" w:rsidP="005C001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19. Личность и духовно-нравственные ценности.</w:t>
      </w:r>
    </w:p>
    <w:p w:rsidR="00CF42A0" w:rsidRPr="001D7CAD" w:rsidRDefault="001D7CAD" w:rsidP="00795120">
      <w:pPr>
        <w:tabs>
          <w:tab w:val="left" w:pos="180"/>
        </w:tabs>
        <w:autoSpaceDE w:val="0"/>
        <w:autoSpaceDN w:val="0"/>
        <w:spacing w:after="0" w:line="240" w:lineRule="auto"/>
        <w:ind w:right="13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Мораль и нравственность в жизни человека. Взаимопомощь, сострадание, милосердие, любовь, дружба, коллективизм, патриотизм, любовь к близким.</w:t>
      </w:r>
    </w:p>
    <w:p w:rsidR="00795120" w:rsidRDefault="001D7CAD" w:rsidP="005C0017">
      <w:pPr>
        <w:autoSpaceDE w:val="0"/>
        <w:autoSpaceDN w:val="0"/>
        <w:spacing w:after="0" w:line="240" w:lineRule="auto"/>
        <w:ind w:right="3312" w:firstLine="567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Тематический блок 4. «Культурное единство России»</w:t>
      </w:r>
    </w:p>
    <w:p w:rsidR="00CF42A0" w:rsidRPr="00074410" w:rsidRDefault="001D7CAD" w:rsidP="005C0017">
      <w:pPr>
        <w:autoSpaceDE w:val="0"/>
        <w:autoSpaceDN w:val="0"/>
        <w:spacing w:after="0" w:line="240" w:lineRule="auto"/>
        <w:ind w:right="3312" w:firstLine="567"/>
        <w:jc w:val="both"/>
        <w:rPr>
          <w:b/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20. Историческая память как духовно-нравственная ценность.</w:t>
      </w:r>
    </w:p>
    <w:p w:rsidR="00CF42A0" w:rsidRPr="001D7CAD" w:rsidRDefault="001D7CAD" w:rsidP="005C0017">
      <w:pPr>
        <w:autoSpaceDE w:val="0"/>
        <w:autoSpaceDN w:val="0"/>
        <w:spacing w:after="0" w:line="240" w:lineRule="auto"/>
        <w:ind w:right="144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Что такое история и почему она важна? История семьи — часть истории народа, государства, человечества. Важность исторической памяти, недопустимость её фальсификации. Преемственность поколений.</w:t>
      </w:r>
    </w:p>
    <w:p w:rsidR="00CF42A0" w:rsidRPr="00074410" w:rsidRDefault="001D7CAD" w:rsidP="005C0017">
      <w:pPr>
        <w:autoSpaceDE w:val="0"/>
        <w:autoSpaceDN w:val="0"/>
        <w:spacing w:after="0" w:line="240" w:lineRule="auto"/>
        <w:ind w:firstLine="567"/>
        <w:jc w:val="both"/>
        <w:rPr>
          <w:b/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21. Литература как язык культуры.</w:t>
      </w:r>
    </w:p>
    <w:p w:rsidR="00CF42A0" w:rsidRPr="001D7CAD" w:rsidRDefault="001D7CAD" w:rsidP="005C0017">
      <w:pPr>
        <w:tabs>
          <w:tab w:val="left" w:pos="180"/>
        </w:tabs>
        <w:autoSpaceDE w:val="0"/>
        <w:autoSpaceDN w:val="0"/>
        <w:spacing w:after="0" w:line="240" w:lineRule="auto"/>
        <w:ind w:right="144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Литература как художественное осмысление действительности. От сказки к роману. Зачем нужны литературные произведения? Внутренний мир человека и его духовность.</w:t>
      </w:r>
    </w:p>
    <w:p w:rsidR="00CF42A0" w:rsidRPr="00074410" w:rsidRDefault="001D7CAD" w:rsidP="005C0017">
      <w:pPr>
        <w:autoSpaceDE w:val="0"/>
        <w:autoSpaceDN w:val="0"/>
        <w:spacing w:after="0" w:line="240" w:lineRule="auto"/>
        <w:ind w:firstLine="567"/>
        <w:jc w:val="both"/>
        <w:rPr>
          <w:b/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22. Взаимовлияние культур.</w:t>
      </w:r>
    </w:p>
    <w:p w:rsidR="00CF42A0" w:rsidRPr="001D7CAD" w:rsidRDefault="001D7CAD" w:rsidP="005C0017">
      <w:pPr>
        <w:autoSpaceDE w:val="0"/>
        <w:autoSpaceDN w:val="0"/>
        <w:spacing w:after="0" w:line="240" w:lineRule="auto"/>
        <w:ind w:right="43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Взаимодействие культур. Межпоколенная и межкультурная трансляция. Обмен ценностными установками и идеями. Примеры межкультурной коммуникации как способ формирования общих духовно-нравственных ценностей.</w:t>
      </w:r>
    </w:p>
    <w:p w:rsidR="00CF42A0" w:rsidRPr="00074410" w:rsidRDefault="001D7CAD" w:rsidP="005C0017">
      <w:pPr>
        <w:autoSpaceDE w:val="0"/>
        <w:autoSpaceDN w:val="0"/>
        <w:spacing w:after="0" w:line="240" w:lineRule="auto"/>
        <w:ind w:firstLine="567"/>
        <w:jc w:val="both"/>
        <w:rPr>
          <w:b/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23. Духовно-нравственные ценности российского народа.</w:t>
      </w:r>
    </w:p>
    <w:p w:rsidR="00CF42A0" w:rsidRPr="001D7CAD" w:rsidRDefault="001D7CAD" w:rsidP="005C0017">
      <w:pPr>
        <w:autoSpaceDE w:val="0"/>
        <w:autoSpaceDN w:val="0"/>
        <w:spacing w:after="0" w:line="240" w:lineRule="auto"/>
        <w:ind w:right="144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поколений, единство народов России.</w:t>
      </w:r>
    </w:p>
    <w:p w:rsidR="00CF42A0" w:rsidRPr="00074410" w:rsidRDefault="001D7CAD" w:rsidP="005C0017">
      <w:pPr>
        <w:autoSpaceDE w:val="0"/>
        <w:autoSpaceDN w:val="0"/>
        <w:spacing w:after="0" w:line="240" w:lineRule="auto"/>
        <w:ind w:firstLine="567"/>
        <w:jc w:val="both"/>
        <w:rPr>
          <w:b/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24. Регионы России: культурное многообразие.</w:t>
      </w:r>
    </w:p>
    <w:p w:rsidR="00CF42A0" w:rsidRPr="001D7CAD" w:rsidRDefault="001D7CAD" w:rsidP="005C0017">
      <w:pPr>
        <w:tabs>
          <w:tab w:val="left" w:pos="180"/>
        </w:tabs>
        <w:autoSpaceDE w:val="0"/>
        <w:autoSpaceDN w:val="0"/>
        <w:spacing w:after="0" w:line="240" w:lineRule="auto"/>
        <w:ind w:right="144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Исторические и социальные причины культурного разнообразия. Каждый регион уникален. Малая Родина — часть общего Отечества.</w:t>
      </w:r>
    </w:p>
    <w:p w:rsidR="00CF42A0" w:rsidRPr="001D7CAD" w:rsidRDefault="001D7CAD" w:rsidP="005C0017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25. Праздники в культуре народов России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CF42A0" w:rsidRPr="00795120" w:rsidRDefault="001D7CAD" w:rsidP="00795120">
      <w:pPr>
        <w:tabs>
          <w:tab w:val="left" w:pos="180"/>
        </w:tabs>
        <w:autoSpaceDE w:val="0"/>
        <w:autoSpaceDN w:val="0"/>
        <w:spacing w:after="0" w:line="240" w:lineRule="auto"/>
        <w:ind w:right="864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Что такое праздник? Почему праздники важны. Праздничные традиции в России. Народные праздники как память культуры, как воплощение духовно-нравственных идеалов.</w:t>
      </w:r>
    </w:p>
    <w:p w:rsidR="00CF42A0" w:rsidRPr="00074410" w:rsidRDefault="001D7CAD" w:rsidP="00795120">
      <w:pPr>
        <w:autoSpaceDE w:val="0"/>
        <w:autoSpaceDN w:val="0"/>
        <w:spacing w:after="0" w:line="230" w:lineRule="auto"/>
        <w:ind w:right="-84" w:firstLine="567"/>
        <w:rPr>
          <w:b/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26. Памятники архитектуры в культуре народов России.</w:t>
      </w:r>
    </w:p>
    <w:p w:rsidR="00CF42A0" w:rsidRPr="001D7CAD" w:rsidRDefault="001D7CAD" w:rsidP="00795120">
      <w:pPr>
        <w:autoSpaceDE w:val="0"/>
        <w:autoSpaceDN w:val="0"/>
        <w:spacing w:before="70" w:after="0" w:line="271" w:lineRule="auto"/>
        <w:ind w:right="-84" w:firstLine="567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Памятники как часть культуры: исторические, художественные, архитектурные. Культура как память. Музеи. Храмы. Дворцы. Исторические здания как свидетели истории. Архитектура и духовно-нравственные ценности народов России.</w:t>
      </w:r>
    </w:p>
    <w:p w:rsidR="00CF42A0" w:rsidRPr="00074410" w:rsidRDefault="001D7CAD" w:rsidP="00795120">
      <w:pPr>
        <w:autoSpaceDE w:val="0"/>
        <w:autoSpaceDN w:val="0"/>
        <w:spacing w:before="70" w:after="0" w:line="230" w:lineRule="auto"/>
        <w:ind w:right="-84" w:firstLine="567"/>
        <w:rPr>
          <w:b/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27. Музыкальная культура народов России.</w:t>
      </w:r>
    </w:p>
    <w:p w:rsidR="00CF42A0" w:rsidRPr="001D7CAD" w:rsidRDefault="001D7CAD" w:rsidP="00795120">
      <w:pPr>
        <w:tabs>
          <w:tab w:val="left" w:pos="180"/>
        </w:tabs>
        <w:autoSpaceDE w:val="0"/>
        <w:autoSpaceDN w:val="0"/>
        <w:spacing w:before="70" w:after="0" w:line="262" w:lineRule="auto"/>
        <w:ind w:right="-84" w:firstLine="567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Музыка. Музыкальные произведения. Музыка как форма выражения эмоциональных связей между людьми. Народные инструменты. История народа в его музыке и инструментах.</w:t>
      </w:r>
    </w:p>
    <w:p w:rsidR="00CF42A0" w:rsidRPr="00074410" w:rsidRDefault="001D7CAD" w:rsidP="00795120">
      <w:pPr>
        <w:autoSpaceDE w:val="0"/>
        <w:autoSpaceDN w:val="0"/>
        <w:spacing w:before="70" w:after="0" w:line="230" w:lineRule="auto"/>
        <w:ind w:right="-84" w:firstLine="567"/>
        <w:rPr>
          <w:b/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28. Изобразительное искусство народов России.</w:t>
      </w:r>
    </w:p>
    <w:p w:rsidR="00CF42A0" w:rsidRPr="001D7CAD" w:rsidRDefault="001D7CAD" w:rsidP="00795120">
      <w:pPr>
        <w:autoSpaceDE w:val="0"/>
        <w:autoSpaceDN w:val="0"/>
        <w:spacing w:before="70" w:after="0" w:line="271" w:lineRule="auto"/>
        <w:ind w:right="-84" w:firstLine="567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Художественная реальность. Скульптура: от религиозных сюжетов к современному искусству. Храмовые росписи и фольклорные орнаменты. Живопись, графика. Выдающиеся художники разных народов России.</w:t>
      </w:r>
    </w:p>
    <w:p w:rsidR="00CF42A0" w:rsidRPr="00074410" w:rsidRDefault="001D7CAD" w:rsidP="00795120">
      <w:pPr>
        <w:autoSpaceDE w:val="0"/>
        <w:autoSpaceDN w:val="0"/>
        <w:spacing w:before="72" w:after="0" w:line="230" w:lineRule="auto"/>
        <w:ind w:right="-84" w:firstLine="567"/>
        <w:rPr>
          <w:b/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29. Фольклор и литература народов России.</w:t>
      </w:r>
    </w:p>
    <w:p w:rsidR="00795120" w:rsidRDefault="001D7CAD" w:rsidP="00795120">
      <w:pPr>
        <w:tabs>
          <w:tab w:val="left" w:pos="180"/>
        </w:tabs>
        <w:autoSpaceDE w:val="0"/>
        <w:autoSpaceDN w:val="0"/>
        <w:spacing w:before="70" w:after="0" w:line="271" w:lineRule="auto"/>
        <w:ind w:right="-84" w:firstLine="567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Пословицы и поговорки. Эпос и сказка. Фольклор как отражение истории народа и его ценностей, морали и нравственности. Национальная литература. Богатство культуры народа в его литературе.</w:t>
      </w:r>
    </w:p>
    <w:p w:rsidR="00CF42A0" w:rsidRPr="00074410" w:rsidRDefault="001D7CAD" w:rsidP="00795120">
      <w:pPr>
        <w:tabs>
          <w:tab w:val="left" w:pos="180"/>
        </w:tabs>
        <w:autoSpaceDE w:val="0"/>
        <w:autoSpaceDN w:val="0"/>
        <w:spacing w:before="70" w:after="0" w:line="271" w:lineRule="auto"/>
        <w:ind w:right="-84" w:firstLine="567"/>
        <w:rPr>
          <w:b/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30. Бытовые традиции народов России: пища, одежда, дом (</w:t>
      </w:r>
      <w:r w:rsidRPr="00074410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практическое занятие</w:t>
      </w: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).</w:t>
      </w:r>
    </w:p>
    <w:p w:rsidR="00CF42A0" w:rsidRPr="001D7CAD" w:rsidRDefault="001D7CAD" w:rsidP="00795120">
      <w:pPr>
        <w:tabs>
          <w:tab w:val="left" w:pos="180"/>
        </w:tabs>
        <w:autoSpaceDE w:val="0"/>
        <w:autoSpaceDN w:val="0"/>
        <w:spacing w:before="70" w:after="0" w:line="262" w:lineRule="auto"/>
        <w:ind w:right="-84" w:firstLine="567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Рассказ о бытовых традициях своей семьи, народа, региона. Доклад с использованием разнообразного зрительного ряда и других источников.</w:t>
      </w:r>
    </w:p>
    <w:p w:rsidR="00CF42A0" w:rsidRPr="00074410" w:rsidRDefault="001D7CAD" w:rsidP="00795120">
      <w:pPr>
        <w:autoSpaceDE w:val="0"/>
        <w:autoSpaceDN w:val="0"/>
        <w:spacing w:before="70" w:after="0" w:line="230" w:lineRule="auto"/>
        <w:ind w:right="-84" w:firstLine="567"/>
        <w:rPr>
          <w:b/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31. Культурная карта России (</w:t>
      </w:r>
      <w:r w:rsidRPr="00074410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практическое занятие</w:t>
      </w: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).</w:t>
      </w:r>
    </w:p>
    <w:p w:rsidR="00CF42A0" w:rsidRPr="001D7CAD" w:rsidRDefault="001D7CAD" w:rsidP="00795120">
      <w:pPr>
        <w:tabs>
          <w:tab w:val="left" w:pos="180"/>
        </w:tabs>
        <w:autoSpaceDE w:val="0"/>
        <w:autoSpaceDN w:val="0"/>
        <w:spacing w:before="70" w:after="0" w:line="262" w:lineRule="auto"/>
        <w:ind w:right="-84" w:firstLine="567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География культур России. Россия как культурная карта. Описание регионов в соответствии с их особенностями.</w:t>
      </w:r>
    </w:p>
    <w:p w:rsidR="00CF42A0" w:rsidRPr="00074410" w:rsidRDefault="001D7CAD" w:rsidP="00795120">
      <w:pPr>
        <w:autoSpaceDE w:val="0"/>
        <w:autoSpaceDN w:val="0"/>
        <w:spacing w:before="70" w:after="0" w:line="230" w:lineRule="auto"/>
        <w:ind w:right="-84" w:firstLine="567"/>
        <w:rPr>
          <w:b/>
          <w:lang w:val="ru-RU"/>
        </w:rPr>
      </w:pPr>
      <w:r w:rsidRPr="00074410">
        <w:rPr>
          <w:rFonts w:ascii="Times New Roman" w:eastAsia="Times New Roman" w:hAnsi="Times New Roman"/>
          <w:b/>
          <w:color w:val="000000"/>
          <w:sz w:val="24"/>
          <w:lang w:val="ru-RU"/>
        </w:rPr>
        <w:t>Тема 32. Единство страны — залог будущего России.</w:t>
      </w:r>
    </w:p>
    <w:p w:rsidR="00CF42A0" w:rsidRPr="001D7CAD" w:rsidRDefault="001D7CAD" w:rsidP="00795120">
      <w:pPr>
        <w:tabs>
          <w:tab w:val="left" w:pos="180"/>
        </w:tabs>
        <w:autoSpaceDE w:val="0"/>
        <w:autoSpaceDN w:val="0"/>
        <w:spacing w:before="70" w:after="0" w:line="262" w:lineRule="auto"/>
        <w:ind w:right="-84" w:firstLine="567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Россия — единая страна. Русский мир. Общая история, сходство культурных традиций, единые духовно-нравственные ценности народов России.</w:t>
      </w:r>
    </w:p>
    <w:p w:rsidR="00CF42A0" w:rsidRDefault="00CF42A0" w:rsidP="00795120">
      <w:pPr>
        <w:ind w:right="-84" w:firstLine="567"/>
        <w:rPr>
          <w:lang w:val="ru-RU"/>
        </w:rPr>
      </w:pPr>
    </w:p>
    <w:p w:rsidR="00CF42A0" w:rsidRPr="001D7CAD" w:rsidRDefault="001D7CAD" w:rsidP="00795120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CF42A0" w:rsidRPr="001D7CAD" w:rsidRDefault="001D7CAD" w:rsidP="00795120">
      <w:pPr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CF42A0" w:rsidRPr="001D7CAD" w:rsidRDefault="001D7CAD" w:rsidP="00795120">
      <w:pPr>
        <w:autoSpaceDE w:val="0"/>
        <w:autoSpaceDN w:val="0"/>
        <w:spacing w:after="0" w:line="240" w:lineRule="auto"/>
        <w:ind w:right="144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Планируемые результаты освоения курса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программы.</w:t>
      </w:r>
    </w:p>
    <w:p w:rsidR="00CF42A0" w:rsidRPr="001D7CAD" w:rsidRDefault="001D7CAD" w:rsidP="00795120">
      <w:pPr>
        <w:tabs>
          <w:tab w:val="left" w:pos="180"/>
          <w:tab w:val="left" w:pos="10206"/>
        </w:tabs>
        <w:autoSpaceDE w:val="0"/>
        <w:autoSpaceDN w:val="0"/>
        <w:spacing w:after="0" w:line="240" w:lineRule="auto"/>
        <w:ind w:right="-91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освоения курса достигаются в единстве учебной и воспитательной деятельности.</w:t>
      </w:r>
    </w:p>
    <w:p w:rsidR="00CF42A0" w:rsidRPr="001D7CAD" w:rsidRDefault="001D7CAD" w:rsidP="00795120">
      <w:pPr>
        <w:tabs>
          <w:tab w:val="left" w:pos="10206"/>
        </w:tabs>
        <w:autoSpaceDE w:val="0"/>
        <w:autoSpaceDN w:val="0"/>
        <w:spacing w:after="0" w:line="240" w:lineRule="auto"/>
        <w:ind w:right="-91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i/>
          <w:color w:val="000000"/>
          <w:sz w:val="24"/>
          <w:lang w:val="ru-RU"/>
        </w:rPr>
        <w:t>Личностные результаты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 освоения курса включают 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целенаправленной социально значимой деятельности; сформированность внутренней позиции личности как особого ценностного отношения к себе, окружающим людям и жизни в целом.</w:t>
      </w:r>
    </w:p>
    <w:p w:rsidR="00795120" w:rsidRDefault="001D7CAD" w:rsidP="00795120">
      <w:pPr>
        <w:tabs>
          <w:tab w:val="left" w:pos="180"/>
        </w:tabs>
        <w:autoSpaceDE w:val="0"/>
        <w:autoSpaceDN w:val="0"/>
        <w:spacing w:after="0" w:line="240" w:lineRule="auto"/>
        <w:ind w:right="576" w:firstLine="567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Патриотическое воспитание </w:t>
      </w:r>
    </w:p>
    <w:p w:rsidR="00CF42A0" w:rsidRPr="001D7CAD" w:rsidRDefault="001D7CAD" w:rsidP="00795120">
      <w:pPr>
        <w:tabs>
          <w:tab w:val="left" w:pos="180"/>
        </w:tabs>
        <w:autoSpaceDE w:val="0"/>
        <w:autoSpaceDN w:val="0"/>
        <w:spacing w:after="0" w:line="240" w:lineRule="auto"/>
        <w:ind w:right="576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Самоопределение (личностное, профессиональное, жизненное): сформированность российской гражданской идентичности: патриотизма, уважения к Отечеству, прошлому и настоящему многонационального народа России через представления об исторической роли культур народов России, традиционных религий, духовно-нравственных ценностей в становлении российской государственности.</w:t>
      </w:r>
    </w:p>
    <w:p w:rsidR="00795120" w:rsidRDefault="001D7CAD" w:rsidP="00795120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2. Гражданское воспитание</w:t>
      </w:r>
    </w:p>
    <w:p w:rsidR="00CF42A0" w:rsidRPr="001D7CAD" w:rsidRDefault="001D7CAD" w:rsidP="00795120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Осознанность своей гражданской идентичности через знание истории, языка, культуры своего народа, своего края, основ культурного наследия народов России и человечества и знание основных норм морали, нравственных и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понимания и принятия гуманистических, демократических и традиционных ценностей многонационального российского общества с помощью воспитания способности к духовному развитию, нравственному 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самосовершенствованию; воспитание </w:t>
      </w:r>
      <w:r w:rsidRPr="001D7CAD">
        <w:rPr>
          <w:lang w:val="ru-RU"/>
        </w:rPr>
        <w:br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веротерпимости, уважительного отношения к религиозным чувствам, взглядам людей или их отсутствию.</w:t>
      </w:r>
    </w:p>
    <w:p w:rsidR="004B0869" w:rsidRDefault="001D7CAD" w:rsidP="00795120">
      <w:pPr>
        <w:tabs>
          <w:tab w:val="left" w:pos="180"/>
        </w:tabs>
        <w:autoSpaceDE w:val="0"/>
        <w:autoSpaceDN w:val="0"/>
        <w:spacing w:after="0" w:line="240" w:lineRule="auto"/>
        <w:ind w:right="144" w:firstLine="567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Ценности познавательной деятельности </w:t>
      </w:r>
    </w:p>
    <w:p w:rsidR="00CF42A0" w:rsidRPr="001D7CAD" w:rsidRDefault="001D7CAD" w:rsidP="00795120">
      <w:pPr>
        <w:tabs>
          <w:tab w:val="left" w:pos="180"/>
        </w:tabs>
        <w:autoSpaceDE w:val="0"/>
        <w:autoSpaceDN w:val="0"/>
        <w:spacing w:after="0" w:line="240" w:lineRule="auto"/>
        <w:ind w:right="144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CF42A0" w:rsidRPr="001D7CAD" w:rsidRDefault="001D7CAD" w:rsidP="00795120">
      <w:pPr>
        <w:autoSpaceDE w:val="0"/>
        <w:autoSpaceDN w:val="0"/>
        <w:spacing w:after="0" w:line="240" w:lineRule="auto"/>
        <w:ind w:right="288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Смыслообразование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: сформированность ответственного отношения к учению,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развитию, нравственному </w:t>
      </w:r>
      <w:r w:rsidRPr="001D7CAD">
        <w:rPr>
          <w:lang w:val="ru-RU"/>
        </w:rPr>
        <w:br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самосовершенствованию; воспитание веротерпимости, уважительного отношения к религиозным чувствам, взглядам людей или их отсутствию.</w:t>
      </w:r>
    </w:p>
    <w:p w:rsidR="004B0869" w:rsidRDefault="001D7CAD" w:rsidP="00795120">
      <w:pPr>
        <w:tabs>
          <w:tab w:val="left" w:pos="180"/>
        </w:tabs>
        <w:autoSpaceDE w:val="0"/>
        <w:autoSpaceDN w:val="0"/>
        <w:spacing w:after="0" w:line="240" w:lineRule="auto"/>
        <w:ind w:right="288" w:firstLine="567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4. Духовно-нравственное воспитание </w:t>
      </w:r>
    </w:p>
    <w:p w:rsidR="00CF42A0" w:rsidRPr="004B0869" w:rsidRDefault="001D7CAD" w:rsidP="004B0869">
      <w:pPr>
        <w:tabs>
          <w:tab w:val="left" w:pos="180"/>
        </w:tabs>
        <w:autoSpaceDE w:val="0"/>
        <w:autoSpaceDN w:val="0"/>
        <w:spacing w:after="0" w:line="240" w:lineRule="auto"/>
        <w:ind w:right="288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родного края, России и народов мира; освоение социальных норм, правил поведения, ролей и форм социальной жизни в группах и сообществах, включая взрослые и социальные сообщества; сформированность нравственной рефлексии и компетентности в решении моральных проблем на основе личностного выбора, нравственных чувств и нравственного поведения, осознанного и</w:t>
      </w:r>
      <w:r w:rsidR="004B086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ответственного отношения к собственным поступкам; осознание значения семьи в жизни человека и общества; принятие ценности семейной жизни; уважительное и заботливое отношение к членам своей семьи через знание основных норм морали, нравственных, духовных идеалов, хранимых в культурных традициях народов России; готовность на их основе к сознательному самоограничению в поступках, поведении, расточительном потреблении.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Метапредметные результаты освоения курса включают освоение обучающимися межпредметных понятий (используются в нескольких предметных областях) и универсальные учебные действия (познавательные, коммуникативные, регулятивные); способность их использовать в учебной, познавательной и социальной практике; готовность к самостоятельному планированию и </w:t>
      </w:r>
      <w:r w:rsidRPr="001D7CAD">
        <w:rPr>
          <w:lang w:val="ru-RU"/>
        </w:rPr>
        <w:br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осуществлению учебной деятельности и организации учебного сотрудничества с педагогом и сверстниками, к участию в построении индивидуальной образовательной траектории; овладение навыками работы с информацией: восприятие и создание информационных текстов в различных форматах, в том числе цифровых, с учётом назначения информации и её аудитории.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left="180"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Познавательные универсальные учебные действия 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Познавательные универсальные учебные действия включают: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42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определять понятия, создавать обобщения, устанавливать аналогии, </w:t>
      </w:r>
      <w:r w:rsidR="001D7CAD" w:rsidRPr="001D7CAD">
        <w:rPr>
          <w:lang w:val="ru-RU"/>
        </w:rPr>
        <w:br/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 (логические УУД);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42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 (знаково- символические / моделирование);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42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смысловое чтение;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42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развитие мотивации к овладению культурой активного использования словарей и других поисковых систем.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left="180"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Коммуникативные универсальные учебные действия 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Коммуникативные универсальные учебные действия включают: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42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 (учебное сотрудничество);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42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</w:t>
      </w:r>
      <w:r w:rsidR="001D7CAD" w:rsidRPr="001D7CAD">
        <w:rPr>
          <w:lang w:val="ru-RU"/>
        </w:rPr>
        <w:br/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деятельности; владение устной и письменной речью, монологической контекстной речью (коммуникация);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42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формирование и развитие компетентности в области использования информационно-коммуникационных технологий (ИКТ-компетентность).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left="180"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Регулятивные универсальные учебные действия 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Регулятивные универсальные учебные действия включают:</w:t>
      </w:r>
    </w:p>
    <w:p w:rsidR="00CF42A0" w:rsidRPr="004B0869" w:rsidRDefault="00074410" w:rsidP="004B0869">
      <w:pPr>
        <w:autoSpaceDE w:val="0"/>
        <w:autoSpaceDN w:val="0"/>
        <w:spacing w:after="0" w:line="240" w:lineRule="auto"/>
        <w:ind w:left="42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умение самостоятельно определять цели обучения, ставить и формулировать для себя новые задачи в учёбе и познавательной деятельности, развивать мотивы и интересы своей</w:t>
      </w:r>
      <w:r w:rsidR="004B086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познавательной деятельности (целеполагание);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42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42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ситуацией(контроль и коррекция);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42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умение оценивать правильность выполнения учебной задачи, собственные возможности её решения (оценка);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42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владение основами самоконтроля, самооценки, принятия решений и осуществления осознанного выбора в учебной и познавательной (познавательная рефлексия, саморегуляция) деятельности.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освоения курса включают освоение научных знаний, умений и способов действий, специфических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применению в различных учебных ситуациях, в том числе при создании проектов.</w:t>
      </w:r>
    </w:p>
    <w:p w:rsidR="004B0869" w:rsidRDefault="001D7CAD" w:rsidP="004B0869">
      <w:pPr>
        <w:autoSpaceDE w:val="0"/>
        <w:autoSpaceDN w:val="0"/>
        <w:spacing w:after="0" w:line="240" w:lineRule="auto"/>
        <w:ind w:left="180" w:right="-42" w:firstLine="567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Тематический блок 1. «Россия — наш общий дом»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left="180"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1. Зачем изучать курс «Основы духовно-нравственной культуры народов России»?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42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Знать цель и предназначение курса «Основы духовно-нравственной культуры народов России», понимать важность изучения культуры и гражданствообразующих религий для формирования личности гражданина России;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42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иметь представление о содержании данного курса, в том числе о понятиях «мораль и нравственность», «семья», «традиционные ценности», об угрозах духовно-нравственному единству страны;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42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понимать взаимосвязь между языком и культурой, духовно-нравственным развитием личности и социальным поведением.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left="180"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2. Наш дом — Россия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42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Иметь представление об историческом пути формирования многонационального состава населения Российской Федерации, его мирном характере и причинах его формирования;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42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42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понимать необходимость межнационального и межрелигиозного сотрудничества и взаимодействия, важность сотрудничества и дружбы между народами и нациями, обосновывать их необходимость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left="180"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3. Язык и история</w:t>
      </w:r>
    </w:p>
    <w:p w:rsidR="00CF42A0" w:rsidRPr="004B0869" w:rsidRDefault="00074410" w:rsidP="004B0869">
      <w:pPr>
        <w:autoSpaceDE w:val="0"/>
        <w:autoSpaceDN w:val="0"/>
        <w:spacing w:after="0" w:line="240" w:lineRule="auto"/>
        <w:ind w:left="42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Знать и понимать, что такое язык, каковы важность его изучения и влияние на миропонимание личности;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иметь базовые представления о формировании языка как носителя духовно-нравственных смыслов культуры;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понимать суть и смысл коммуникативной роли языка, в том числе в организации межкультурного диалога и взаимодействия;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обосновывать своё понимание необходимости нравственной чистоты языка, важности лингвистической гигиены, речевого этикета.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4. Русский язык — язык общения и язык возможностей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Иметь базовые представления о происхождении и развитии русского языка, его взаимосвязи с языками других народов России;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знать и уметь обосновать важность русского языка как культурообразующего языка народов России, важность его для существования государства и общества;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144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понимать, что русский язык — не только важнейший элемент национальной культуры, но и историко-культурное наследие, достояние российского государства, уметь приводить примеры;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иметь представление о нравственных категориях русского языка и их происхождении.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5. Истоки родной культуры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Иметь сформированное представление о понятие «культура»;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осознавать и уметь доказывать взаимосвязь культуры и природы; знать основные формы репрезентации культуры, уметь их различать и соотносить с реальными проявлениями культурного многообразия;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уметь выделять общие черты в культуре различных народов, обосновывать их значение и причины.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6. Материальная культура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Иметь представление об артефактах культуры;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иметь базовое представление о традиционных укладах хозяйства: земледелии, скотоводстве, охоте, рыболовстве;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понимать взаимосвязь между хозяйственным укладом и проявлениями духовной культуры;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понимать и объяснять зависимость основных культурных укладов народов России от географии их массового расселения, природных условий и взаимодействия с другими этносами.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7. Духовная культура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Иметь представление о таких культурных концептах как «искусство», «наука», «религия»;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знать и давать определения терминам «мораль», «нравственность», «духовные ценности»,«духовность» на доступном для обучающихся уровне осмысления;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понимать смысл и взаимосвязь названных терминов с формами их репрезентации в культуре;</w:t>
      </w:r>
    </w:p>
    <w:p w:rsidR="00CF42A0" w:rsidRPr="001D7CAD" w:rsidRDefault="00074410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осознавать значение культурных символов, нравственный и духовный смысл культурных артефактов;</w:t>
      </w:r>
    </w:p>
    <w:p w:rsidR="00CF42A0" w:rsidRPr="004B0869" w:rsidRDefault="00074410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знать, что такое знаки и символы, уметь соотносить их с культурными явлениями, с которыми они связаны.</w:t>
      </w:r>
    </w:p>
    <w:p w:rsidR="004B0869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8. Культура и религия</w:t>
      </w:r>
    </w:p>
    <w:p w:rsidR="003F7C98" w:rsidRDefault="00074410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Иметь представление о понятии «религия», уметь пояснить её роль в жизни общества и основные социально-культурные функции;</w:t>
      </w:r>
    </w:p>
    <w:p w:rsidR="003F7C98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осознавать связь религии и морали;</w:t>
      </w:r>
    </w:p>
    <w:p w:rsidR="003F7C98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понимать роль и значение духовных ценностей в религиях народов России;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уметь характеризовать государствообразующие конфессии России и их картины мира.</w:t>
      </w:r>
    </w:p>
    <w:p w:rsidR="003F7C98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9. Культура и образование</w:t>
      </w:r>
    </w:p>
    <w:p w:rsidR="003F7C98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термин «образование» и уметь обосновать его важность для личности и общества;</w:t>
      </w:r>
    </w:p>
    <w:p w:rsidR="003F7C98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иметь представление об основных ступенях образования в России и их необходимости;—  понимать взаимосвязь культуры и образованности человека;</w:t>
      </w:r>
    </w:p>
    <w:p w:rsidR="003F7C98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 взаимосвязи между знанием, образованием и личностным и </w:t>
      </w:r>
    </w:p>
    <w:p w:rsidR="003F7C98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профессиональным ростом человека;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понимать взаимосвязь между знанием и духовно-нравственным развитием общества, осознавать ценность знания, истины, востребованность процесса познания как получения новых сведений о мире.</w:t>
      </w:r>
    </w:p>
    <w:p w:rsidR="003F7C98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10. Многообразие культур России (практическое занятие)</w:t>
      </w:r>
    </w:p>
    <w:p w:rsidR="003F7C98" w:rsidRDefault="003F7C98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Иметь сформированные представления о закономерностях развития культуры и истории народов, их культурных особенностях;</w:t>
      </w:r>
    </w:p>
    <w:p w:rsidR="003F7C98" w:rsidRDefault="003F7C98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выделять общее и единичное в культуре на основе предметных знаний о культуре своего народа;</w:t>
      </w:r>
    </w:p>
    <w:p w:rsidR="003F7C98" w:rsidRDefault="003F7C98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предполагать и доказывать наличие взаимосвязи между культурой и духовно-нравственными ценностями на основе местной культурно-исторической специфики;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—  обосновывать важность сохранения культурного многообразия как источника духовно-нравственных ценностей, морали и нравственности современного общества.</w:t>
      </w:r>
    </w:p>
    <w:p w:rsidR="003F7C98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Тематический блок 2. «Семья и духовно-нравственные ценности»</w:t>
      </w:r>
    </w:p>
    <w:p w:rsidR="003F7C98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11. Семья — хранитель духовных ценностей</w:t>
      </w:r>
    </w:p>
    <w:p w:rsidR="003F7C98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Знать и понимать смысл термина «семья»;</w:t>
      </w:r>
    </w:p>
    <w:p w:rsidR="003F7C98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—  иметь представление о взаимосвязях между типом культуры и особенностями семейного быта </w:t>
      </w: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и отношений в семье;</w:t>
      </w:r>
    </w:p>
    <w:p w:rsidR="003F7C98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осознавать значение термина «поколение» и его взаимосвязь с культурными особенностями </w:t>
      </w: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своего времени;</w:t>
      </w:r>
    </w:p>
    <w:p w:rsidR="003F7C98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—  уметь составить рассказ о своей семье в соответствии с культурно-историческими условиями </w:t>
      </w: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её существования;</w:t>
      </w:r>
    </w:p>
    <w:p w:rsidR="003F7C98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понимать и обосновывать такие понятия, как «счастливая семья», «семейное счастье»;</w:t>
      </w:r>
    </w:p>
    <w:p w:rsidR="003F7C98" w:rsidRDefault="001D7CAD" w:rsidP="003F7C98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осознавать и уметь доказывать важность семьи как хранителя традиций и её воспитательную</w:t>
      </w:r>
      <w:r w:rsidR="003F7C98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="00C63526">
        <w:rPr>
          <w:rFonts w:ascii="Times New Roman" w:eastAsia="Times New Roman" w:hAnsi="Times New Roman"/>
          <w:color w:val="000000"/>
          <w:sz w:val="24"/>
          <w:lang w:val="ru-RU"/>
        </w:rPr>
        <w:t>роль;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понимать смысл терминов «сиротство», «социальное сиротство», обосновывать нравственную важность заботы о сиротах, знать о формах помощи сиротам со стороны государства.</w:t>
      </w:r>
    </w:p>
    <w:p w:rsidR="003F7C98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12. Родина начинается с семьи</w:t>
      </w:r>
    </w:p>
    <w:p w:rsidR="003F7C98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Знать и у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меть объяснить понятие «Родина»;</w:t>
      </w:r>
    </w:p>
    <w:p w:rsidR="003F7C98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осознавать взаимосвязь и различия между концептами «Отечество» и «Родина»;</w:t>
      </w:r>
    </w:p>
    <w:p w:rsidR="003F7C98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понимать, что такое история семьи, каковы формы её выражения и сохранения;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обосновывать и доказывать взаимосвязь истории семьи и истории народа, государства, человечества.</w:t>
      </w:r>
    </w:p>
    <w:p w:rsidR="003F7C98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13. Традиции семейного воспитания в России</w:t>
      </w:r>
    </w:p>
    <w:p w:rsidR="003F7C98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Иметь представление о семейных традициях и обосновывать их важность как ключевых элементах семейных отношений;</w:t>
      </w:r>
    </w:p>
    <w:p w:rsidR="003F7C98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знать и понимать взаимосвязь семейных традиций и культуры собственного этноса;</w:t>
      </w:r>
    </w:p>
    <w:p w:rsidR="003F7C98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уметь рассказывать о семейных традициях своего народа и народов России, собственной семьи;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осознавать роль семейных традиций в культуре общества, трансляции ценностей, духовно-нравственных идеалов.</w:t>
      </w:r>
    </w:p>
    <w:p w:rsidR="003F7C98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14. Образ семьи в культуре народов России</w:t>
      </w:r>
    </w:p>
    <w:p w:rsidR="003F7C98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Знать и называть традиционные сказочные и фольклорные сюжеты о семье, семейных обязанностях;</w:t>
      </w:r>
    </w:p>
    <w:p w:rsidR="003F7C98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уметь обосновывать своё понимание семейных ценностей, выраженных в фольклорных сюжетах;</w:t>
      </w:r>
    </w:p>
    <w:p w:rsidR="003F7C98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знать и понимать морально-нравственное значение семьи в литературных произведениях, иметь представление о ключевых сюжетах с участием семьи в произведениях художественной культуры;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понимать и обосновывать важность семейных ценностей с использованием различного иллюстративного материала.</w:t>
      </w:r>
    </w:p>
    <w:p w:rsidR="003F7C98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15. Труд в истории семьи</w:t>
      </w:r>
    </w:p>
    <w:p w:rsidR="003F7C98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Знать и понимать, что такое семейное хозяйство и домашний труд;</w:t>
      </w:r>
    </w:p>
    <w:p w:rsidR="003F7C98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понимать и уметь объяснять специфику семьи как социального института, характеризовать роль домашнего труда и распределение экономических функций в семье;</w:t>
      </w:r>
    </w:p>
    <w:p w:rsidR="003F7C98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осознавать и оценивать семейный уклад и взаимосвязь с социально-экономической структурой общества в форме большой и малой семей;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распределение семейного труда и осознавать его важность для укрепления целостности семьи.</w:t>
      </w:r>
    </w:p>
    <w:p w:rsidR="003F7C98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16. Семья в современном мире (</w:t>
      </w:r>
      <w:r w:rsidRPr="001D7CAD">
        <w:rPr>
          <w:rFonts w:ascii="Times New Roman" w:eastAsia="Times New Roman" w:hAnsi="Times New Roman"/>
          <w:i/>
          <w:color w:val="000000"/>
          <w:sz w:val="24"/>
          <w:lang w:val="ru-RU"/>
        </w:rPr>
        <w:t>практическое занятие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)</w:t>
      </w:r>
    </w:p>
    <w:p w:rsidR="003F7C98" w:rsidRDefault="001D7CAD" w:rsidP="003F7C98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Иметь сформированные представления о закономерностях развития семьи в культуре и</w:t>
      </w:r>
      <w:r w:rsidR="003F7C98">
        <w:rPr>
          <w:lang w:val="ru-RU"/>
        </w:rPr>
        <w:t xml:space="preserve"> 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3F7C98" w:rsidRDefault="001D7CAD" w:rsidP="003F7C98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3F7C98" w:rsidRDefault="001D7CAD" w:rsidP="003F7C98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—  предполагать и доказывать наличие взаимосвязи между культурой и духовно-нравственными ценностями семьи;</w:t>
      </w:r>
    </w:p>
    <w:p w:rsidR="00CF42A0" w:rsidRPr="001D7CAD" w:rsidRDefault="001D7CAD" w:rsidP="003F7C98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преемственности.</w:t>
      </w:r>
    </w:p>
    <w:p w:rsidR="003F7C98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Тематический блок 3. «Духовно-нравственное богатство личности»</w:t>
      </w:r>
    </w:p>
    <w:p w:rsidR="003F7C98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17. Личность — общество — культура</w:t>
      </w:r>
    </w:p>
    <w:p w:rsidR="003F7C98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Знать и понимать значение термина «человек» в контексте духовно-нравственной культуры;</w:t>
      </w: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—  уметь обосновать взаимосвязь и взаимообусловленность человека и общества, человека и </w:t>
      </w: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культуры;</w:t>
      </w:r>
    </w:p>
    <w:p w:rsidR="003F7C98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и объяснять различия между обоснованием термина «личность» в быту, в контексте </w:t>
      </w: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культуры и творчества;</w:t>
      </w:r>
    </w:p>
    <w:p w:rsidR="00CF42A0" w:rsidRPr="001D7CAD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lang w:val="ru-RU"/>
        </w:rPr>
      </w:pP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знать, что такое гуманизм, иметь представление о его источниках в культуре.</w:t>
      </w:r>
    </w:p>
    <w:p w:rsidR="003F7C98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18. Духовный мир человека. Человек — творец культуры</w:t>
      </w:r>
    </w:p>
    <w:p w:rsidR="003F7C98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Знать значение термина «творчество» в нескольких аспектах и понимать границы их применимости;</w:t>
      </w:r>
      <w:r w:rsidR="001D7CAD" w:rsidRPr="001D7CAD">
        <w:rPr>
          <w:lang w:val="ru-RU"/>
        </w:rPr>
        <w:br/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—  осознавать и доказывать важность морально- нравственных ограничений в творчестве;</w:t>
      </w:r>
    </w:p>
    <w:p w:rsidR="003F7C98" w:rsidRDefault="001D7CAD" w:rsidP="003F7C98">
      <w:pPr>
        <w:autoSpaceDE w:val="0"/>
        <w:autoSpaceDN w:val="0"/>
        <w:spacing w:after="0" w:line="240" w:lineRule="auto"/>
        <w:ind w:left="240" w:right="-42" w:firstLine="611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обосновывать важность творчества как реализацию духовно-нравственных ценностей человека;</w:t>
      </w:r>
      <w:r w:rsidRPr="001D7CAD">
        <w:rPr>
          <w:lang w:val="ru-RU"/>
        </w:rPr>
        <w:br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доказывать детерминированность творчества культурой своего этноса;</w:t>
      </w:r>
    </w:p>
    <w:p w:rsidR="00CF42A0" w:rsidRPr="003F7C98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 w:rsidRPr="003F7C98">
        <w:rPr>
          <w:rFonts w:ascii="Times New Roman" w:eastAsia="Times New Roman" w:hAnsi="Times New Roman"/>
          <w:color w:val="000000"/>
          <w:sz w:val="24"/>
          <w:lang w:val="ru-RU"/>
        </w:rPr>
        <w:t>—  знать и уметь объяснить взаимосвязь труда и творчества.</w:t>
      </w:r>
    </w:p>
    <w:p w:rsidR="003F7C98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19. Личность и духовно-нравственные ценности</w:t>
      </w:r>
    </w:p>
    <w:p w:rsidR="003F7C98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Знать и уметь объяснить значение и роль морали и нравственности в жизни человека;</w:t>
      </w:r>
    </w:p>
    <w:p w:rsidR="003F7C98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обосновывать происхождение духовных ценностей, понимание идеалов добра и зла;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понимать и уметь показывать на примерах значение таких ценностей, как «взаимопомощь»,«сострадание», «милосердие», «любовь», «дружба», «коллективизм», «патриотизм», «любовь к близким».</w:t>
      </w:r>
    </w:p>
    <w:p w:rsidR="003F7C98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Тематический блок</w:t>
      </w:r>
      <w:r w:rsidR="00C6352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4. «Культурное единство России»</w:t>
      </w:r>
    </w:p>
    <w:p w:rsidR="003F7C98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20. Историческая память как духовно-нравственная ценность</w:t>
      </w:r>
    </w:p>
    <w:p w:rsidR="00973B4D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Понимать и уметь объяснять суть термина «история», знать основные исторические периоды уметь выделять их сущностные черты;</w:t>
      </w:r>
    </w:p>
    <w:p w:rsidR="00973B4D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иметь представление о значении и функциях изучения истории;</w:t>
      </w:r>
    </w:p>
    <w:p w:rsidR="00CF42A0" w:rsidRPr="001D7CAD" w:rsidRDefault="001D7CAD" w:rsidP="00973B4D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lang w:val="ru-RU"/>
        </w:rPr>
      </w:pP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осознавать историю своей семьи и народа как часть мирового исторического процесса. Знать</w:t>
      </w:r>
      <w:r w:rsidR="00973B4D">
        <w:rPr>
          <w:lang w:val="ru-RU"/>
        </w:rPr>
        <w:t xml:space="preserve"> 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о существовании связи между историческими событиями и культурой. Обосновывать важность изучения истории как духовно-нравственного долга гражданина и патриота.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21. Литература как язык культуры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Знать и понимать отличия литературы от других видов художественного творчества;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рассказывать об особенностях литературного повествования, выделять простые выразительные средства литературного языка;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обосновывать и доказывать важность литературы как культурного явления, как формы трансляции культурных ценностей;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находить и обозначать средства выражения морального и нравственного смысла в литературных произведениях.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22. Взаимовлияние культур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Иметь представление о значении терминов «взаимодействие культур», «культурный обмен»как формах распространения и обогащения духовно-нравственных идеалов общества;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понимать и обосновывать важность сохранения культурного наследия;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знать, что такое глобализация, уметь приводить примеры межкультурной коммуникации как способа формирования общих духовно-нравственных ценностей.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23. Духовно-нравственные ценности российского народа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Знать и уметь объяснить суть и значение следующих духовно-нравственных ценностей: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поколений, единство народов России с опорой на культурные и исторические особенности российского народа: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осознавать духовно-нравственные ценности в качестве базовых общегражданских ценностей российского общества и уметь доказывать это.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24. Регионы России: культурное многообразие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Понимать принципы федеративного устройства России и концепт «полиэтничность»;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называть основные этносы Российской Федерации и регионы, где они традиционно проживают;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уметь объяснить значение словосочетаний «многонациональный народ Российской Федерации», «государствообразующий народ», «титульный этнос»;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 понимать ценность многообразия культурных укладов народов Российской Федерации;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демонстрировать готовность к сохранению межнационального и межрелигиозного согласия в России;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уметь выделять общие черты в культуре различных народов, обосновывать их значение и причины</w:t>
      </w:r>
    </w:p>
    <w:p w:rsidR="00CF42A0" w:rsidRPr="00973B4D" w:rsidRDefault="001D7CAD" w:rsidP="00973B4D">
      <w:pPr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25. Праздники в культуре народов России</w:t>
      </w:r>
    </w:p>
    <w:p w:rsidR="00973B4D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Иметь представление о природе праздников и обосновывать их важность как элементов культуры;</w:t>
      </w:r>
      <w:r w:rsidRPr="001D7CAD">
        <w:rPr>
          <w:lang w:val="ru-RU"/>
        </w:rPr>
        <w:br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взаимосвязь праздников и культурного уклада;</w:t>
      </w:r>
    </w:p>
    <w:p w:rsidR="00973B4D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различать основные типы праздников;</w:t>
      </w:r>
    </w:p>
    <w:p w:rsidR="00973B4D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уметь рассказывать о праздничных традициях народов России и собственной семьи;</w:t>
      </w:r>
    </w:p>
    <w:p w:rsidR="00973B4D" w:rsidRDefault="00973B4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 анализировать связь праздников и истории, культуры народов России;</w:t>
      </w:r>
    </w:p>
    <w:p w:rsidR="00973B4D" w:rsidRDefault="00973B4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 понимать основной смысл семейных праздников:</w:t>
      </w:r>
    </w:p>
    <w:p w:rsidR="00AC5634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определять нравственный смысл праздников народов России;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осознавать значение праздников как элементов культурной памяти народов России, как воплощение духовно-нравственных идеалов.</w:t>
      </w:r>
    </w:p>
    <w:p w:rsidR="00AC5634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26. Памятники архитектуры народов России</w:t>
      </w:r>
    </w:p>
    <w:p w:rsidR="00AC5634" w:rsidRDefault="001D7CAD" w:rsidP="00AC5634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Знать, что такое архитектура,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развития;</w:t>
      </w:r>
    </w:p>
    <w:p w:rsidR="00AC5634" w:rsidRDefault="001D7CAD" w:rsidP="00AC5634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понимать взаимосвязь между типом жилищ и типом хозяйственной деятельности;</w:t>
      </w:r>
    </w:p>
    <w:p w:rsidR="00AC5634" w:rsidRDefault="001D7CAD" w:rsidP="00AC5634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осознавать и уметь охарактеризовать связь между уровнем научно-технического развития и типами жилищ;</w:t>
      </w:r>
    </w:p>
    <w:p w:rsidR="00AC5634" w:rsidRDefault="001D7CAD" w:rsidP="00AC5634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осознавать и уметь объяснять взаимосвязь между особенностями архитектуры и духовно-нравственными ценностями народов России;</w:t>
      </w:r>
    </w:p>
    <w:p w:rsidR="00AC5634" w:rsidRDefault="001D7CAD" w:rsidP="00AC5634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связь между историей памятника и историей края, характеризовать памятники истории и культуры;</w:t>
      </w:r>
    </w:p>
    <w:p w:rsidR="00CF42A0" w:rsidRPr="00AC5634" w:rsidRDefault="001D7CAD" w:rsidP="00AC5634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иметь представление о нравственном и научном смысле краеведческой работы.</w:t>
      </w:r>
    </w:p>
    <w:p w:rsidR="00AC5634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27. Музыкальная культура народов России</w:t>
      </w:r>
    </w:p>
    <w:p w:rsidR="006F3AA5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Знать и понимать отличия музыки от других видов художественного творчества, рассказывать </w:t>
      </w: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об особенностях музыкального повествования, выделять простые выразительные средства музыкального языка;</w:t>
      </w:r>
    </w:p>
    <w:p w:rsidR="006F3AA5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обосновывать и доказывать важность музыки как культурного явления, как формы </w:t>
      </w:r>
    </w:p>
    <w:p w:rsidR="006F3AA5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трансляции культурных ценностей;</w:t>
      </w:r>
    </w:p>
    <w:p w:rsidR="006F3AA5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обозначать средства выражения морального и нравственного смысла </w:t>
      </w:r>
    </w:p>
    <w:p w:rsidR="006F3AA5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музыкальных произведений;</w:t>
      </w:r>
    </w:p>
    <w:p w:rsidR="006F3AA5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lang w:val="ru-RU"/>
        </w:rPr>
      </w:pP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знать основные темы музыкального творчества народов России, народные инструменты Тема 28. Изобразительное искусство народов России</w:t>
      </w:r>
    </w:p>
    <w:p w:rsidR="006F3AA5" w:rsidRDefault="001D7CAD" w:rsidP="004B0869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Знать и понимать отличия изобразительного искусства от других видов художественного </w:t>
      </w: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творчества, рассказывать об особенностях и выразительных средствах изобразительного </w:t>
      </w: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искусства;</w:t>
      </w:r>
    </w:p>
    <w:p w:rsidR="00CF42A0" w:rsidRPr="001D7CAD" w:rsidRDefault="001D7CAD" w:rsidP="006F3AA5">
      <w:pPr>
        <w:tabs>
          <w:tab w:val="left" w:pos="240"/>
        </w:tabs>
        <w:autoSpaceDE w:val="0"/>
        <w:autoSpaceDN w:val="0"/>
        <w:spacing w:after="0" w:line="240" w:lineRule="auto"/>
        <w:ind w:right="-42" w:firstLine="567"/>
        <w:jc w:val="both"/>
        <w:rPr>
          <w:lang w:val="ru-RU"/>
        </w:rPr>
      </w:pPr>
      <w:r w:rsidRPr="001D7CAD">
        <w:rPr>
          <w:lang w:val="ru-RU"/>
        </w:rPr>
        <w:tab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уметь объяснить, что такое скульптура, живопись, графика, фольклорные орнаменты;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обосновывать и доказывать важность изобразительного искусства как культурного явления, как формы трансляции культурных ценностей;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  знать основные темы изобразительного искусства народов России.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29. Фольклор и литература народов России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—  Знать и понимать, что такое пословицы и поговорки, обосновывать важность и нужность этих языковых выразительных средств;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—понимать и объяснять, что такое эпос, миф, сказка, былина, песня;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—   з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нать, что такое национальная литература и каковы её выразительные средства;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оценивать морально-нравственный потенциал национальной литературы.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30. Бытовые традиции народов России: пища, одежда, дом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Знать и уметь объяснить взаимосвязь между бытом и природными условиями проживания народа на примерах из истории и культуры своего региона;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уметь доказывать и отстаивать важность сохранения и развития культурных, духовно-нравственных, семейных и этнических традиций, многообразия культур;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оценивать и устанавливать границы и приоритеты взаимодействия между людьми разной этнической, религиозной и гражданской идентичности на доступном для </w:t>
      </w:r>
      <w:r w:rsidR="001D7CAD" w:rsidRPr="001D7CAD">
        <w:rPr>
          <w:lang w:val="ru-RU"/>
        </w:rPr>
        <w:br/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шестиклассников уровне (с учётом их возрастных особенностей);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понимать и уметь показывать на примерах значение таких ценностей, как взаимопомощь, сострадание, милосердие, любовь, дружба, коллективизм, патриотизм, любовь к близким через бытовые традиции народов своего края.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31. Культурная карта России (практическое занятие)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Знать и уметь объяснить отличия культурной географии от физической и политической географии;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понимать, что такое культурная карта народов России;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описывать отдельные области культурной карты в соответствии с их особенностями.</w:t>
      </w:r>
    </w:p>
    <w:p w:rsidR="00CF42A0" w:rsidRPr="001D7CAD" w:rsidRDefault="001D7CAD" w:rsidP="004B0869">
      <w:pPr>
        <w:autoSpaceDE w:val="0"/>
        <w:autoSpaceDN w:val="0"/>
        <w:spacing w:after="0" w:line="240" w:lineRule="auto"/>
        <w:ind w:right="-42" w:firstLine="567"/>
        <w:jc w:val="both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Тема 32. Единство страны — залог будущего России</w:t>
      </w:r>
    </w:p>
    <w:p w:rsidR="00CF42A0" w:rsidRPr="001D7CAD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Знать и уметь объяснить значение и роль общих элементов в культуре народов России для обоснования её территориального, политического и экономического единства;</w:t>
      </w:r>
    </w:p>
    <w:p w:rsidR="00CF42A0" w:rsidRDefault="00C63526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1D7CAD" w:rsidRPr="001D7CAD">
        <w:rPr>
          <w:rFonts w:ascii="Times New Roman" w:eastAsia="Times New Roman" w:hAnsi="Times New Roman"/>
          <w:color w:val="000000"/>
          <w:sz w:val="24"/>
          <w:lang w:val="ru-RU"/>
        </w:rPr>
        <w:t>понимать и доказывать важность и преимущества этого единства перед требованиями национального самоопределения отдельных этносов.</w:t>
      </w:r>
    </w:p>
    <w:p w:rsidR="006F3AA5" w:rsidRPr="001D7CAD" w:rsidRDefault="006F3AA5" w:rsidP="004B0869">
      <w:pPr>
        <w:autoSpaceDE w:val="0"/>
        <w:autoSpaceDN w:val="0"/>
        <w:spacing w:after="0" w:line="240" w:lineRule="auto"/>
        <w:ind w:left="240" w:right="-42" w:firstLine="567"/>
        <w:jc w:val="both"/>
        <w:rPr>
          <w:lang w:val="ru-RU"/>
        </w:rPr>
      </w:pPr>
    </w:p>
    <w:p w:rsidR="00CF42A0" w:rsidRPr="001D7CAD" w:rsidRDefault="00CF42A0" w:rsidP="004B0869">
      <w:pPr>
        <w:spacing w:after="0" w:line="240" w:lineRule="auto"/>
        <w:ind w:right="-42" w:firstLine="567"/>
        <w:jc w:val="both"/>
        <w:rPr>
          <w:lang w:val="ru-RU"/>
        </w:rPr>
        <w:sectPr w:rsidR="00CF42A0" w:rsidRPr="001D7CAD">
          <w:pgSz w:w="11900" w:h="16840"/>
          <w:pgMar w:top="304" w:right="748" w:bottom="998" w:left="846" w:header="720" w:footer="720" w:gutter="0"/>
          <w:cols w:space="720" w:equalWidth="0">
            <w:col w:w="10306" w:space="0"/>
          </w:cols>
          <w:docGrid w:linePitch="360"/>
        </w:sectPr>
      </w:pPr>
    </w:p>
    <w:p w:rsidR="00CF42A0" w:rsidRPr="001D7CAD" w:rsidRDefault="00CF42A0">
      <w:pPr>
        <w:autoSpaceDE w:val="0"/>
        <w:autoSpaceDN w:val="0"/>
        <w:spacing w:after="64" w:line="220" w:lineRule="exact"/>
        <w:rPr>
          <w:lang w:val="ru-RU"/>
        </w:rPr>
      </w:pPr>
    </w:p>
    <w:p w:rsidR="00CF42A0" w:rsidRDefault="001D7CAD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642"/>
        <w:gridCol w:w="528"/>
        <w:gridCol w:w="1104"/>
        <w:gridCol w:w="1142"/>
        <w:gridCol w:w="864"/>
        <w:gridCol w:w="5620"/>
        <w:gridCol w:w="1692"/>
        <w:gridCol w:w="1442"/>
      </w:tblGrid>
      <w:tr w:rsidR="00CF42A0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2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Количествочасов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5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Виды, формы контроля</w:t>
            </w:r>
          </w:p>
        </w:tc>
        <w:tc>
          <w:tcPr>
            <w:tcW w:w="14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CF42A0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2A0" w:rsidRDefault="00CF42A0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2A0" w:rsidRDefault="00CF42A0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2A0" w:rsidRDefault="00CF42A0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2A0" w:rsidRDefault="00CF42A0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2A0" w:rsidRDefault="00CF42A0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2A0" w:rsidRDefault="00CF42A0"/>
        </w:tc>
      </w:tr>
      <w:tr w:rsidR="00CF42A0" w:rsidRPr="00353A8C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Тематический блок 1. «Россия — наш общий дом»</w:t>
            </w:r>
          </w:p>
        </w:tc>
      </w:tr>
      <w:tr w:rsidR="00CF42A0">
        <w:trPr>
          <w:trHeight w:hRule="exact" w:val="926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26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Зачем изучать курс «Основы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духовно-нравственной культуры народов России»?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01.09.2022</w:t>
            </w:r>
          </w:p>
        </w:tc>
        <w:tc>
          <w:tcPr>
            <w:tcW w:w="5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50" w:lineRule="auto"/>
              <w:ind w:left="72" w:right="720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представление об особенностях курса «Основы духовно-нравственной культуры народов России»;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слушать и понимать объяснения учителя по теме урока;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вести самостоятельную работу с учебником;</w:t>
            </w:r>
          </w:p>
        </w:tc>
        <w:tc>
          <w:tcPr>
            <w:tcW w:w="169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45" w:lineRule="auto"/>
              <w:ind w:right="144"/>
              <w:jc w:val="center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Объяснение учителя; работа с учебником;</w:t>
            </w:r>
          </w:p>
        </w:tc>
        <w:tc>
          <w:tcPr>
            <w:tcW w:w="14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Презентация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Наш дом — Россия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08.09.2022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слушать и понимать объяснения учителя по теме урока;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формировать представление о необходимости и важности межнационального и межрелигиозного сотрудничества, взаимодействия;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Объяснениеучителя;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Презентация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Язык и история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15.09.2022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представления о языке как носителе духовно-нравственных смыслов культуры;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особенности коммуникативной роли языка;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и анализировать выступления одноклассников, отбирать и сравнивать учебный материал по нескольким источникам;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сообщения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учеников.работа с текстом.;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Презентация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Русский язык — язык общения и язык возможностей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22.09.2022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50" w:lineRule="auto"/>
              <w:ind w:left="72" w:right="43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представление о русском языке как языке межнационального общения;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слушать объяснения учителя, стараясь выделить главное;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наблюдаемые в практике изучения языка явления;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объясненияучителя.;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Презентация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Истоки родной культуры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29.09.2022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и понимать объяснения учителя по теме урока;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объяснениеучителя.;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Презентация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Материальная культура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06.10.2022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представление о традиционных укладах жизни разных народов; слушать и анализировать выступления одноклассников;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работать с учебником, анализировать проблемные ситуации;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50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сообщения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учеников.анализработ.;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Презентация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Духовная культура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13.10.2022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представление о духовной культуре разных народов;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взаимосвязь между проявлениями материальной и духовной культуры; выполнять задания на понимание и разграничение понятий по теме;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учиться работать с текстом и зри тельным рядом учебника;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работа; работа с текстом.;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Презентация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1.8.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Культура и религия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20.10.2022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представление о понятии «религия», понимать и уметь объяснять, в чём заключается связь культуры и религии;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работать с научно-популярной литературой по теме;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объяснение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учителя.рпабота с понятиями;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Презентация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732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1.9.</w:t>
            </w:r>
          </w:p>
        </w:tc>
        <w:tc>
          <w:tcPr>
            <w:tcW w:w="26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Культура и образование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27.10.2022</w:t>
            </w:r>
          </w:p>
        </w:tc>
        <w:tc>
          <w:tcPr>
            <w:tcW w:w="5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4" w:after="0" w:line="250" w:lineRule="auto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смысл понятия «образование», уметь объяснять важность и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необходимость образования для общества;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отбирать и сравнивать учебные материалы по теме;</w:t>
            </w:r>
          </w:p>
        </w:tc>
        <w:tc>
          <w:tcPr>
            <w:tcW w:w="169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4" w:after="0" w:line="245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понятиями; анализ текста.;</w:t>
            </w:r>
          </w:p>
        </w:tc>
        <w:tc>
          <w:tcPr>
            <w:tcW w:w="14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4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Презентация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1.10.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Многообразие культур России (</w:t>
            </w:r>
            <w:r w:rsidRPr="001D7CAD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практическое занятие</w:t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10.11.2022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отбирать материал по нескольким источникам, готовить доклады, работать с научно-популярной литературой;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выступления одноклассников;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Тестирование;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поиск материала для доклада.;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Презентация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 w:rsidRPr="00DD2358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Тематический блок 2. «Семья и духовно-нравственные ценности»</w:t>
            </w:r>
          </w:p>
        </w:tc>
      </w:tr>
    </w:tbl>
    <w:p w:rsidR="00CF42A0" w:rsidRPr="001D7CAD" w:rsidRDefault="00CF42A0">
      <w:pPr>
        <w:autoSpaceDE w:val="0"/>
        <w:autoSpaceDN w:val="0"/>
        <w:spacing w:after="0" w:line="14" w:lineRule="exact"/>
        <w:rPr>
          <w:lang w:val="ru-RU"/>
        </w:rPr>
      </w:pPr>
    </w:p>
    <w:p w:rsidR="00CF42A0" w:rsidRPr="001D7CAD" w:rsidRDefault="00CF42A0">
      <w:pPr>
        <w:rPr>
          <w:lang w:val="ru-RU"/>
        </w:rPr>
        <w:sectPr w:rsidR="00CF42A0" w:rsidRPr="001D7CAD">
          <w:pgSz w:w="16840" w:h="11900"/>
          <w:pgMar w:top="282" w:right="640" w:bottom="37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CF42A0" w:rsidRPr="001D7CAD" w:rsidRDefault="00CF42A0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642"/>
        <w:gridCol w:w="528"/>
        <w:gridCol w:w="1104"/>
        <w:gridCol w:w="1142"/>
        <w:gridCol w:w="864"/>
        <w:gridCol w:w="5620"/>
        <w:gridCol w:w="1692"/>
        <w:gridCol w:w="1442"/>
      </w:tblGrid>
      <w:tr w:rsidR="00CF42A0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Семья  — хранитель духовных ценностей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17.11.2022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понимать, что такое семья, формировать представление о взаимосвязях между типом культуры и особенностями семейного уклада у разных народов; понимать значение термина «поколение»;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решать проблемные задачи;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 текста.Решение проблемных задач.;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Презентация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Родина начинается с семьи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24.11.2022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50" w:lineRule="auto"/>
              <w:ind w:left="72" w:right="43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и объяснять, как и почему история каждой семьи тесно связана с историей страны, народа;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слушать объяснения учителя, разграничивать понятия по теме,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систематизировать учебный материал;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Объяснение учителя; систематизация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изученного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материала.;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Презентация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113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Традиции семейного воспитания в России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01.12.2022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и объяснять, что такое традиция, уметь рассказывать о традициях своей семьи, семейных традициях своего народа и других народов России;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уметь объяснять и разграничивать основные понятия по теме;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просматривать и анализировать учебные фильмы, работать с раздаточным материалом;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 учебного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фильма;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карточками.;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Презентация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 семьи в культуре народов России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08.12.2022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знать основные фольклорные сюжеты о семье, семейных ценностях;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знать и понимать морально-нравственное значение семьи;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работать с научно-популярной литературой, просматривать и анализировать учебные фильмы, систематизировать учебный материал;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Обяснение учителя; работа с учебником.;;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Презентация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Труд в истории семьи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15.12.2022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понимать, что такое «семейный труд», сознавать и характеризовать важного общего семейного труда для укрепления целостности семьи;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самостоятельно работать с учебником;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45" w:lineRule="auto"/>
              <w:ind w:right="144"/>
              <w:jc w:val="center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Обяснение учителя; работа с учебником.;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Презентация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Семья в современном мире (</w:t>
            </w:r>
            <w:r w:rsidRPr="001D7CAD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практическое занятие</w:t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22.12.2022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понимать, почему важно изучать и хранить историю своей семьи, передавать её следующим поколениям;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Контрольнаяработа;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Презентация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 w:rsidRPr="00DD2358">
        <w:trPr>
          <w:trHeight w:hRule="exact" w:val="350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Тематический блок 3. «Духовно-нравственное богатство личности»</w:t>
            </w:r>
          </w:p>
        </w:tc>
      </w:tr>
      <w:tr w:rsidR="00CF42A0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Личность  — общество  — культура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05.01.2023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знать, что такое гуманизм, понимать, что делает человека человеком и какие проявления людей можно назвать гуманными;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работать с научно-популярной литературой, уметь разграничивать понятия, осваивать смысловое чтение (решать текстовые задачи);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понятиями; анализ учебного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фильма.;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Презентация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Духовный мир человека. Человек —творец культуры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12.01.2023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50" w:lineRule="auto"/>
              <w:ind w:left="72" w:right="720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и объяснять значение слова «человек» в контексте духовно-нравственной культуры;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работать с учебником, уметь понимать и разграничивать основные понятия по теме;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понятиями и текстом учебника.;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Презентация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Личность и духовно-нравственные ценности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19.01.2023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и объяснять, что такое мораль и нравственность, любовь к близким; показывать на примерах важность таких ценностей как взаимопомощь, сострадание, милосердие, любовь, дружба и др.;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разграничивать и определять основные понятия, решать текстовые задачи, работать с учебником;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решение текстовых задач;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текстом.;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Презентация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 w:rsidRPr="00DD2358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Тематический блок 4. «Культурное единство России»</w:t>
            </w:r>
          </w:p>
        </w:tc>
      </w:tr>
      <w:tr w:rsidR="00CF42A0">
        <w:trPr>
          <w:trHeight w:hRule="exact" w:val="109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Историческая память как духовно-нравственная ценность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26.01.2023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смысл термина «история», понимать важность изучения истории; понимать и объяснять, что такое историческая память, как история каждой семьи связана с историей страны;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работать с учебником, выделять и определять основные понятия, слушать и анализировать выступления одноклассников;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Сообщения учеников; решение текстовых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задач.;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Презентация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</w:tbl>
    <w:p w:rsidR="00CF42A0" w:rsidRDefault="00CF42A0">
      <w:pPr>
        <w:autoSpaceDE w:val="0"/>
        <w:autoSpaceDN w:val="0"/>
        <w:spacing w:after="0" w:line="14" w:lineRule="exact"/>
      </w:pPr>
    </w:p>
    <w:p w:rsidR="00CF42A0" w:rsidRDefault="00CF42A0">
      <w:pPr>
        <w:sectPr w:rsidR="00CF42A0">
          <w:pgSz w:w="16840" w:h="11900"/>
          <w:pgMar w:top="284" w:right="640" w:bottom="68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CF42A0" w:rsidRDefault="00CF42A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642"/>
        <w:gridCol w:w="528"/>
        <w:gridCol w:w="1104"/>
        <w:gridCol w:w="1142"/>
        <w:gridCol w:w="864"/>
        <w:gridCol w:w="5620"/>
        <w:gridCol w:w="1692"/>
        <w:gridCol w:w="1442"/>
      </w:tblGrid>
      <w:tr w:rsidR="00CF42A0">
        <w:trPr>
          <w:trHeight w:hRule="exact" w:val="135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Литература как язык культуры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02.02.2023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особенности литературы, её отличия от других видов художественного творчества;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средства выражения духовного мира человека, его морали и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нравственности в произведениях литературы;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работать с художественной литературой, изучать и анализировать источники;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Объяснение учителя; работа с текстом.;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Презентация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Взаимовлияние культур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09.02.2023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иметь представление о значении терминов «взаимодействие культур»,«культурный обмен»;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и объяснять важность сохранения культурного наследия;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понимать и разграничивать понятия, отбирать и сравнивать материал по нескольким источникам;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47" w:lineRule="auto"/>
              <w:ind w:left="72" w:right="230"/>
              <w:jc w:val="both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понятиями; объяснения учителя; работа с текстом.;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Презентация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Духовно-нравственные ценности российского народа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16.02.2023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52" w:lineRule="auto"/>
              <w:ind w:left="72" w:right="43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уметь объяснять значение основных понятий, отражающих духовно-нравственные ценности;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осознавать их и защищать в качестве базовых общегражданских ценностей российского общества;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работать с учебником (смысловое чтение);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понятиями.объяснения учителя;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текстом.;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Презентация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Регионы России: культурное многообразие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02.03.2023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принципы федеративного устройства России, объяснять понятие«полиэтничность»;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ценность многообразия культурных укладов народов России;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уметь рассказывать о культурном своеобразии своей малой родины;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и анализировать выступления одноклассников, работать с источниками;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раздаточным материалом;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просмотр учебного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фильма.;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Презентация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4.6.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Праздники в культуре народов России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09.03.2023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и объяснять, что такое «народный праздник»;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уметь рассказывать о праздничных традициях разных народов и своей семьи; понимать и объяснять нравственный смысл народного праздника;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работать с учебником, просматривать и анализировать учебные фильмы;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понятиями; просмотр учебного фильма.;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Презентация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4.7.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Памятники в культуре народов России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16.03.2023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52" w:lineRule="auto"/>
              <w:ind w:left="72" w:right="43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устанавливать связь между историей памятника и историей края;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памятники истории и культуры;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нравственный и научный смысл краеведческой работы;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работать с научно-популярной литературой, просматривать и анализировать учебные фильмы;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Объяснение учителя; просмотр учебного фильма.;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Презентация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4.8.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Музыкальная культура народов России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06.04.2023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52" w:lineRule="auto"/>
              <w:ind w:left="72" w:right="43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особенности музыки как вида искусства;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знать и называть основные темы музыкального творчества народов России, понимать, как история народа отражается в его музыке;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работать с научно-популярной литературой, просматривать и анализировать учебные фильмы;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Тестирование;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Сообщения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учеников.просмотр учебного фильма.;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Презентация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4.9.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Изобразительное искусство народов России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13.04.2023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54" w:lineRule="auto"/>
              <w:ind w:left="72" w:right="43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и объяснять особенности изобразительного искусства как вида художественного творчества;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и обосновывать важность искусства как формы трансляции культурных ценностей;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знать и называть основные темы искусства народов России;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работать с научно-популярной литературой, просматривать и анализировать учебные фильмы;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Объяснение учителя; просмотр учебного фильма.;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Презентация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10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4.10.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Фольклор и литература народов России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20.04.2023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52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понимать, что такое национальная литература;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и показывать на примерах, как произведения фольклора отражают историю народа, его духовно-нравственные ценности;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отбирать и сравнивать материал из нескольких источников, решать текстовые задачи, слушать и анализировать выступления одноклассников;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Тестирование;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собщения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учеников.просмотр учебного фильма.;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Презентация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</w:tbl>
    <w:p w:rsidR="00CF42A0" w:rsidRDefault="00CF42A0">
      <w:pPr>
        <w:autoSpaceDE w:val="0"/>
        <w:autoSpaceDN w:val="0"/>
        <w:spacing w:after="0" w:line="14" w:lineRule="exact"/>
      </w:pPr>
    </w:p>
    <w:p w:rsidR="00CF42A0" w:rsidRDefault="00CF42A0">
      <w:pPr>
        <w:sectPr w:rsidR="00CF42A0">
          <w:pgSz w:w="16840" w:h="11900"/>
          <w:pgMar w:top="284" w:right="640" w:bottom="41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CF42A0" w:rsidRDefault="00CF42A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2642"/>
        <w:gridCol w:w="528"/>
        <w:gridCol w:w="1104"/>
        <w:gridCol w:w="1142"/>
        <w:gridCol w:w="864"/>
        <w:gridCol w:w="5620"/>
        <w:gridCol w:w="1692"/>
        <w:gridCol w:w="1442"/>
      </w:tblGrid>
      <w:tr w:rsidR="00CF42A0">
        <w:trPr>
          <w:trHeight w:hRule="exact" w:val="76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4.11.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Бытовые традиции народов России: пища, одежда, дом (</w:t>
            </w:r>
            <w:r w:rsidRPr="001D7CAD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практическое занятие</w:t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27.04.2023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отбирать и сравнивать учебный материал по нескольким источникам, решать текстовые задачи, слушать и анализировать выступления одноклассников, работать с научно-популярной литературой;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Презентация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4.12.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45" w:lineRule="auto"/>
              <w:ind w:right="864"/>
              <w:jc w:val="center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Культурная карта России (</w:t>
            </w:r>
            <w:r w:rsidRPr="001D7CAD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практическое занятие</w:t>
            </w: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04.05.2023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отбирать и сравнивать несколько источников, решать текстовые задачи, слушать и анализировать выступления одноклассников, работать с научно-популярной литературой;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Презентация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4.13.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Единство страны  — залог будущего России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11.05.2023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понимать и объяснять значение общих элементов и черт в культуре разных народов России для обоснования её культурного, экономического единства; слушать объяснения учителя, систематизировать учебный материал;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50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Повторение;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систематизацияизученного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материала.;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Презентация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</w:t>
            </w:r>
          </w:p>
        </w:tc>
      </w:tr>
      <w:tr w:rsidR="00CF42A0">
        <w:trPr>
          <w:trHeight w:hRule="exact" w:val="520"/>
        </w:trPr>
        <w:tc>
          <w:tcPr>
            <w:tcW w:w="3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96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CF42A0"/>
        </w:tc>
      </w:tr>
    </w:tbl>
    <w:p w:rsidR="00CF42A0" w:rsidRDefault="00CF42A0">
      <w:pPr>
        <w:autoSpaceDE w:val="0"/>
        <w:autoSpaceDN w:val="0"/>
        <w:spacing w:after="0" w:line="14" w:lineRule="exact"/>
      </w:pPr>
    </w:p>
    <w:p w:rsidR="00CF42A0" w:rsidRDefault="00CF42A0">
      <w:pPr>
        <w:sectPr w:rsidR="00CF42A0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CF42A0" w:rsidRDefault="00CF42A0">
      <w:pPr>
        <w:autoSpaceDE w:val="0"/>
        <w:autoSpaceDN w:val="0"/>
        <w:spacing w:after="78" w:line="220" w:lineRule="exact"/>
      </w:pPr>
    </w:p>
    <w:p w:rsidR="00CF42A0" w:rsidRDefault="001D7CAD" w:rsidP="00037C1A">
      <w:pPr>
        <w:autoSpaceDE w:val="0"/>
        <w:autoSpaceDN w:val="0"/>
        <w:spacing w:after="320" w:line="230" w:lineRule="auto"/>
        <w:jc w:val="center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  <w:bookmarkStart w:id="0" w:name="_GoBack"/>
      <w:bookmarkEnd w:id="0"/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280"/>
        <w:gridCol w:w="734"/>
        <w:gridCol w:w="1620"/>
        <w:gridCol w:w="1668"/>
        <w:gridCol w:w="1236"/>
        <w:gridCol w:w="2510"/>
      </w:tblGrid>
      <w:tr w:rsidR="00CF42A0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2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2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Виды, формы контроля</w:t>
            </w:r>
          </w:p>
        </w:tc>
      </w:tr>
      <w:tr w:rsidR="00CF42A0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2A0" w:rsidRDefault="00CF42A0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2A0" w:rsidRDefault="00CF42A0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2A0" w:rsidRDefault="00CF42A0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2A0" w:rsidRDefault="00CF42A0"/>
        </w:tc>
      </w:tr>
      <w:tr w:rsidR="00CF42A0" w:rsidRPr="00DD2358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Зачем изучать курс«Основы духовно-нравственной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культуры народов России»?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01.09.2022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62" w:lineRule="auto"/>
              <w:ind w:right="288"/>
              <w:jc w:val="center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объяснение учителя; работа с учебником;</w:t>
            </w:r>
          </w:p>
        </w:tc>
      </w:tr>
      <w:tr w:rsidR="00CF42A0">
        <w:trPr>
          <w:trHeight w:hRule="exact" w:val="494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Наш дом — Росси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08.09.2022 </w:t>
            </w:r>
          </w:p>
        </w:tc>
        <w:tc>
          <w:tcPr>
            <w:tcW w:w="251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Объяснение учителя;</w:t>
            </w:r>
          </w:p>
        </w:tc>
      </w:tr>
      <w:tr w:rsidR="00CF42A0" w:rsidRPr="00353A8C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Язык и история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22.09.2022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сообщения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учеников.работа с текстом.;</w:t>
            </w:r>
          </w:p>
        </w:tc>
      </w:tr>
      <w:tr w:rsidR="00CF42A0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Русский язык —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язык общения и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язык возможностей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29.09.2022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объяснения учителя.;;</w:t>
            </w:r>
          </w:p>
        </w:tc>
      </w:tr>
      <w:tr w:rsidR="00CF42A0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Истоки родной культуры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06.10.2022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объяснение учителя.;;</w:t>
            </w:r>
          </w:p>
        </w:tc>
      </w:tr>
      <w:tr w:rsidR="00CF42A0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Материальная культура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13.10.2022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объяснение учителя.;;</w:t>
            </w:r>
          </w:p>
        </w:tc>
      </w:tr>
      <w:tr w:rsidR="00CF42A0" w:rsidRPr="00353A8C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Духовная культура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20.10.2022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 работа с текстом.;;</w:t>
            </w:r>
          </w:p>
        </w:tc>
      </w:tr>
      <w:tr w:rsidR="00CF42A0" w:rsidRPr="00353A8C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Культура и религия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27.10.2022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работа с текстом;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объяснение учителя.;;</w:t>
            </w:r>
          </w:p>
        </w:tc>
      </w:tr>
      <w:tr w:rsidR="00CF42A0" w:rsidRPr="00353A8C">
        <w:trPr>
          <w:trHeight w:hRule="exact" w:val="1502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Культура и образование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10.11.2022 </w:t>
            </w:r>
          </w:p>
        </w:tc>
        <w:tc>
          <w:tcPr>
            <w:tcW w:w="251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100" w:after="0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работа с понятиями; анализ текста.;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Презентация;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;</w:t>
            </w:r>
          </w:p>
        </w:tc>
      </w:tr>
      <w:tr w:rsidR="00CF42A0" w:rsidRPr="00353A8C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/>
              <w:ind w:left="72" w:right="576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Многообразие культур России (практическое занятие)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17.11.2022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Тестирование;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поиск материала для доклада.;;</w:t>
            </w:r>
          </w:p>
        </w:tc>
      </w:tr>
      <w:tr w:rsidR="00CF42A0" w:rsidRPr="00353A8C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62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Семья  — хранитель духовных ценностей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24.11.2022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Работа с понятиями;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анализ текста.Решение проблемных задач.;;</w:t>
            </w:r>
          </w:p>
        </w:tc>
      </w:tr>
    </w:tbl>
    <w:p w:rsidR="00CF42A0" w:rsidRPr="001D7CAD" w:rsidRDefault="00CF42A0">
      <w:pPr>
        <w:autoSpaceDE w:val="0"/>
        <w:autoSpaceDN w:val="0"/>
        <w:spacing w:after="0" w:line="14" w:lineRule="exact"/>
        <w:rPr>
          <w:lang w:val="ru-RU"/>
        </w:rPr>
      </w:pPr>
    </w:p>
    <w:p w:rsidR="00CF42A0" w:rsidRPr="001D7CAD" w:rsidRDefault="00CF42A0">
      <w:pPr>
        <w:rPr>
          <w:lang w:val="ru-RU"/>
        </w:rPr>
        <w:sectPr w:rsidR="00CF42A0" w:rsidRPr="001D7CAD">
          <w:pgSz w:w="11900" w:h="16840"/>
          <w:pgMar w:top="298" w:right="650" w:bottom="7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F42A0" w:rsidRPr="001D7CAD" w:rsidRDefault="00CF42A0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280"/>
        <w:gridCol w:w="734"/>
        <w:gridCol w:w="1620"/>
        <w:gridCol w:w="1668"/>
        <w:gridCol w:w="1236"/>
        <w:gridCol w:w="2510"/>
      </w:tblGrid>
      <w:tr w:rsidR="00CF42A0" w:rsidRPr="00353A8C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Родина начинается с семьи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01.12.2022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Анализ учебного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фильма;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работа с карточками.;;</w:t>
            </w:r>
          </w:p>
        </w:tc>
      </w:tr>
      <w:tr w:rsidR="00CF42A0" w:rsidRPr="00353A8C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Традиции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семейного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воспитания в Росси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08.12.2022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Анализ учебного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фильма;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работа с карточками.;;</w:t>
            </w:r>
          </w:p>
        </w:tc>
      </w:tr>
      <w:tr w:rsidR="00CF42A0" w:rsidRPr="00353A8C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 семьи в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культуре народов России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15.12.2022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Работа с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понятиями.объяснения учителя;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работа с текстом.;;</w:t>
            </w:r>
          </w:p>
        </w:tc>
      </w:tr>
      <w:tr w:rsidR="00CF42A0">
        <w:trPr>
          <w:trHeight w:hRule="exact" w:val="1166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Труд в истории семьи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22.12.2022 </w:t>
            </w:r>
          </w:p>
        </w:tc>
        <w:tc>
          <w:tcPr>
            <w:tcW w:w="251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объяснение учителя.;</w:t>
            </w:r>
          </w:p>
        </w:tc>
      </w:tr>
      <w:tr w:rsidR="00CF42A0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Семья в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современном мире (практическое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занятие)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12.01.2023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 ;</w:t>
            </w:r>
          </w:p>
        </w:tc>
      </w:tr>
      <w:tr w:rsidR="00CF42A0" w:rsidRPr="00353A8C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71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Личность  —общество  —культура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19.01.2023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работа с понятиями; анализ учебного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фильма.;;</w:t>
            </w:r>
          </w:p>
        </w:tc>
      </w:tr>
      <w:tr w:rsidR="00CF42A0" w:rsidRPr="00353A8C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Духовный мир человека.</w:t>
            </w:r>
          </w:p>
          <w:p w:rsidR="00CF42A0" w:rsidRPr="001D7CAD" w:rsidRDefault="001D7CAD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Человек — творец культуры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26.01.2023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Объяснение учителя; работа с понятиями и текстом учебника.;;</w:t>
            </w:r>
          </w:p>
        </w:tc>
      </w:tr>
      <w:tr w:rsidR="00CF42A0" w:rsidRPr="00353A8C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/>
              <w:ind w:left="72" w:right="720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Личность и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духовно-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нравственные ценности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02.02.2023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Письменный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Сообщения учеников; решение текстовых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задач.;;</w:t>
            </w:r>
          </w:p>
        </w:tc>
      </w:tr>
      <w:tr w:rsidR="00CF42A0" w:rsidRPr="00353A8C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Историческая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память как духовно-нравственная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ценность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09.02.2023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Объяснение учителя; </w:t>
            </w:r>
            <w:r w:rsidRPr="001D7CAD">
              <w:rPr>
                <w:lang w:val="ru-RU"/>
              </w:rPr>
              <w:tab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работа с текстом.;;</w:t>
            </w:r>
          </w:p>
        </w:tc>
      </w:tr>
      <w:tr w:rsidR="00CF42A0" w:rsidRPr="00353A8C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Литература как язык культуры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16.02.2023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71" w:lineRule="auto"/>
              <w:ind w:left="156" w:right="288" w:hanging="156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Работа с понятиями; объяснения учителя; работа с текстом.;;</w:t>
            </w:r>
          </w:p>
        </w:tc>
      </w:tr>
      <w:tr w:rsidR="00CF42A0" w:rsidRPr="00353A8C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Взаимовлияние культур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02.03.2023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Работа с понятиями; объяснения учителя; работа с текстом.;;</w:t>
            </w:r>
          </w:p>
        </w:tc>
      </w:tr>
    </w:tbl>
    <w:p w:rsidR="00CF42A0" w:rsidRPr="001D7CAD" w:rsidRDefault="00CF42A0">
      <w:pPr>
        <w:autoSpaceDE w:val="0"/>
        <w:autoSpaceDN w:val="0"/>
        <w:spacing w:after="0" w:line="14" w:lineRule="exact"/>
        <w:rPr>
          <w:lang w:val="ru-RU"/>
        </w:rPr>
      </w:pPr>
    </w:p>
    <w:p w:rsidR="00CF42A0" w:rsidRPr="001D7CAD" w:rsidRDefault="00CF42A0">
      <w:pPr>
        <w:rPr>
          <w:lang w:val="ru-RU"/>
        </w:rPr>
        <w:sectPr w:rsidR="00CF42A0" w:rsidRPr="001D7CAD">
          <w:pgSz w:w="11900" w:h="16840"/>
          <w:pgMar w:top="284" w:right="650" w:bottom="5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F42A0" w:rsidRPr="001D7CAD" w:rsidRDefault="00CF42A0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280"/>
        <w:gridCol w:w="734"/>
        <w:gridCol w:w="1620"/>
        <w:gridCol w:w="1668"/>
        <w:gridCol w:w="1236"/>
        <w:gridCol w:w="2510"/>
      </w:tblGrid>
      <w:tr w:rsidR="00CF42A0" w:rsidRPr="00353A8C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Духовно-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нравственные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ценности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российского народа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09.03.2023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Работа с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понятиями.объяснения учителя;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работа с текстом.;;</w:t>
            </w:r>
          </w:p>
        </w:tc>
      </w:tr>
      <w:tr w:rsidR="00CF42A0" w:rsidRPr="00353A8C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Духовно-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нравственные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ценности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российского народа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16.03.2023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Работа с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понятиями.объяснения учителя;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работа с текстом.;;</w:t>
            </w:r>
          </w:p>
        </w:tc>
      </w:tr>
      <w:tr w:rsidR="00CF42A0" w:rsidRPr="00353A8C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74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Регионы России: культурное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многообрази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06.04.2023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работа с раздаточным материалом;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просмотр учебного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фильма.;;</w:t>
            </w:r>
          </w:p>
        </w:tc>
      </w:tr>
      <w:tr w:rsidR="00CF42A0" w:rsidRPr="00353A8C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Праздники в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культуре народов России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13.04.2023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работа с понятиями; просмотр учебного фильма.;;</w:t>
            </w:r>
          </w:p>
        </w:tc>
      </w:tr>
      <w:tr w:rsidR="00CF42A0" w:rsidRPr="00353A8C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Памятники в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культуре народов России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20.04.2023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Объяснение учителя; просмотр учебного фильма.;;</w:t>
            </w:r>
          </w:p>
        </w:tc>
      </w:tr>
      <w:tr w:rsidR="00CF42A0" w:rsidRPr="00353A8C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Памятники в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культуре народов России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27.04.2023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Объяснение учителя; просмотр учебного фильма.;;</w:t>
            </w:r>
          </w:p>
        </w:tc>
      </w:tr>
      <w:tr w:rsidR="00CF42A0" w:rsidRPr="00353A8C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Музыкальная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культура народов России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04.05.2023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Тестирование;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Сообщения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учеников.просмотр учебного фильма.;;</w:t>
            </w:r>
          </w:p>
        </w:tc>
      </w:tr>
      <w:tr w:rsidR="00CF42A0" w:rsidRPr="00353A8C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Изобразительное искусство народов России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11.05.2023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100" w:after="0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Объяснение учителя; просмотр учебного фильма.;</w:t>
            </w:r>
          </w:p>
        </w:tc>
      </w:tr>
      <w:tr w:rsidR="00CF42A0" w:rsidRPr="00353A8C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Фольклор и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литература народов России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18.05.2023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Тестирование;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собщения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учеников.просмотр учебного фильма.;;</w:t>
            </w:r>
          </w:p>
        </w:tc>
      </w:tr>
      <w:tr w:rsidR="00CF42A0">
        <w:trPr>
          <w:trHeight w:hRule="exact" w:val="18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Бытовые традиции народов России: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пища, одежда, дом (практическое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занятие)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25.05.2023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работа;;</w:t>
            </w:r>
          </w:p>
        </w:tc>
      </w:tr>
    </w:tbl>
    <w:p w:rsidR="00CF42A0" w:rsidRDefault="00CF42A0">
      <w:pPr>
        <w:autoSpaceDE w:val="0"/>
        <w:autoSpaceDN w:val="0"/>
        <w:spacing w:after="0" w:line="14" w:lineRule="exact"/>
      </w:pPr>
    </w:p>
    <w:p w:rsidR="00CF42A0" w:rsidRDefault="00CF42A0">
      <w:pPr>
        <w:sectPr w:rsidR="00CF42A0">
          <w:pgSz w:w="11900" w:h="16840"/>
          <w:pgMar w:top="284" w:right="650" w:bottom="2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F42A0" w:rsidRDefault="00CF42A0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280"/>
        <w:gridCol w:w="734"/>
        <w:gridCol w:w="1620"/>
        <w:gridCol w:w="1668"/>
        <w:gridCol w:w="1236"/>
        <w:gridCol w:w="2510"/>
      </w:tblGrid>
      <w:tr w:rsidR="00CF42A0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Культурная карта России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(практическое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занятие)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29.05.2023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работа;;</w:t>
            </w:r>
          </w:p>
        </w:tc>
      </w:tr>
      <w:tr w:rsidR="00CF42A0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Единство страны  —залог будущего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России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30.05.2023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Повторение;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систематизация изученного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материала.;;</w:t>
            </w:r>
          </w:p>
        </w:tc>
      </w:tr>
      <w:tr w:rsidR="00CF42A0">
        <w:trPr>
          <w:trHeight w:hRule="exact" w:val="1146"/>
        </w:trPr>
        <w:tc>
          <w:tcPr>
            <w:tcW w:w="2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Pr="001D7CAD" w:rsidRDefault="001D7CAD">
            <w:pPr>
              <w:autoSpaceDE w:val="0"/>
              <w:autoSpaceDN w:val="0"/>
              <w:spacing w:before="98" w:after="0" w:line="274" w:lineRule="auto"/>
              <w:ind w:left="72" w:right="144"/>
              <w:rPr>
                <w:lang w:val="ru-RU"/>
              </w:rPr>
            </w:pP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1D7CAD">
              <w:rPr>
                <w:lang w:val="ru-RU"/>
              </w:rPr>
              <w:br/>
            </w:r>
            <w:r w:rsidRPr="001D7CA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1D7CA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F42A0" w:rsidRDefault="00CF42A0"/>
        </w:tc>
      </w:tr>
    </w:tbl>
    <w:p w:rsidR="00CF42A0" w:rsidRDefault="00CF42A0">
      <w:pPr>
        <w:autoSpaceDE w:val="0"/>
        <w:autoSpaceDN w:val="0"/>
        <w:spacing w:after="0" w:line="14" w:lineRule="exact"/>
      </w:pPr>
    </w:p>
    <w:p w:rsidR="00CF42A0" w:rsidRDefault="00CF42A0">
      <w:pPr>
        <w:sectPr w:rsidR="00CF42A0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CF42A0" w:rsidRDefault="00CF42A0">
      <w:pPr>
        <w:autoSpaceDE w:val="0"/>
        <w:autoSpaceDN w:val="0"/>
        <w:spacing w:after="78" w:line="220" w:lineRule="exact"/>
      </w:pPr>
    </w:p>
    <w:p w:rsidR="00CF42A0" w:rsidRDefault="001D7CAD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CF42A0" w:rsidRDefault="001D7CAD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CF42A0" w:rsidRPr="001D7CAD" w:rsidRDefault="001D7CAD">
      <w:pPr>
        <w:autoSpaceDE w:val="0"/>
        <w:autoSpaceDN w:val="0"/>
        <w:spacing w:before="166" w:after="0" w:line="288" w:lineRule="auto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Виноградова Н.Ф., Основы духовно-нравственной культуры народов России, 5 класс. Акционерное общество «Издательство «Просвещение»; </w:t>
      </w:r>
      <w:r w:rsidRPr="001D7CAD">
        <w:rPr>
          <w:lang w:val="ru-RU"/>
        </w:rPr>
        <w:br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Виноградова Н.Ф., Власенко В.И., Поляков А.В., Основы духовно-нравственной культуры народов России, 5 класс. Общество с ограниченной ответственностью «Издательский центр ВЕНТАНА-ГРАФ»; Акционерное общество «Издательство Просвещение»; </w:t>
      </w:r>
      <w:r w:rsidRPr="001D7CAD">
        <w:rPr>
          <w:lang w:val="ru-RU"/>
        </w:rPr>
        <w:br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Протоиерей Виктор Дорофеев, Янушкявичене О.Л., Основы духовно-нравственной культуры народов России. Основы православной культуры, 5 класс. ООО «Русское слово-учебник»; </w:t>
      </w:r>
      <w:r w:rsidRPr="001D7CAD">
        <w:rPr>
          <w:lang w:val="ru-RU"/>
        </w:rPr>
        <w:br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Сахаров А.Н., Кочегаров К.А., Мухаметшин Р.М., под редакцией Сахарова А.Н., Основы духовно-нравственной культуры народов России. Основы религиозных культур народов России, 5 класс. ООО«Русское слово-учебник»; </w:t>
      </w:r>
      <w:r w:rsidRPr="001D7CAD">
        <w:rPr>
          <w:lang w:val="ru-RU"/>
        </w:rPr>
        <w:br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Студеникин М.Т., Основы духовно-нравственной культуры народов России. Основы светской этики, 5 класс. ООО «Русское слово-учебник»; </w:t>
      </w:r>
      <w:r w:rsidRPr="001D7CAD">
        <w:rPr>
          <w:lang w:val="ru-RU"/>
        </w:rPr>
        <w:br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Метлик И.В., Потаповская О.М., Основы духовно-нравственной культуры народов России.</w:t>
      </w:r>
    </w:p>
    <w:p w:rsidR="00CF42A0" w:rsidRPr="001D7CAD" w:rsidRDefault="001D7CAD">
      <w:pPr>
        <w:autoSpaceDE w:val="0"/>
        <w:autoSpaceDN w:val="0"/>
        <w:spacing w:before="70" w:after="0" w:line="281" w:lineRule="auto"/>
        <w:ind w:right="576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Православная культура, 5 класс. ООО «Русское слово-учебник»; </w:t>
      </w:r>
      <w:r w:rsidRPr="001D7CAD">
        <w:rPr>
          <w:lang w:val="ru-RU"/>
        </w:rPr>
        <w:br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Шевченко Л.Л., Основы духовно-нравственной культуры народов России. Основы православной культуры, 5 класс. Общество с ограниченной ответственностью «Центр поддержки культурно-исторических традиций Отечества»; </w:t>
      </w:r>
      <w:r w:rsidRPr="001D7CAD">
        <w:rPr>
          <w:lang w:val="ru-RU"/>
        </w:rPr>
        <w:br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CF42A0" w:rsidRPr="001D7CAD" w:rsidRDefault="001D7CAD">
      <w:pPr>
        <w:autoSpaceDE w:val="0"/>
        <w:autoSpaceDN w:val="0"/>
        <w:spacing w:before="262" w:after="0" w:line="230" w:lineRule="auto"/>
        <w:rPr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CF42A0" w:rsidRPr="001D7CAD" w:rsidRDefault="001D7CAD">
      <w:pPr>
        <w:autoSpaceDE w:val="0"/>
        <w:autoSpaceDN w:val="0"/>
        <w:spacing w:before="166" w:after="0" w:line="286" w:lineRule="auto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Протоиерей Виктор Дорофеев, Янушкявичене О.Л., Основы духовно-нравственной культуры народов России. Основы православной культуры, 5 класс. ООО «Русское слово-учебник»; </w:t>
      </w:r>
      <w:r w:rsidRPr="001D7CAD">
        <w:rPr>
          <w:lang w:val="ru-RU"/>
        </w:rPr>
        <w:br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Сахаров А.Н., Кочегаров К.А., Мухаметшин Р.М., под редакцией Сахарова А.Н., Основы духовно-нравственной культуры народов России. Основы религиозных культур народов России, 5 класс. ООО«Русское слово-учебник»; </w:t>
      </w:r>
      <w:r w:rsidRPr="001D7CAD">
        <w:rPr>
          <w:lang w:val="ru-RU"/>
        </w:rPr>
        <w:br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Студеникин М.Т., Основы духовно-нравственной культуры народов России. Основы светской этики, 5 класс. ООО «Русское слово-учебник»; </w:t>
      </w:r>
      <w:r w:rsidRPr="001D7CAD">
        <w:rPr>
          <w:lang w:val="ru-RU"/>
        </w:rPr>
        <w:br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Метлик И.В., Потаповская О.М., Основы духовно-нравственной культуры народов России.</w:t>
      </w:r>
    </w:p>
    <w:p w:rsidR="00CF42A0" w:rsidRPr="001D7CAD" w:rsidRDefault="001D7CAD">
      <w:pPr>
        <w:autoSpaceDE w:val="0"/>
        <w:autoSpaceDN w:val="0"/>
        <w:spacing w:before="72" w:after="0"/>
        <w:ind w:right="576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Православная культура, 5 класс. ООО «Русское слово-учебник»; </w:t>
      </w:r>
      <w:r w:rsidRPr="001D7CAD">
        <w:rPr>
          <w:lang w:val="ru-RU"/>
        </w:rPr>
        <w:br/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Шевченко Л.Л., Основы духовно-нравственной культуры народов России. Основы православной культуры, 5 класс. Общество с ограниченной ответственностью «Центр поддержки культурно-исторических традиций Отечества»;</w:t>
      </w:r>
    </w:p>
    <w:p w:rsidR="00CF42A0" w:rsidRPr="001D7CAD" w:rsidRDefault="001D7CAD">
      <w:pPr>
        <w:autoSpaceDE w:val="0"/>
        <w:autoSpaceDN w:val="0"/>
        <w:spacing w:before="262" w:after="0" w:line="230" w:lineRule="auto"/>
        <w:rPr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CF42A0" w:rsidRPr="001D7CAD" w:rsidRDefault="001D7CAD">
      <w:pPr>
        <w:autoSpaceDE w:val="0"/>
        <w:autoSpaceDN w:val="0"/>
        <w:spacing w:before="166" w:after="0" w:line="262" w:lineRule="auto"/>
        <w:ind w:right="8640"/>
        <w:rPr>
          <w:lang w:val="ru-RU"/>
        </w:rPr>
      </w:pP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 xml:space="preserve">Презентация </w:t>
      </w:r>
      <w:r w:rsidRPr="001D7CAD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infourok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1D7CAD"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:rsidR="00CF42A0" w:rsidRPr="001D7CAD" w:rsidRDefault="00CF42A0">
      <w:pPr>
        <w:rPr>
          <w:lang w:val="ru-RU"/>
        </w:rPr>
        <w:sectPr w:rsidR="00CF42A0" w:rsidRPr="001D7CAD">
          <w:pgSz w:w="11900" w:h="16840"/>
          <w:pgMar w:top="298" w:right="646" w:bottom="1440" w:left="666" w:header="720" w:footer="720" w:gutter="0"/>
          <w:cols w:space="720" w:equalWidth="0">
            <w:col w:w="10588" w:space="0"/>
          </w:cols>
          <w:docGrid w:linePitch="360"/>
        </w:sectPr>
      </w:pPr>
    </w:p>
    <w:p w:rsidR="00CF42A0" w:rsidRPr="001D7CAD" w:rsidRDefault="00CF42A0">
      <w:pPr>
        <w:autoSpaceDE w:val="0"/>
        <w:autoSpaceDN w:val="0"/>
        <w:spacing w:after="78" w:line="220" w:lineRule="exact"/>
        <w:rPr>
          <w:lang w:val="ru-RU"/>
        </w:rPr>
      </w:pPr>
    </w:p>
    <w:p w:rsidR="00CF42A0" w:rsidRPr="001D7CAD" w:rsidRDefault="001D7CAD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1D7CAD">
        <w:rPr>
          <w:lang w:val="ru-RU"/>
        </w:rPr>
        <w:br/>
      </w:r>
      <w:r w:rsidRPr="001D7CAD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CF42A0" w:rsidRPr="001D7CAD" w:rsidRDefault="00CF42A0">
      <w:pPr>
        <w:rPr>
          <w:lang w:val="ru-RU"/>
        </w:rPr>
        <w:sectPr w:rsidR="00CF42A0" w:rsidRPr="001D7CAD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D7CAD" w:rsidRPr="001D7CAD" w:rsidRDefault="001D7CAD">
      <w:pPr>
        <w:rPr>
          <w:lang w:val="ru-RU"/>
        </w:rPr>
      </w:pPr>
    </w:p>
    <w:sectPr w:rsidR="001D7CAD" w:rsidRPr="001D7CAD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>
    <w:useFELayout/>
  </w:compat>
  <w:rsids>
    <w:rsidRoot w:val="00B47730"/>
    <w:rsid w:val="00034616"/>
    <w:rsid w:val="00037C1A"/>
    <w:rsid w:val="0006063C"/>
    <w:rsid w:val="00074410"/>
    <w:rsid w:val="000C52FE"/>
    <w:rsid w:val="0015074B"/>
    <w:rsid w:val="001D7CAD"/>
    <w:rsid w:val="0029639D"/>
    <w:rsid w:val="00326F90"/>
    <w:rsid w:val="00353A8C"/>
    <w:rsid w:val="003F7C98"/>
    <w:rsid w:val="004B0869"/>
    <w:rsid w:val="005C0017"/>
    <w:rsid w:val="005D30F7"/>
    <w:rsid w:val="006F3AA5"/>
    <w:rsid w:val="00795120"/>
    <w:rsid w:val="008E3A38"/>
    <w:rsid w:val="00973B4D"/>
    <w:rsid w:val="00AA1D8D"/>
    <w:rsid w:val="00AC5634"/>
    <w:rsid w:val="00B47730"/>
    <w:rsid w:val="00C4798F"/>
    <w:rsid w:val="00C63526"/>
    <w:rsid w:val="00CB0664"/>
    <w:rsid w:val="00CF42A0"/>
    <w:rsid w:val="00DA4F87"/>
    <w:rsid w:val="00DD2358"/>
    <w:rsid w:val="00E94D86"/>
    <w:rsid w:val="00EF764A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35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353A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826799-2D17-4B3C-BADE-8BB9EADEB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25</Pages>
  <Words>9161</Words>
  <Characters>52219</Characters>
  <Application>Microsoft Office Word</Application>
  <DocSecurity>0</DocSecurity>
  <Lines>435</Lines>
  <Paragraphs>122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61258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user</cp:lastModifiedBy>
  <cp:revision>21</cp:revision>
  <cp:lastPrinted>2022-06-22T10:05:00Z</cp:lastPrinted>
  <dcterms:created xsi:type="dcterms:W3CDTF">2022-06-22T09:25:00Z</dcterms:created>
  <dcterms:modified xsi:type="dcterms:W3CDTF">2022-06-29T12:34:00Z</dcterms:modified>
</cp:coreProperties>
</file>