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BAE" w:rsidRDefault="00CF4BAE" w:rsidP="00103A87">
      <w:pPr>
        <w:autoSpaceDE w:val="0"/>
        <w:autoSpaceDN w:val="0"/>
        <w:spacing w:after="78" w:line="220" w:lineRule="exact"/>
      </w:pPr>
    </w:p>
    <w:p w:rsidR="007119A2" w:rsidRDefault="007119A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120765" cy="8660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A2" w:rsidRDefault="007119A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19A2" w:rsidRDefault="007119A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19A2" w:rsidRDefault="007119A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19A2" w:rsidRDefault="007119A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19A2" w:rsidRDefault="007119A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19A2" w:rsidRDefault="007119A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2222" w:rsidRPr="00103A87" w:rsidRDefault="00022222" w:rsidP="00103A8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b/>
          <w:sz w:val="24"/>
          <w:szCs w:val="24"/>
          <w:lang w:val="ru-RU"/>
        </w:rPr>
        <w:t>АННОТАЦИЯ  К  РАБОЧЕЙ  ПРОГРАММЕ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Предмет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  <w:t>Английский  язык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03A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>5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Стандарт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  <w:t>ФГОС ООО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Количество часов в неделю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  <w:t>3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Количество часов за год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  <w:t>102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Уровень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  <w:t>Базовый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Срок реализации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  <w:t>1 год</w:t>
      </w:r>
    </w:p>
    <w:p w:rsid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Краткое содержание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1. Моя семья. Мои друзья. Семейные праздники (день рождения, Новый год) – 13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 xml:space="preserve">Тема 2. Внешность и характер человека/литературного персонажа - 5 часов 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3. Досуг и увлечения/хобби современного подростка (чтение, кино, спорт) - 9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 xml:space="preserve">Тема 4.  Здоровый образ жизни: режим труда и отдыха. </w:t>
      </w:r>
      <w:proofErr w:type="gramStart"/>
      <w:r w:rsidRPr="00103A87">
        <w:rPr>
          <w:rFonts w:ascii="Times New Roman" w:hAnsi="Times New Roman" w:cs="Times New Roman"/>
          <w:sz w:val="24"/>
          <w:szCs w:val="24"/>
          <w:lang w:val="ru-RU"/>
        </w:rPr>
        <w:t>Здоровое</w:t>
      </w:r>
      <w:proofErr w:type="gramEnd"/>
      <w:r w:rsidRPr="00103A87">
        <w:rPr>
          <w:rFonts w:ascii="Times New Roman" w:hAnsi="Times New Roman" w:cs="Times New Roman"/>
          <w:sz w:val="24"/>
          <w:szCs w:val="24"/>
          <w:lang w:val="ru-RU"/>
        </w:rPr>
        <w:t xml:space="preserve"> питания. - 7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5. Покупки: одежда, обувь и продукты питания. -  6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6. Школа, школьная жизнь, школьная форма, изучаемые предметы. Переписка с зарубежными сверстниками. – 14 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7. Каникулы в различное время года. Виды отдыха. – 7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8. – Природа: дикие и домашние животные. Погода. – 9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9. Родной город/село. Транспорт. – 10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 xml:space="preserve">Тема 10. Родная страна и страна/страны изучаемого языка. </w:t>
      </w:r>
      <w:proofErr w:type="gramStart"/>
      <w:r w:rsidRPr="00103A87">
        <w:rPr>
          <w:rFonts w:ascii="Times New Roman" w:hAnsi="Times New Roman" w:cs="Times New Roman"/>
          <w:sz w:val="24"/>
          <w:szCs w:val="24"/>
          <w:lang w:val="ru-RU"/>
        </w:rPr>
        <w:t>Их географическое положение, столицы, достопримечательности, культурные особенности (национальные праздники, традиции, обычаи) – 16 часов</w:t>
      </w:r>
      <w:proofErr w:type="gramEnd"/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Тема 11. Выдающиеся люди родной страны и страны/стран изучаемого языка: писатели, поэты. – 6 часов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4BAE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3A87">
        <w:rPr>
          <w:rFonts w:ascii="Times New Roman" w:hAnsi="Times New Roman" w:cs="Times New Roman"/>
          <w:sz w:val="24"/>
          <w:szCs w:val="24"/>
          <w:lang w:val="ru-RU"/>
        </w:rPr>
        <w:t>Учебник</w:t>
      </w:r>
      <w:r w:rsidRPr="00103A8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Афанасьева </w:t>
      </w:r>
      <w:proofErr w:type="spellStart"/>
      <w:r w:rsidRPr="00103A87">
        <w:rPr>
          <w:rFonts w:ascii="Times New Roman" w:hAnsi="Times New Roman" w:cs="Times New Roman"/>
          <w:sz w:val="24"/>
          <w:szCs w:val="24"/>
          <w:lang w:val="ru-RU"/>
        </w:rPr>
        <w:t>О.В.,Михеева</w:t>
      </w:r>
      <w:proofErr w:type="spellEnd"/>
      <w:r w:rsidRPr="00103A87">
        <w:rPr>
          <w:rFonts w:ascii="Times New Roman" w:hAnsi="Times New Roman" w:cs="Times New Roman"/>
          <w:sz w:val="24"/>
          <w:szCs w:val="24"/>
          <w:lang w:val="ru-RU"/>
        </w:rPr>
        <w:t xml:space="preserve"> И.В., Баранова К.М. Английский язык серии «</w:t>
      </w:r>
      <w:proofErr w:type="spellStart"/>
      <w:r w:rsidRPr="00103A87">
        <w:rPr>
          <w:rFonts w:ascii="Times New Roman" w:hAnsi="Times New Roman" w:cs="Times New Roman"/>
          <w:sz w:val="24"/>
          <w:szCs w:val="24"/>
          <w:lang w:val="ru-RU"/>
        </w:rPr>
        <w:t>RainbowEnglish</w:t>
      </w:r>
      <w:proofErr w:type="spellEnd"/>
      <w:r w:rsidRPr="00103A87">
        <w:rPr>
          <w:rFonts w:ascii="Times New Roman" w:hAnsi="Times New Roman" w:cs="Times New Roman"/>
          <w:sz w:val="24"/>
          <w:szCs w:val="24"/>
          <w:lang w:val="ru-RU"/>
        </w:rPr>
        <w:t>». 5 класс. В двух частях. – М.: Дрофа, 2019</w:t>
      </w:r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022222" w:rsidRPr="00103A87" w:rsidRDefault="00022222" w:rsidP="00103A8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03A87" w:rsidRDefault="00103A87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22222" w:rsidRPr="00022222" w:rsidRDefault="00E351D4" w:rsidP="00103A8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CF4BAE" w:rsidRPr="00E351D4" w:rsidRDefault="00E351D4" w:rsidP="00103A87">
      <w:pPr>
        <w:autoSpaceDE w:val="0"/>
        <w:autoSpaceDN w:val="0"/>
        <w:spacing w:before="346" w:after="0" w:line="286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английскому языку для обучающихся 5 классов составлена на основе«Требований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образовательной программы основного общего образования и элементов содержания,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CF4BAE" w:rsidRPr="00E351D4" w:rsidRDefault="00E351D4" w:rsidP="00103A87">
      <w:pPr>
        <w:autoSpaceDE w:val="0"/>
        <w:autoSpaceDN w:val="0"/>
        <w:spacing w:before="264" w:after="0" w:line="262" w:lineRule="auto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«ИНОСТРАННЫЙ (АНГЛИЙСКИЙ) ЯЗЫК »</w:t>
      </w:r>
    </w:p>
    <w:p w:rsidR="00CF4BAE" w:rsidRPr="00E351D4" w:rsidRDefault="00E351D4" w:rsidP="00103A87">
      <w:pPr>
        <w:autoSpaceDE w:val="0"/>
        <w:autoSpaceDN w:val="0"/>
        <w:spacing w:before="166" w:after="0" w:line="286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и специального образования.</w:t>
      </w:r>
    </w:p>
    <w:p w:rsidR="00CF4BAE" w:rsidRPr="00E351D4" w:rsidRDefault="00E351D4" w:rsidP="00103A87">
      <w:pPr>
        <w:autoSpaceDE w:val="0"/>
        <w:autoSpaceDN w:val="0"/>
        <w:spacing w:before="190" w:after="0" w:line="28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CF4BAE" w:rsidRPr="00E351D4" w:rsidRDefault="00E351D4" w:rsidP="00103A87">
      <w:pPr>
        <w:autoSpaceDE w:val="0"/>
        <w:autoSpaceDN w:val="0"/>
        <w:spacing w:before="70" w:after="0" w:line="28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CF4BAE" w:rsidRPr="00E351D4" w:rsidRDefault="00E351D4" w:rsidP="00103A87">
      <w:pPr>
        <w:autoSpaceDE w:val="0"/>
        <w:autoSpaceDN w:val="0"/>
        <w:spacing w:before="190" w:after="0" w:line="28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постглобализации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учитывающее особенности культуры партнёра, что позволяет успешнее решать возникающие проблемы и избегать конфликтов.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19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lastRenderedPageBreak/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CF4BAE" w:rsidRPr="00E351D4" w:rsidRDefault="00E351D4" w:rsidP="00103A87">
      <w:pPr>
        <w:autoSpaceDE w:val="0"/>
        <w:autoSpaceDN w:val="0"/>
        <w:spacing w:before="262" w:after="0" w:line="230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«ИНОСТРАННЫЙ (АНГЛИЙСКИЙ) ЯЗЫК»</w:t>
      </w:r>
    </w:p>
    <w:p w:rsidR="00CF4BAE" w:rsidRPr="00103A87" w:rsidRDefault="00E351D4" w:rsidP="00103A87">
      <w:pPr>
        <w:tabs>
          <w:tab w:val="left" w:pos="180"/>
        </w:tabs>
        <w:autoSpaceDE w:val="0"/>
        <w:autoSpaceDN w:val="0"/>
        <w:spacing w:before="166" w:after="0" w:line="262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ценностном, когнитивном и прагматическом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уровнях и, соответственно,</w:t>
      </w:r>
      <w:r w:rsidR="00103A8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воплощаются в личностных,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общеучебных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/универсальных и предметных результатах обучения.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ств гр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ажданина, патриота; развития национального самосознания, стремления к взаимопониманию между людьми разных стран.</w:t>
      </w:r>
    </w:p>
    <w:p w:rsidR="00103A87" w:rsidRDefault="00E351D4" w:rsidP="00103A87">
      <w:pPr>
        <w:tabs>
          <w:tab w:val="left" w:pos="180"/>
        </w:tabs>
        <w:autoSpaceDE w:val="0"/>
        <w:autoSpaceDN w:val="0"/>
        <w:spacing w:before="190" w:after="0" w:line="288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На прагматическом уровне </w:t>
      </w:r>
      <w:r w:rsidRPr="00E351D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целью иноязычного образования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провозглашено формирование коммуникативной компетенции обучающихся в единстве таких её составляющих, как речевая, языковая,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социокультурная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, компенсаторная компетенции:</w:t>
      </w:r>
    </w:p>
    <w:p w:rsidR="00103A87" w:rsidRDefault="00E351D4" w:rsidP="00103A87">
      <w:pPr>
        <w:tabs>
          <w:tab w:val="left" w:pos="180"/>
        </w:tabs>
        <w:autoSpaceDE w:val="0"/>
        <w:autoSpaceDN w:val="0"/>
        <w:spacing w:before="190" w:after="0" w:line="288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="00103A8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речевая компетенция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— развитие коммуникативных умений в четырёх основных видах речевой деятельности (говорении,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аудировании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, чтении, письме);</w:t>
      </w:r>
    </w:p>
    <w:p w:rsidR="00103A87" w:rsidRDefault="00E351D4" w:rsidP="00103A87">
      <w:pPr>
        <w:tabs>
          <w:tab w:val="left" w:pos="180"/>
        </w:tabs>
        <w:autoSpaceDE w:val="0"/>
        <w:autoSpaceDN w:val="0"/>
        <w:spacing w:before="190" w:after="0" w:line="288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proofErr w:type="gramStart"/>
      <w:r w:rsidR="00103A8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языковая компетенция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—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  <w:proofErr w:type="gramEnd"/>
    </w:p>
    <w:p w:rsidR="00103A87" w:rsidRDefault="00E351D4" w:rsidP="00103A87">
      <w:pPr>
        <w:tabs>
          <w:tab w:val="left" w:pos="180"/>
        </w:tabs>
        <w:autoSpaceDE w:val="0"/>
        <w:autoSpaceDN w:val="0"/>
        <w:spacing w:before="190" w:after="0" w:line="288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proofErr w:type="spellStart"/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>социокультурная</w:t>
      </w:r>
      <w:proofErr w:type="spellEnd"/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/межкультурная компетенция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  <w:r w:rsidR="00103A8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190" w:after="0" w:line="288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компенсаторная компетенция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— развитие умений выходить из положения в условиях дефицита языковых сре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дств пр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и получении и передаче информации.</w:t>
      </w:r>
    </w:p>
    <w:p w:rsidR="00CF4BAE" w:rsidRPr="00E351D4" w:rsidRDefault="00E351D4" w:rsidP="00103A87">
      <w:pPr>
        <w:autoSpaceDE w:val="0"/>
        <w:autoSpaceDN w:val="0"/>
        <w:spacing w:before="190" w:after="0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Наряду с иноязычной коммуникативной компетенцией средствами иностранного языка формируются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>ключевые универсальные учебные компетенции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CF4BAE" w:rsidRPr="00E351D4" w:rsidRDefault="00E351D4" w:rsidP="00103A87">
      <w:pPr>
        <w:autoSpaceDE w:val="0"/>
        <w:autoSpaceDN w:val="0"/>
        <w:spacing w:before="190" w:after="0" w:line="283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иностранным языкам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признаются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компетентностный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системно-деятельностный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CF4BAE" w:rsidRPr="00E351D4" w:rsidRDefault="00E351D4" w:rsidP="00103A87">
      <w:pPr>
        <w:autoSpaceDE w:val="0"/>
        <w:autoSpaceDN w:val="0"/>
        <w:spacing w:before="264" w:after="0" w:line="262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МЕСТО УЧЕБНОГО ПРЕДМЕТА В УЧЕБНОМ ПЛАНЕ</w:t>
      </w:r>
      <w:proofErr w:type="gramStart"/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«И</w:t>
      </w:r>
      <w:proofErr w:type="gramEnd"/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НОСТРАННЫЙ (АНГЛИЙСКИЙ) ЯЗЫК»</w:t>
      </w:r>
    </w:p>
    <w:p w:rsidR="00CF4BAE" w:rsidRDefault="00E351D4" w:rsidP="00103A87">
      <w:pPr>
        <w:autoSpaceDE w:val="0"/>
        <w:autoSpaceDN w:val="0"/>
        <w:spacing w:before="166" w:after="0" w:line="271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5 классе отведено 102 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учебных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часа, по 3 часа в неделю.</w:t>
      </w:r>
    </w:p>
    <w:p w:rsidR="00CF4BAE" w:rsidRPr="00E351D4" w:rsidRDefault="00E351D4" w:rsidP="00103A87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103A87" w:rsidRDefault="00E351D4" w:rsidP="00103A87">
      <w:pPr>
        <w:tabs>
          <w:tab w:val="left" w:pos="180"/>
        </w:tabs>
        <w:autoSpaceDE w:val="0"/>
        <w:autoSpaceDN w:val="0"/>
        <w:spacing w:before="346" w:after="0" w:line="271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346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Моя семья. Мои друзья. Семейные праздники: день рождения, Новый год.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режим труда и отдыха, здоровое питание.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Покупки: одежда, обувь и продукты питания.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2" w:after="0" w:line="262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Школа, школьная жизнь, школьная форма, изучаемые предметы. Переписка с зарубежными сверстниками.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Каникулы в различное время года. Виды отдыха.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Природа: дикие и домашние животные. Погода. Родной город/село. Транспорт.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 </w:t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Выдающиеся люди родной страны и страны/стран изучаемого языка: писатели, поэты.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before="190" w:after="0" w:line="28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proofErr w:type="gramStart"/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Говорение </w:t>
      </w:r>
      <w:r w:rsidR="00A05DB4">
        <w:rPr>
          <w:lang w:val="ru-RU"/>
        </w:rPr>
        <w:br/>
      </w:r>
      <w:r w:rsidR="00A05DB4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коммуникативных умений </w:t>
      </w:r>
      <w:r w:rsidRPr="00E351D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диалогической речи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на базе умений, сформированных в начальной школе:</w:t>
      </w:r>
      <w:r w:rsidR="00A05DB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>диалог этикетного  характера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:  начинать,  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  <w:r w:rsidRPr="00E351D4">
        <w:rPr>
          <w:lang w:val="ru-RU"/>
        </w:rPr>
        <w:tab/>
      </w:r>
      <w:r w:rsidR="00A05DB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диалог </w:t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>побуждение к действию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 обращаться с просьбой, вежливо соглашаться/не соглашаться выполнить просьбу;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приглашать собеседника к совместной деятельности, вежливо 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соглашаться/не соглашаться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на предложение собеседника;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i/>
          <w:color w:val="000000"/>
          <w:sz w:val="24"/>
          <w:lang w:val="ru-RU"/>
        </w:rPr>
        <w:t>диалог-расспрос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 сообщать фактическую информацию, отвечая на вопросы разных видов; запрашивать интересующую информацию.</w:t>
      </w:r>
    </w:p>
    <w:p w:rsidR="00CF4BAE" w:rsidRPr="00E351D4" w:rsidRDefault="00E351D4" w:rsidP="00A05DB4">
      <w:pPr>
        <w:autoSpaceDE w:val="0"/>
        <w:autoSpaceDN w:val="0"/>
        <w:spacing w:before="70" w:after="0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CF4BAE" w:rsidRPr="00E351D4" w:rsidRDefault="00E351D4" w:rsidP="00103A87">
      <w:pPr>
        <w:autoSpaceDE w:val="0"/>
        <w:autoSpaceDN w:val="0"/>
        <w:spacing w:before="72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Объём диалога — до 5 реплик со стороны каждого собеседника.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86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коммуникативных умений </w:t>
      </w:r>
      <w:r w:rsidRPr="00E351D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монологической речи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на базе умений, сформированных в начальной школе: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1) создание устных  связных  монологических  высказываний с использованием основных коммуникативных типов речи: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— 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  <w:r w:rsidRPr="00E351D4">
        <w:rPr>
          <w:lang w:val="ru-RU"/>
        </w:rPr>
        <w:br/>
      </w:r>
      <w:r w:rsidRPr="00E351D4">
        <w:rPr>
          <w:lang w:val="ru-RU"/>
        </w:rPr>
        <w:lastRenderedPageBreak/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—   повествование/сообщение;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2) изложение (пересказ) основного содержания прочитанного текста;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3) краткое изложение результатов выполненной проектной работы.</w:t>
      </w:r>
    </w:p>
    <w:p w:rsidR="00CF4BAE" w:rsidRPr="00E351D4" w:rsidRDefault="00E351D4" w:rsidP="00103A87">
      <w:pPr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Объём монологического высказывания — 5-6 фраз.</w:t>
      </w:r>
    </w:p>
    <w:p w:rsidR="00CF4BAE" w:rsidRPr="00E351D4" w:rsidRDefault="00CF4BAE" w:rsidP="00103A87">
      <w:pPr>
        <w:autoSpaceDE w:val="0"/>
        <w:autoSpaceDN w:val="0"/>
        <w:spacing w:after="78" w:line="220" w:lineRule="exact"/>
        <w:ind w:firstLine="567"/>
        <w:jc w:val="both"/>
        <w:rPr>
          <w:lang w:val="ru-RU"/>
        </w:rPr>
      </w:pP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after="0" w:line="286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proofErr w:type="spellStart"/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  <w:proofErr w:type="spellEnd"/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коммуникативных умений </w:t>
      </w:r>
      <w:proofErr w:type="spellStart"/>
      <w:r w:rsidRPr="00E351D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аудирования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на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базе умений, сформированных в начальной школе: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при непосредственном общении: понимание на слух речи учителя и одноклассников и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вербальная/невербальная реакция 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на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услышанное;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CF4BAE" w:rsidRPr="00E351D4" w:rsidRDefault="00E351D4" w:rsidP="00103A87">
      <w:pPr>
        <w:autoSpaceDE w:val="0"/>
        <w:autoSpaceDN w:val="0"/>
        <w:spacing w:before="72" w:after="0" w:line="271" w:lineRule="auto"/>
        <w:ind w:firstLine="567"/>
        <w:jc w:val="both"/>
        <w:rPr>
          <w:lang w:val="ru-RU"/>
        </w:rPr>
      </w:pP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Аудирование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CF4BAE" w:rsidRPr="00E351D4" w:rsidRDefault="00E351D4" w:rsidP="00103A87">
      <w:pPr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Аудирование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с пониманием запрашиваемой информации предполагает умение выделять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запрашиваемую информацию, представленную в эксплицитной (явной) форме, в воспринимаемом на слух тексте.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Тексты для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Время звучания текста/текстов для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— до 1 минуты.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190" w:after="0" w:line="281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Смысловое чтение 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190" w:after="0" w:line="281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CF4BAE" w:rsidRPr="00E351D4" w:rsidRDefault="00E351D4" w:rsidP="00103A87">
      <w:pPr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несущественные для понимания основного содержания.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 </w:t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несплошных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текстов (таблиц) и понимание представленной в них информации.</w:t>
      </w:r>
    </w:p>
    <w:p w:rsidR="00CF4BAE" w:rsidRPr="00E351D4" w:rsidRDefault="00E351D4" w:rsidP="00103A87">
      <w:pPr>
        <w:autoSpaceDE w:val="0"/>
        <w:autoSpaceDN w:val="0"/>
        <w:spacing w:before="72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несплошной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 (таблица).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Объём текста/текстов для чтения — 180-200 слов.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190" w:after="0" w:line="286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Письменная речь </w:t>
      </w:r>
    </w:p>
    <w:p w:rsidR="00CF4BAE" w:rsidRDefault="00E351D4" w:rsidP="00103A87">
      <w:pPr>
        <w:tabs>
          <w:tab w:val="left" w:pos="180"/>
        </w:tabs>
        <w:autoSpaceDE w:val="0"/>
        <w:autoSpaceDN w:val="0"/>
        <w:spacing w:before="190" w:after="0" w:line="28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умений письменной речи на базе умений, сформированных в начальной школе: </w:t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задачей;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написание коротких поздравлений с праздниками (с Новым годом, Рождеством, днём рождения); </w:t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351D4">
        <w:rPr>
          <w:lang w:val="ru-RU"/>
        </w:rPr>
        <w:br/>
      </w: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</w:p>
    <w:p w:rsidR="00CF4BAE" w:rsidRPr="00E351D4" w:rsidRDefault="00CF4BAE" w:rsidP="00103A87">
      <w:pPr>
        <w:autoSpaceDE w:val="0"/>
        <w:autoSpaceDN w:val="0"/>
        <w:spacing w:after="78" w:line="220" w:lineRule="exact"/>
        <w:ind w:firstLine="567"/>
        <w:jc w:val="both"/>
        <w:rPr>
          <w:lang w:val="ru-RU"/>
        </w:rPr>
      </w:pPr>
    </w:p>
    <w:p w:rsidR="00A05DB4" w:rsidRDefault="00E351D4" w:rsidP="00103A87">
      <w:pPr>
        <w:tabs>
          <w:tab w:val="left" w:pos="180"/>
        </w:tabs>
        <w:autoSpaceDE w:val="0"/>
        <w:autoSpaceDN w:val="0"/>
        <w:spacing w:after="0" w:line="281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ЯЗЫКОВЫЕ ЗНАНИЯ И УМЕНИЯ 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after="0" w:line="281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Фонетическая сторона речи 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after="0" w:line="281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Различение на  слух  и  адекватное,  без  ошибок, 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CF4BAE" w:rsidRPr="00E351D4" w:rsidRDefault="00E351D4" w:rsidP="00103A87">
      <w:pPr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демонстрирующее понимание текста.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CF4BAE" w:rsidRPr="00E351D4" w:rsidRDefault="00E351D4" w:rsidP="00103A87">
      <w:pPr>
        <w:autoSpaceDE w:val="0"/>
        <w:autoSpaceDN w:val="0"/>
        <w:spacing w:before="72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Объём текста для чтения вслух — до 90 слов.</w:t>
      </w:r>
    </w:p>
    <w:p w:rsidR="00A05DB4" w:rsidRDefault="00E351D4" w:rsidP="00103A87">
      <w:pPr>
        <w:autoSpaceDE w:val="0"/>
        <w:autoSpaceDN w:val="0"/>
        <w:spacing w:before="190" w:after="0" w:line="262" w:lineRule="auto"/>
        <w:ind w:left="180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Графика, орфография и пунктуация </w:t>
      </w:r>
    </w:p>
    <w:p w:rsidR="00CF4BAE" w:rsidRPr="00E351D4" w:rsidRDefault="00E351D4" w:rsidP="00103A87">
      <w:pPr>
        <w:autoSpaceDE w:val="0"/>
        <w:autoSpaceDN w:val="0"/>
        <w:spacing w:before="190" w:after="0" w:line="262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Правильное написание изученных слов.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190" w:after="0" w:line="281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Лексическая сторона речи 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190" w:after="0" w:line="281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CF4BAE" w:rsidRPr="00E351D4" w:rsidRDefault="00E351D4" w:rsidP="00103A87">
      <w:pPr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70" w:after="0" w:line="28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Основные способы словообразования:</w:t>
      </w:r>
    </w:p>
    <w:p w:rsidR="00A05DB4" w:rsidRDefault="00E351D4" w:rsidP="00A05DB4">
      <w:pPr>
        <w:tabs>
          <w:tab w:val="left" w:pos="180"/>
        </w:tabs>
        <w:autoSpaceDE w:val="0"/>
        <w:autoSpaceDN w:val="0"/>
        <w:spacing w:before="70" w:after="0" w:line="28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аффиксация: </w:t>
      </w:r>
    </w:p>
    <w:p w:rsidR="00A05DB4" w:rsidRDefault="00E351D4" w:rsidP="00A05DB4">
      <w:pPr>
        <w:tabs>
          <w:tab w:val="left" w:pos="180"/>
        </w:tabs>
        <w:autoSpaceDE w:val="0"/>
        <w:autoSpaceDN w:val="0"/>
        <w:spacing w:before="70" w:after="0" w:line="28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lastRenderedPageBreak/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образование имён существительных при помощи суффиксов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er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or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teacher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visitor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ist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scientist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tourist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sion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tion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dis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cussion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invitation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70" w:after="0" w:line="28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образование имён  прилагательных при помощи суффиксов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ful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wonderful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ian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an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color w:val="000000"/>
          <w:sz w:val="24"/>
        </w:rPr>
        <w:t>Russian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American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70" w:after="0" w:line="28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образование наречий при помощи суффикса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ly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recently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86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eastAsia="Times New Roman" w:hAnsi="Times New Roman"/>
          <w:color w:val="000000"/>
          <w:sz w:val="24"/>
        </w:rPr>
        <w:t>un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- (</w:t>
      </w:r>
      <w:r>
        <w:rPr>
          <w:rFonts w:ascii="Times New Roman" w:eastAsia="Times New Roman" w:hAnsi="Times New Roman"/>
          <w:color w:val="000000"/>
          <w:sz w:val="24"/>
        </w:rPr>
        <w:t>unhappy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unreality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unusually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190" w:after="0" w:line="271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190" w:after="0" w:line="271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Предложения с несколькими обстоятельствами, следующими в определённом порядке.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Past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FutureSimpleTense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CF4BAE" w:rsidRPr="00E351D4" w:rsidRDefault="00E351D4" w:rsidP="00103A87">
      <w:pPr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Глаголы в </w:t>
      </w:r>
      <w:proofErr w:type="spellStart"/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видо-временных</w:t>
      </w:r>
      <w:proofErr w:type="spellEnd"/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формах действительного залога в изъявительном наклонении в </w:t>
      </w:r>
      <w:r>
        <w:rPr>
          <w:rFonts w:ascii="Times New Roman" w:eastAsia="Times New Roman" w:hAnsi="Times New Roman"/>
          <w:color w:val="000000"/>
          <w:sz w:val="24"/>
        </w:rPr>
        <w:t>PresentPerfectTense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предложениях.</w:t>
      </w:r>
    </w:p>
    <w:p w:rsidR="00CF4BAE" w:rsidRPr="00A05DB4" w:rsidRDefault="00E351D4" w:rsidP="00A05DB4">
      <w:pPr>
        <w:autoSpaceDE w:val="0"/>
        <w:autoSpaceDN w:val="0"/>
        <w:spacing w:before="70" w:after="0" w:line="23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во множественном числе, в том числе имена существительные, имеющие</w:t>
      </w:r>
      <w:r w:rsidR="00A05DB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форму только множественного числа.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с причастиями настоящего и прошедшего времени.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190" w:after="0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СОЦИОКУЛЬТУРНЫЕ ЗНАНИЯ И УМЕНИЯ 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190" w:after="0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CF4BAE" w:rsidRPr="00E351D4" w:rsidRDefault="00E351D4" w:rsidP="00103A87">
      <w:pPr>
        <w:autoSpaceDE w:val="0"/>
        <w:autoSpaceDN w:val="0"/>
        <w:spacing w:before="70" w:after="0" w:line="27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CF4BAE" w:rsidRPr="00E351D4" w:rsidRDefault="00E351D4" w:rsidP="00103A87">
      <w:pPr>
        <w:autoSpaceDE w:val="0"/>
        <w:autoSpaceDN w:val="0"/>
        <w:spacing w:before="72" w:after="0" w:line="281" w:lineRule="auto"/>
        <w:ind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70" w:after="0" w:line="283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Формирование умений: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70" w:after="0" w:line="283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70" w:after="0" w:line="283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правильно оформлять свой адрес на английском языке (в анкете, формуляре);</w:t>
      </w:r>
    </w:p>
    <w:p w:rsidR="00A05DB4" w:rsidRDefault="00E351D4" w:rsidP="00103A87">
      <w:pPr>
        <w:tabs>
          <w:tab w:val="left" w:pos="180"/>
        </w:tabs>
        <w:autoSpaceDE w:val="0"/>
        <w:autoSpaceDN w:val="0"/>
        <w:spacing w:before="70" w:after="0" w:line="283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кратко представлять Россию и страну/страны изучаемого языка; 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83" w:lineRule="auto"/>
        <w:ind w:firstLine="567"/>
        <w:jc w:val="both"/>
        <w:rPr>
          <w:lang w:val="ru-RU"/>
        </w:rPr>
      </w:pPr>
      <w:r w:rsidRPr="00E351D4">
        <w:rPr>
          <w:lang w:val="ru-RU"/>
        </w:rPr>
        <w:lastRenderedPageBreak/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:rsidR="00A05DB4" w:rsidRDefault="00E351D4" w:rsidP="00103A87">
      <w:pPr>
        <w:autoSpaceDE w:val="0"/>
        <w:autoSpaceDN w:val="0"/>
        <w:spacing w:before="190" w:after="0" w:line="262" w:lineRule="auto"/>
        <w:ind w:left="180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КОМПЕНСАТОРНЫЕ УМЕНИЯ </w:t>
      </w:r>
    </w:p>
    <w:p w:rsidR="00CF4BAE" w:rsidRPr="00E351D4" w:rsidRDefault="00E351D4" w:rsidP="00103A87">
      <w:pPr>
        <w:autoSpaceDE w:val="0"/>
        <w:autoSpaceDN w:val="0"/>
        <w:spacing w:before="190" w:after="0" w:line="262" w:lineRule="auto"/>
        <w:ind w:left="180" w:firstLine="567"/>
        <w:jc w:val="both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при чтении и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аудировании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языковой, в том числе контекстуальной, догадки.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Использование в качестве опоры при порождении собственных высказываний ключевых слов, плана.</w:t>
      </w:r>
    </w:p>
    <w:p w:rsidR="00CF4BAE" w:rsidRPr="00E351D4" w:rsidRDefault="00E351D4" w:rsidP="00103A87">
      <w:pPr>
        <w:tabs>
          <w:tab w:val="left" w:pos="180"/>
        </w:tabs>
        <w:autoSpaceDE w:val="0"/>
        <w:autoSpaceDN w:val="0"/>
        <w:spacing w:before="70" w:after="0" w:line="262" w:lineRule="auto"/>
        <w:ind w:firstLine="567"/>
        <w:jc w:val="both"/>
        <w:rPr>
          <w:lang w:val="ru-RU"/>
        </w:rPr>
      </w:pPr>
      <w:r w:rsidRPr="00E351D4">
        <w:rPr>
          <w:lang w:val="ru-RU"/>
        </w:rPr>
        <w:tab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CF4BAE" w:rsidRDefault="00CF4BAE" w:rsidP="00103A87">
      <w:pPr>
        <w:ind w:firstLine="567"/>
        <w:jc w:val="both"/>
        <w:rPr>
          <w:lang w:val="ru-RU"/>
        </w:rPr>
      </w:pPr>
    </w:p>
    <w:p w:rsidR="00CF4BAE" w:rsidRPr="00E351D4" w:rsidRDefault="00CF4BAE" w:rsidP="00103A87">
      <w:pPr>
        <w:autoSpaceDE w:val="0"/>
        <w:autoSpaceDN w:val="0"/>
        <w:spacing w:after="78" w:line="220" w:lineRule="exact"/>
        <w:rPr>
          <w:lang w:val="ru-RU"/>
        </w:rPr>
      </w:pPr>
    </w:p>
    <w:p w:rsidR="00CF4BAE" w:rsidRPr="00A05DB4" w:rsidRDefault="00E351D4" w:rsidP="00FC13BB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FC13BB" w:rsidRDefault="00FC13BB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Изучение английского языка в 5 классе направлено на достижение </w:t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личностных,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метапредметных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CF4BAE" w:rsidRPr="00A05DB4" w:rsidRDefault="00E351D4" w:rsidP="00A05DB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ЛИЧНОСТНЫЕ РЕЗУЛЬТАТЫ</w:t>
      </w:r>
    </w:p>
    <w:p w:rsidR="00CF4BAE" w:rsidRPr="00A05DB4" w:rsidRDefault="00E351D4" w:rsidP="00A05DB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Личностные результаты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Гражданского воспитания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: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активное участие в жизни семьи, Организации, местного сообщества, родного края, страны; 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многоконфессиональном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обществе;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готовность к участию в гуманитарной деятельности (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волонтёрство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, помощь людям, нуждающимся в ней).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Патриотического воспитания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: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Духовно-нравственного воспитания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: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lastRenderedPageBreak/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FC13BB" w:rsidRDefault="00E351D4" w:rsidP="00FC13BB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Эстетического</w:t>
      </w:r>
      <w:r w:rsidR="00FC13BB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 </w:t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воспитания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:</w:t>
      </w:r>
    </w:p>
    <w:p w:rsidR="00CF4BAE" w:rsidRPr="00FC13BB" w:rsidRDefault="00E351D4" w:rsidP="00FC13BB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стремление к самовыражению в разных видах искусства.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осознание ценности жизни;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соблюдение правил безопасности, в том числе навыков безопасного поведения в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интернет-среде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способность адаптироваться к стрессовым ситуациям и меняющимся социальным,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сформированность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Трудового воспитания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: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готовность адаптироваться в профессиональной среде;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уважение к труду и результатам трудовой деятельности;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Экологического воспитания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: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осознание своей роли как гражданина и потребителя в условиях взаимосвязи природной,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технологической и социальной сред;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готовность к участию в практической деятельности экологической направленности.</w:t>
      </w:r>
    </w:p>
    <w:p w:rsidR="00FC13BB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Ценности научного познания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:</w:t>
      </w:r>
    </w:p>
    <w:p w:rsidR="00CF4BAE" w:rsidRPr="00FC13BB" w:rsidRDefault="00E351D4" w:rsidP="00FC13BB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овладение языковой и читательской культурой как средством познания мира;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овладение основными навыками исследовательской деятельности, установка на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осмысление опыта,</w:t>
      </w:r>
      <w:r w:rsidR="00FC13BB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Личностные результаты, обеспечивающие адаптацию обучающегося</w:t>
      </w:r>
      <w:r w:rsidR="00FC13BB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 </w:t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к изменяющимся условиям социальной и природной среды, включают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: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способность обучающихся взаимодействовать в условиях неопределённости, открытость опыту и знаниям других;</w:t>
      </w:r>
      <w:r w:rsidR="00FC13BB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понятиями), а также оперировать терминами и представлениями в области концепции устойчивого развития;</w:t>
      </w:r>
      <w:r w:rsidR="00FC13BB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умение анализировать и выявлять взаимосвязи природы, общества и экономики;</w:t>
      </w:r>
      <w:proofErr w:type="gramEnd"/>
      <w:r w:rsidR="00FC13BB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  <w:r w:rsidR="00FC13BB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воспринимать стрессовую ситуацию как вызов, требующий контрмер;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оценивать ситуацию стресса, корректировать принимаемые решения и действия;</w:t>
      </w:r>
      <w:r w:rsidR="00FC13BB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формулировать и оценивать риски и последствия, формировать опыт, уметь находить позитивное в произошедшей ситуации;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быть готовым действовать в отсутствие гарантий успеха.</w:t>
      </w:r>
    </w:p>
    <w:p w:rsidR="00CF4BAE" w:rsidRPr="00A05DB4" w:rsidRDefault="00E351D4" w:rsidP="00A05DB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МЕТАПРЕДМЕТНЫЕ РЕЗУЛЬТАТЫ</w:t>
      </w:r>
    </w:p>
    <w:p w:rsidR="00CF4BAE" w:rsidRPr="00FC13BB" w:rsidRDefault="00E351D4" w:rsidP="00FC13BB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Метапредметные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результаты освоения программы основного общего образования, в том числе адаптированной, должны отражать: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Овладение универсальными учебными познавательными действиями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: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1) базовые логические действия: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выявлять и характеризовать существенные признаки объектов (явлений);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предлагать критерии для выявления закономерностей и противоречий;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выявлять дефицит информации, данных, необходимых для решения поставленной задачи;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выявлять причинно-следственные связи при изучении явлений и процессов;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самостоятельно выбирать способ решения учебной задачи (сравнивать несколько вариантов решения,  выбирать  наиболее подходящий с учётом самостоятельно выделенных критериев);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2) базовые исследовательские действия: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исследования (эксперимента); </w:t>
      </w:r>
      <w:r w:rsidRPr="00A05DB4">
        <w:rPr>
          <w:rFonts w:ascii="Times New Roman" w:hAnsi="Times New Roman" w:cs="Times New Roman"/>
          <w:lang w:val="ru-RU"/>
        </w:rPr>
        <w:lastRenderedPageBreak/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3) работа с информацией: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сформированность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когнитивных навыков у обучающихся.</w:t>
      </w:r>
    </w:p>
    <w:p w:rsidR="00CF4BAE" w:rsidRPr="00DC75CC" w:rsidRDefault="00E351D4" w:rsidP="00DC75CC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Овладение универсальными учебными коммуникативными действиями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1) общение: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выражать себя (свою точку зрения) в устных и письменных текстах;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ходе диалога </w:t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и(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публично представлять результаты выполненного опыта (эксперимента, исследования, проекта);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2) совместная деятельность: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уметь обобщать мнения </w:t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нескольких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людей, проявлять готовность руководить, выполнять поручения, подчиняться;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сформированность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социальных навыков и эмоционального интеллекта обучающихся.</w:t>
      </w:r>
    </w:p>
    <w:p w:rsidR="00CF4BAE" w:rsidRPr="00DC75CC" w:rsidRDefault="00E351D4" w:rsidP="00DC75CC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>Овладение универсальными учебными регулятивными действиями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1) самоорганизация: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выявлять проблемы для решения в жизненных и учебных ситуациях;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самостоятельно составлять алгоритм решения  задачи  (или его часть), выбирать способ решения учебной задачи с учётом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имеющихся ресурсов и собственных возможностей, аргументировать предлагаемые варианты решений;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делать выбор и брать ответственность за решение;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2) самоконтроль: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самомотивации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 рефлексии;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недостижения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оценивать соответствие результата цели и условиям;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>3) эмоциональный интеллект:</w:t>
      </w:r>
      <w:r w:rsidR="00DC75CC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различать, называть и управлять собственными эмоциями и эмоциями других;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выявлять и анализировать причины эмоций;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ставить себя на место другого человека, понимать мотивы и намерения другого;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регулировать способ выражения эмоций;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4) принятие себя и других: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принимать себя и других, не осуждая;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открытость себе и другим;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CF4BAE" w:rsidRPr="00A05DB4" w:rsidRDefault="00E351D4" w:rsidP="00A05DB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CF4BAE" w:rsidRPr="00A05DB4" w:rsidRDefault="00E351D4" w:rsidP="00A05DB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ПРЕДМЕТНЫЕ РЕЗУЛЬТАТЫ</w:t>
      </w:r>
    </w:p>
    <w:p w:rsidR="00CF4BAE" w:rsidRPr="00A05DB4" w:rsidRDefault="00E351D4" w:rsidP="00A05DB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сформированность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иноязычной коммуникативной компетенции на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допороговом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уровне в совокупности её составляющих — речевой, языковой,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социокультурной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компенсаторной,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метапредметной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(учебно-познавательной).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1) Владеть основными видами речевой деятельности: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говорение: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вести разные виды диалогов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(диалог этикетного характера, диалог 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создавать разные виды монологических высказываний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5-6 фраз);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излагать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основное содержание прочитанного текста с вербальными и/или зрительными опорами (объём — 5-6 фраз); кратко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излагать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результаты  выполненной проектной работы (объём — до 6 фраз);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proofErr w:type="spellStart"/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аудирование</w:t>
      </w:r>
      <w:proofErr w:type="spellEnd"/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: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воспринимать на слух и понимать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аудирования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— до 1 минуты); </w:t>
      </w:r>
      <w:r w:rsidRPr="00A05DB4">
        <w:rPr>
          <w:rFonts w:ascii="Times New Roman" w:hAnsi="Times New Roman" w:cs="Times New Roman"/>
          <w:lang w:val="ru-RU"/>
        </w:rPr>
        <w:tab/>
      </w:r>
      <w:proofErr w:type="spellStart"/>
      <w:proofErr w:type="gramStart"/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смысловоечтение</w:t>
      </w:r>
      <w:proofErr w:type="spellEnd"/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: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читать про себя и понимать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180-200 слов); читать про себя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несплошные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тексты (таблицы) и понимать представленную в них информацию;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письменная речь: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писать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изучаемого языка;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писать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электронное сообщение личного характера, соблюдая речевой этикет, принятый в стране/странах изучаемого языка (объём сообщения — до 60 слов);</w:t>
      </w:r>
    </w:p>
    <w:p w:rsidR="00CF4BAE" w:rsidRPr="00DC75CC" w:rsidRDefault="00E351D4" w:rsidP="00DC75CC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2)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>владеть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фонетическими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навыками: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различать на слух и адекватно,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без ошибок, ведущих к сбою коммуникации,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произносить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слова с правильным ударением и фразы с соблюдением их ритмико-интонационных особенностей, в том числе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применять правила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отсутствия фразового ударения на</w:t>
      </w:r>
      <w:r w:rsidR="00DC75CC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служебных словах; </w:t>
      </w:r>
      <w:proofErr w:type="gramStart"/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выразительно читать вслух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>владеть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орфографическими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навыками: правильно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писать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изученные слова;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>владеть</w:t>
      </w:r>
      <w:r w:rsidRPr="00A05DB4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пунктуационными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навыками:</w:t>
      </w:r>
      <w:r w:rsidR="00DC75CC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>использовать</w:t>
      </w:r>
      <w:r w:rsidR="00DC75CC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точку, вопросительный и восклицательный знаки в конце предложения, запятую при перечислении и обращении, апостроф;</w:t>
      </w:r>
      <w:proofErr w:type="gram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пунктуационно правильно оформлять электронное сообщение личного характера;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3)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распознавать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звучащем и письменном тексте 675 лексических единиц (слов, словосочетаний, речевых клише) и правильно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употреблять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устной и письменной речи 625 лексических единиц (включая  500  лексических 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  <w:r w:rsidRPr="00A05DB4">
        <w:rPr>
          <w:rFonts w:ascii="Times New Roman" w:hAnsi="Times New Roman" w:cs="Times New Roman"/>
          <w:lang w:val="ru-RU"/>
        </w:rPr>
        <w:tab/>
      </w:r>
      <w:proofErr w:type="gramStart"/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распознавать и употреблять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er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/-</w:t>
      </w:r>
      <w:r w:rsidRPr="00A05DB4">
        <w:rPr>
          <w:rFonts w:ascii="Times New Roman" w:eastAsia="Times New Roman" w:hAnsi="Times New Roman" w:cs="Times New Roman"/>
          <w:color w:val="000000"/>
          <w:sz w:val="24"/>
        </w:rPr>
        <w:t>or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, -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ist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, -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sion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/-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tion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; имена прилагательные с суффиксами -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ful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, -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ian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/-</w:t>
      </w:r>
      <w:r w:rsidRPr="00A05DB4">
        <w:rPr>
          <w:rFonts w:ascii="Times New Roman" w:eastAsia="Times New Roman" w:hAnsi="Times New Roman" w:cs="Times New Roman"/>
          <w:color w:val="000000"/>
          <w:sz w:val="24"/>
        </w:rPr>
        <w:t>an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; наречия с суффиксом -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ly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; имена прилагательные, имена существительные и наречия с отрицательным префиксом </w:t>
      </w:r>
      <w:r w:rsidRPr="00A05DB4">
        <w:rPr>
          <w:rFonts w:ascii="Times New Roman" w:eastAsia="Times New Roman" w:hAnsi="Times New Roman" w:cs="Times New Roman"/>
          <w:color w:val="000000"/>
          <w:sz w:val="24"/>
        </w:rPr>
        <w:t>un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распознавать и употреблять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 устной и письменной речи изученные синонимы и интернациональные слова;</w:t>
      </w:r>
      <w:proofErr w:type="gramEnd"/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4)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знать и понимать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особенности структуры простых и сложных предложений английского языка; различных коммуникативных типов предложений английского языка;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распознавать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 письменном и звучащем тексте и употреблять в устной и письменной речи: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-  предложения с несколькими обстоятельствами, следующими в определённом порядке;</w:t>
      </w:r>
      <w:r w:rsidRPr="00A05DB4">
        <w:rPr>
          <w:rFonts w:ascii="Times New Roman" w:hAnsi="Times New Roman" w:cs="Times New Roman"/>
          <w:lang w:val="ru-RU"/>
        </w:rPr>
        <w:br/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вопросительные предложения (альтернативный и разделительный вопросы в </w:t>
      </w:r>
      <w:r w:rsidRPr="00A05DB4">
        <w:rPr>
          <w:rFonts w:ascii="Times New Roman" w:eastAsia="Times New Roman" w:hAnsi="Times New Roman" w:cs="Times New Roman"/>
          <w:color w:val="000000"/>
          <w:sz w:val="24"/>
        </w:rPr>
        <w:t>Present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 w:rsidRPr="00A05DB4">
        <w:rPr>
          <w:rFonts w:ascii="Times New Roman" w:eastAsia="Times New Roman" w:hAnsi="Times New Roman" w:cs="Times New Roman"/>
          <w:color w:val="000000"/>
          <w:sz w:val="24"/>
        </w:rPr>
        <w:t>Past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</w:rPr>
        <w:t>FutureSimpleTense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);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proofErr w:type="gram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глаголы в 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видо-временных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 формах  действительного  залога в изъявительном наклонении в </w:t>
      </w:r>
      <w:r w:rsidRPr="00A05DB4">
        <w:rPr>
          <w:rFonts w:ascii="Times New Roman" w:eastAsia="Times New Roman" w:hAnsi="Times New Roman" w:cs="Times New Roman"/>
          <w:color w:val="000000"/>
          <w:sz w:val="24"/>
        </w:rPr>
        <w:t>PresentPerfectTense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предложениях;</w:t>
      </w:r>
      <w:r w:rsidR="00DC75CC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- имена существительные во множественном числе, в том числе имена существительные, имеющие форму только множественного числа;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- имена существительные с причастиями настоящего и прошедшего времени;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- наречия в положительной, сравнительной и превосходной степенях, образованные по правилу, и исключения;</w:t>
      </w:r>
      <w:proofErr w:type="gramEnd"/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5)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владеть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социокультурными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знаниями и умениями: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- использовать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- знать/понимать и использовать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- правильно оформлять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адрес, писать фамилии и имена (свои, родственников и друзей) на английском языке (в анкете, формуляре);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- обладать базовыми знаниями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о социокультурном портрете родной страны и страны/стран изучаемого языка;</w:t>
      </w: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кратко представлять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Россию и страны/стран изучаемого языка;</w:t>
      </w:r>
    </w:p>
    <w:p w:rsidR="00CF4BAE" w:rsidRPr="00DC75CC" w:rsidRDefault="00E351D4" w:rsidP="00DC75CC">
      <w:pPr>
        <w:autoSpaceDE w:val="0"/>
        <w:autoSpaceDN w:val="0"/>
        <w:spacing w:after="0" w:line="240" w:lineRule="auto"/>
        <w:ind w:left="180"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6) </w:t>
      </w:r>
      <w:r w:rsidRPr="00A05DB4">
        <w:rPr>
          <w:rFonts w:ascii="Times New Roman" w:eastAsia="Times New Roman" w:hAnsi="Times New Roman" w:cs="Times New Roman"/>
          <w:i/>
          <w:color w:val="000000"/>
          <w:sz w:val="24"/>
          <w:lang w:val="ru-RU"/>
        </w:rPr>
        <w:t xml:space="preserve">владеть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компенсаторными умениями: использовать при чтении и </w:t>
      </w:r>
      <w:proofErr w:type="spellStart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аудировании</w:t>
      </w:r>
      <w:proofErr w:type="spellEnd"/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языковую</w:t>
      </w:r>
      <w:r w:rsidR="00DC75CC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догадку, в том числе контекстуальную; 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</w:t>
      </w:r>
    </w:p>
    <w:p w:rsidR="00CF4BAE" w:rsidRPr="00A05DB4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CF4BAE" w:rsidRDefault="00E351D4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A05DB4">
        <w:rPr>
          <w:rFonts w:ascii="Times New Roman" w:hAnsi="Times New Roman" w:cs="Times New Roman"/>
          <w:lang w:val="ru-RU"/>
        </w:rPr>
        <w:tab/>
      </w:r>
      <w:r w:rsidRPr="00A05DB4">
        <w:rPr>
          <w:rFonts w:ascii="Times New Roman" w:eastAsia="Times New Roman" w:hAnsi="Times New Roman" w:cs="Times New Roman"/>
          <w:color w:val="000000"/>
          <w:sz w:val="24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DC75CC" w:rsidRDefault="00DC75CC" w:rsidP="00A05DB4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p w:rsidR="004E114B" w:rsidRDefault="004E114B" w:rsidP="004E114B">
      <w:pPr>
        <w:autoSpaceDE w:val="0"/>
        <w:autoSpaceDN w:val="0"/>
        <w:spacing w:after="258" w:line="233" w:lineRule="auto"/>
        <w:jc w:val="center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>ТЕМАТИЧЕСКОЕ ПЛАНИРОВАНИЕ</w:t>
      </w:r>
    </w:p>
    <w:tbl>
      <w:tblPr>
        <w:tblW w:w="10490" w:type="dxa"/>
        <w:tblInd w:w="-562" w:type="dxa"/>
        <w:tblLayout w:type="fixed"/>
        <w:tblLook w:val="04A0"/>
      </w:tblPr>
      <w:tblGrid>
        <w:gridCol w:w="567"/>
        <w:gridCol w:w="1701"/>
        <w:gridCol w:w="426"/>
        <w:gridCol w:w="567"/>
        <w:gridCol w:w="567"/>
        <w:gridCol w:w="850"/>
        <w:gridCol w:w="2126"/>
        <w:gridCol w:w="1560"/>
        <w:gridCol w:w="2126"/>
      </w:tblGrid>
      <w:tr w:rsidR="004E114B" w:rsidRPr="00954E07" w:rsidTr="00761912">
        <w:trPr>
          <w:trHeight w:hRule="exact" w:val="34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lastRenderedPageBreak/>
              <w:t>№</w:t>
            </w:r>
            <w:r w:rsidRPr="00954E0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  <w:lang w:val="ru-RU"/>
              </w:rPr>
              <w:t>Наименование разделов и тем программы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Количество</w:t>
            </w:r>
            <w:proofErr w:type="spellEnd"/>
            <w:r w:rsidR="00761912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Дата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</w:t>
            </w:r>
            <w:r w:rsidRPr="00954E0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изучения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Виды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</w:t>
            </w:r>
            <w:r w:rsidRPr="00954E0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деятельности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Виды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,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формы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контроля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Электронные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(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цифровые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)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образовательные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ресурсы</w:t>
            </w:r>
            <w:proofErr w:type="spellEnd"/>
          </w:p>
        </w:tc>
      </w:tr>
      <w:tr w:rsidR="00954E07" w:rsidRPr="00954E07" w:rsidTr="00761912">
        <w:trPr>
          <w:trHeight w:hRule="exact" w:val="109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14B" w:rsidRPr="00954E07" w:rsidRDefault="004E114B" w:rsidP="007619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14B" w:rsidRPr="00954E07" w:rsidRDefault="004E114B" w:rsidP="007619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всего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контрольные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работы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E114B" w:rsidRPr="00954E07" w:rsidRDefault="004E114B" w:rsidP="0076191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практические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работы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14B" w:rsidRPr="00954E07" w:rsidRDefault="004E114B" w:rsidP="007619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14B" w:rsidRPr="00954E07" w:rsidRDefault="004E114B" w:rsidP="007619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14B" w:rsidRPr="00954E07" w:rsidRDefault="004E114B" w:rsidP="007619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14B" w:rsidRPr="00954E07" w:rsidRDefault="004E114B" w:rsidP="007619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4E07" w:rsidRPr="007119A2" w:rsidTr="00761912">
        <w:trPr>
          <w:trHeight w:hRule="exact" w:val="36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Моя семья. Мои друзья. Семейные праздники (день рождения, Новый год)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07.10.2022 28.10.2022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речь;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Монологическая речь;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Смысловое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чтение;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Письменная речь; Фонетическая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сторона речи;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Орфография и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пунктуация;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Лексическая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сторона речи;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Грамматическая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сторона речи;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Устный опрос;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Письменный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контроль;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Контрольная работа;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gamestolearuenglish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comhttp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sharedtalk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954E07" w:rsidRPr="00954E07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Внешность и характер человека/литературного персонажа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19.12.2022 27.12.2022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речь;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Монологическая речь;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Смысловое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чтение;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Письменная речь; Фонетическая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сторона речи;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Орфография и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пунктуация;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Лексическая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сторона речи;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Грамматическая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сторона речи; </w:t>
            </w:r>
            <w:r w:rsidRPr="00954E0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Устныйопрос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;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Письменный</w:t>
            </w:r>
            <w:proofErr w:type="spellEnd"/>
            <w:r w:rsidRPr="00954E0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контроль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http://www.gamestolearuenglish.com http://www.sharedtalk.com </w:t>
            </w:r>
            <w:r w:rsidRPr="00954E0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http://www.readbookonline.net </w:t>
            </w:r>
            <w:r w:rsidRPr="00954E0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http://www.esl-lab.com </w:t>
            </w:r>
            <w:r w:rsidRPr="00954E0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Onlinedictionariesandencyclopedias</w:t>
            </w:r>
            <w:proofErr w:type="spellEnd"/>
          </w:p>
        </w:tc>
      </w:tr>
      <w:tr w:rsidR="004E114B" w:rsidRPr="00954E07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Досуг и увлечения/хобби современного подростка (чтение, кино, спорт)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16.09.2022 05.10.2022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Устныйопрос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;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Письменный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контроль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http://www.gamestolearuenglish.com http://www.sharedtalk.com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br/>
              <w:t xml:space="preserve">http://www.readbookonline.net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br/>
              <w:t>http://www.esl-lab.com</w:t>
            </w:r>
          </w:p>
        </w:tc>
      </w:tr>
      <w:tr w:rsidR="004E114B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Здоровый образ жизни: режим труда и отдыха.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Здоровоепитание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05.12.2022 16.12.2022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Устный опрос;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Письменный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контроль;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Контрольная работа;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gamestolearuenglish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comhttp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sharedtalk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4E114B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Покупки: одежда, обувь и продукты питания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16.01.2023 27.01.2023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Самооценка с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использованием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«Оценочного листа»;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gamestolearuenglish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comhttp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sharedtalk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4E114B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4E114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Школа, школьная жизнь, школьная форма, изучаемые предметы. Переписка с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зарубежнымисверстниками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02.11.2022 02.12.2022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Устныйопрос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; Письменный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контроль;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E114B" w:rsidRPr="00954E07" w:rsidRDefault="004E114B" w:rsidP="00954E07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gamestolearuenglish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sharedtalk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better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grammar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htm</w:t>
            </w:r>
            <w:proofErr w:type="spellEnd"/>
          </w:p>
        </w:tc>
      </w:tr>
      <w:tr w:rsidR="00954E07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Каникулы в различное время года. 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Видыотдыха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54E0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02.09.2022 14.09.2022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Устныйопрос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; Письменный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контроль;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gamestolearuenglish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sharedtalk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954E07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lastRenderedPageBreak/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Природа: дикие и домашние животные. Погода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24.04.2023 25.05.2023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Устныйопрос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; Письменный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контроль;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4E07" w:rsidRPr="00954E07" w:rsidRDefault="00954E07" w:rsidP="00954E07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gamestolearuenglish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learnenglish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britishcouncil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org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954E07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761912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Родной город/село. Транспорт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19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01.02.2023 22.02.2023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Устный опрос;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Письменный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контроль;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Контрольная работа;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gamestolearuenglish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comhttp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sharedtalk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761912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Родная страна и страна/страны изучаемого языка. </w:t>
            </w:r>
            <w:proofErr w:type="gram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Их географическое положение, столицы,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24.02.2023 03.04.2023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Диалогическая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речь;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Монологическая речь;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Устныйопрос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; Письменный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контроль;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brittanika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761912" w:rsidRPr="007119A2" w:rsidTr="00761912">
        <w:trPr>
          <w:trHeight w:hRule="exact" w:val="3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Выдающиеся люди родной страны и страны/стран изучаемого языка: писатели, поэты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05.04.2023 19.04.2023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Монологическая речь;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Аудирование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Смысловое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чтение;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Письменная речь; Фонетическая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Орфография и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пунктуация;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Лексическая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Грамматическая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 xml:space="preserve">сторона речи;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Социокультурные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знания и умения;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Устныйопрос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; Письменный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  <w:t>контроль;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britannika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br/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readbookonline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net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www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esl</w:t>
            </w:r>
            <w:proofErr w:type="spellEnd"/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-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lab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761912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761912" w:rsidRPr="00761912" w:rsidTr="00FF79B1">
        <w:trPr>
          <w:trHeight w:hRule="exact" w:val="3596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Default="00761912" w:rsidP="009F43A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Default="00761912" w:rsidP="009F43A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Default="00761912" w:rsidP="009F43A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C95DB0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61912" w:rsidRPr="00761912" w:rsidRDefault="00761912" w:rsidP="00761912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ru-RU"/>
              </w:rPr>
            </w:pPr>
          </w:p>
        </w:tc>
      </w:tr>
    </w:tbl>
    <w:p w:rsidR="00761912" w:rsidRDefault="00761912" w:rsidP="00761912">
      <w:pPr>
        <w:jc w:val="both"/>
      </w:pPr>
    </w:p>
    <w:p w:rsidR="00CF4BAE" w:rsidRDefault="00E351D4" w:rsidP="00761912">
      <w:pPr>
        <w:autoSpaceDE w:val="0"/>
        <w:autoSpaceDN w:val="0"/>
        <w:spacing w:after="320" w:line="230" w:lineRule="auto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10552" w:type="dxa"/>
        <w:tblInd w:w="-587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 w:rsidTr="006E2A09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CF4BAE" w:rsidTr="006E2A09">
        <w:trPr>
          <w:trHeight w:hRule="exact" w:val="82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AE" w:rsidRDefault="00CF4BAE" w:rsidP="00103A87"/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AE" w:rsidRDefault="00CF4BAE" w:rsidP="00103A87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AE" w:rsidRDefault="00CF4BAE" w:rsidP="00103A87"/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AE" w:rsidRDefault="00CF4BAE" w:rsidP="00103A87"/>
        </w:tc>
      </w:tr>
      <w:tr w:rsidR="00CF4BAE" w:rsidTr="006E2A0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время года. Виды отдыха. Лето в деревне.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6E2A09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время года. Виды отдыха. Лето у моря.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 года. Виды отдыха. В летнем лагере.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CF4BAE" w:rsidTr="006E2A0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 года. Виды отдыха. В спортивном лагере.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Входная контрольная работа. Каникулы в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различное время года. Виды отдыха. Отдых зимой и летом.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F4BAE" w:rsidTr="006E2A0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Коррекция знаний. 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 года.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Мыдумаем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каникулах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RPr="007119A2" w:rsidTr="006E2A09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Default="00E351D4" w:rsidP="00103A87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Свободноевремя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CF4BAE" w:rsidTr="006E2A0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Увлечениямоихдрузей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животные.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Времена года.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307E2" w:rsidTr="00E307E2">
        <w:trPr>
          <w:trHeight w:hRule="exact" w:val="28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9213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9213A7">
            <w:pPr>
              <w:autoSpaceDE w:val="0"/>
              <w:autoSpaceDN w:val="0"/>
              <w:spacing w:before="98" w:after="0" w:line="286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страны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страны/стран 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Персонажипроизведенийанглийских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российских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писателей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сказочные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персонажи.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9213A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9213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9213A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9213A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9213A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E307E2" w:rsidTr="00E307E2">
        <w:trPr>
          <w:trHeight w:hRule="exact" w:val="211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77560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Pr="00E351D4" w:rsidRDefault="00E307E2" w:rsidP="0077560A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страны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языка: писатели, поэты.</w:t>
            </w:r>
          </w:p>
          <w:p w:rsidR="00E307E2" w:rsidRDefault="00E307E2" w:rsidP="0077560A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Писатели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77560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77560A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77560A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77560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77560A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E307E2" w:rsidTr="00E307E2">
        <w:trPr>
          <w:trHeight w:hRule="exact" w:val="211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A55D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Pr="00E351D4" w:rsidRDefault="00E307E2" w:rsidP="00A55D58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изучаемые предметы. Мои друзья. Переписка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зарубежными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сверстниками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A55D5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A55D58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A55D58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A55D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A55D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307E2" w:rsidTr="00E307E2">
        <w:trPr>
          <w:trHeight w:hRule="exact" w:val="142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4F4C3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4F4C32">
            <w:pPr>
              <w:autoSpaceDE w:val="0"/>
              <w:autoSpaceDN w:val="0"/>
              <w:spacing w:before="98" w:after="0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4F4C3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4F4C3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4F4C32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4F4C3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4F4C3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307E2" w:rsidTr="00E307E2">
        <w:trPr>
          <w:trHeight w:hRule="exact" w:val="142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0F40D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0F40D2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праздники.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Членысемьи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0F40D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0F40D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0F40D2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0F40D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307E2" w:rsidRDefault="00E307E2" w:rsidP="000F40D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98" w:right="985" w:bottom="1082" w:left="1276" w:header="720" w:footer="720" w:gutter="0"/>
          <w:cols w:space="720" w:equalWidth="0">
            <w:col w:w="9639" w:space="0"/>
          </w:cols>
          <w:docGrid w:linePitch="360"/>
        </w:sectPr>
      </w:pPr>
    </w:p>
    <w:tbl>
      <w:tblPr>
        <w:tblW w:w="10552" w:type="dxa"/>
        <w:tblInd w:w="-587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 w:rsidTr="006E2A09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праздники.</w:t>
            </w:r>
          </w:p>
          <w:p w:rsidR="00CF4BAE" w:rsidRDefault="00E351D4" w:rsidP="00103A87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Профессиичленовсемьи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CF4BAE" w:rsidTr="006E2A0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Любимыезанятиячленовсемьи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праздники.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Лучшийдруг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подруга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Мои друзья.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Семейные праздники.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которыемывыбираем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538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10552" w:type="dxa"/>
        <w:tblInd w:w="-587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 w:rsidTr="006E2A09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за 1 четверть. Моя семья. Мои друзья. Семейные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праздники. Семейные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традиции.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F4BAE" w:rsidTr="006E2A09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Коррекция знаний.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человека/литературного персонажа. Внешность и характер членов моей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семьи.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человека/литературного персонажа.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характера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RPr="007119A2" w:rsidTr="006E2A0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Внешность и характер человека/литературного персонажа. Внешность и характер моих друзей.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CF4BAE" w:rsidTr="006E2A09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человека/литературного персонажа. Мои любимые литературные персонажи: внешность и характер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праздники.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Наулице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друзьями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6E2A09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jc w:val="both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праздники.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друзьями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Школьное расписание (дни недели)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F4BAE" w:rsidTr="006E2A09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Школьные принадлежности.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370" w:left="1276" w:header="720" w:footer="720" w:gutter="0"/>
          <w:cols w:space="720" w:equalWidth="0">
            <w:col w:w="9639" w:space="0"/>
          </w:cols>
          <w:docGrid w:linePitch="360"/>
        </w:sectPr>
      </w:pPr>
    </w:p>
    <w:tbl>
      <w:tblPr>
        <w:tblpPr w:leftFromText="180" w:rightFromText="180" w:vertAnchor="text" w:horzAnchor="margin" w:tblpXSpec="center" w:tblpY="235"/>
        <w:tblW w:w="10552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6E2A09" w:rsidTr="006E2A09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Классный кабинет.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E2A09" w:rsidTr="006E2A09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2" w:after="0" w:line="271" w:lineRule="auto"/>
              <w:ind w:left="72"/>
              <w:jc w:val="both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Распорядок школьного дня.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6E2A09" w:rsidTr="006E2A09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Домашнее задание.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E2A09" w:rsidTr="006E2A09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Переписка с зарубежными сверстниками. Школьные </w:t>
            </w:r>
            <w:proofErr w:type="spell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правла</w:t>
            </w:r>
            <w:proofErr w:type="spell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E2A09" w:rsidRPr="007119A2" w:rsidTr="006E2A09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Школьная форма.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6E2A09" w:rsidTr="006E2A09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Школьные кружки.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E2A09" w:rsidTr="006E2A09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Pr="00E351D4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</w:t>
            </w:r>
          </w:p>
          <w:p w:rsidR="006E2A09" w:rsidRPr="00E351D4" w:rsidRDefault="006E2A09" w:rsidP="006E2A0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Английская школа.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E2A09" w:rsidRDefault="006E2A09" w:rsidP="006E2A09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66" w:line="220" w:lineRule="exact"/>
      </w:pPr>
    </w:p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524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10552" w:type="dxa"/>
        <w:tblInd w:w="-587" w:type="dxa"/>
        <w:tblLayout w:type="fixed"/>
        <w:tblLook w:val="04A0"/>
      </w:tblPr>
      <w:tblGrid>
        <w:gridCol w:w="734"/>
        <w:gridCol w:w="2835"/>
        <w:gridCol w:w="709"/>
        <w:gridCol w:w="1701"/>
        <w:gridCol w:w="1701"/>
        <w:gridCol w:w="1134"/>
        <w:gridCol w:w="1738"/>
      </w:tblGrid>
      <w:tr w:rsidR="00CF4BAE" w:rsidTr="00E307E2">
        <w:trPr>
          <w:trHeight w:hRule="exact" w:val="250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Переписка с зарубежными сверстниками. Письма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друзьям по переписке в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английскую школу.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F4BAE" w:rsidTr="00E307E2">
        <w:trPr>
          <w:trHeight w:hRule="exact" w:val="217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2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Переписка с зарубежными сверстниками. Школа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моей мечты.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E307E2">
        <w:trPr>
          <w:trHeight w:hRule="exact" w:val="250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изучаемые предметы.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Переписка с зарубежными сверстниками. Каникулы в различное время года.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02.12.2022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CF4BAE" w:rsidTr="00E307E2">
        <w:trPr>
          <w:trHeight w:hRule="exact" w:val="116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Мои друзья.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Семейные праздники.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Домашниеобязанности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RPr="007119A2" w:rsidTr="00E307E2">
        <w:trPr>
          <w:trHeight w:hRule="exact" w:val="150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отдыха. Здоровое питание. Мой школьный день.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CF4BAE" w:rsidTr="00E307E2">
        <w:trPr>
          <w:trHeight w:hRule="exact" w:val="150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отдыха. Здоровое питание. Мой день на каникулах.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E307E2">
        <w:trPr>
          <w:trHeight w:hRule="exact" w:val="150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Здоровое питание. Еда для здоровья.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RPr="007119A2" w:rsidTr="00E307E2">
        <w:trPr>
          <w:trHeight w:hRule="exact" w:val="148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Здоровоепитание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Правильный перекус.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CF4BAE" w:rsidRPr="00E351D4" w:rsidRDefault="00CF4BAE" w:rsidP="00103A87">
      <w:pPr>
        <w:autoSpaceDE w:val="0"/>
        <w:autoSpaceDN w:val="0"/>
        <w:spacing w:after="0" w:line="14" w:lineRule="exact"/>
        <w:rPr>
          <w:lang w:val="ru-RU"/>
        </w:rPr>
      </w:pPr>
    </w:p>
    <w:p w:rsidR="00CF4BAE" w:rsidRPr="00E351D4" w:rsidRDefault="00CF4BAE" w:rsidP="00103A87">
      <w:pPr>
        <w:rPr>
          <w:lang w:val="ru-RU"/>
        </w:rPr>
        <w:sectPr w:rsidR="00CF4BAE" w:rsidRPr="00E351D4" w:rsidSect="00103A87">
          <w:pgSz w:w="11900" w:h="16840"/>
          <w:pgMar w:top="284" w:right="985" w:bottom="95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Pr="00E351D4" w:rsidRDefault="00CF4BAE" w:rsidP="00103A8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10552" w:type="dxa"/>
        <w:tblInd w:w="-587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 w:rsidTr="006E2A0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отдыха. Здоровое питание. Если хочешь быть здоров...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8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за 2 четверть.  Здоровый образ жизни: режим труда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отдыха.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Здоровое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Обобщение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F4BAE" w:rsidTr="006E2A09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Коррекция знаний. Моя семья. Мои друзья.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  <w:jc w:val="both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Семейные праздники. Подготовка к Новому году в школе.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35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Рождественскиетрадиции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Мои друзья.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Семейные праздники: Новый год.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Новыйгод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семьёй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6E2A0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6E2A0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праздники.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Домашнийпитомец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6E2A0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 w:rsidRPr="00E351D4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магазине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CF4BAE" w:rsidTr="006E2A09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Выборнеобходимыхтоваров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37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11120" w:type="dxa"/>
        <w:tblInd w:w="-562" w:type="dxa"/>
        <w:tblLayout w:type="fixed"/>
        <w:tblLook w:val="04A0"/>
      </w:tblPr>
      <w:tblGrid>
        <w:gridCol w:w="1144"/>
        <w:gridCol w:w="2894"/>
        <w:gridCol w:w="732"/>
        <w:gridCol w:w="1620"/>
        <w:gridCol w:w="1668"/>
        <w:gridCol w:w="1236"/>
        <w:gridCol w:w="1826"/>
      </w:tblGrid>
      <w:tr w:rsidR="00CF4BAE" w:rsidTr="00E307E2">
        <w:trPr>
          <w:trHeight w:hRule="exact" w:val="1164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 w:rsidRPr="00E351D4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Продуктыпитания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E307E2">
        <w:trPr>
          <w:trHeight w:hRule="exact" w:val="1164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 w:rsidRPr="00E351D4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Одежда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E307E2">
        <w:trPr>
          <w:trHeight w:hRule="exact" w:val="82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jc w:val="center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Обувь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E307E2">
        <w:trPr>
          <w:trHeight w:hRule="exact" w:val="1166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</w:t>
            </w:r>
          </w:p>
          <w:p w:rsidR="00CF4BAE" w:rsidRDefault="00E351D4" w:rsidP="00103A87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E307E2">
        <w:trPr>
          <w:trHeight w:hRule="exact" w:val="150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фотография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RPr="007119A2" w:rsidTr="00E307E2">
        <w:trPr>
          <w:trHeight w:hRule="exact" w:val="1836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Любимые мультфильмы и их герои.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CF4BAE" w:rsidTr="00E307E2">
        <w:trPr>
          <w:trHeight w:hRule="exact" w:val="3182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обычаи).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цирке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E307E2">
        <w:trPr>
          <w:trHeight w:hRule="exact" w:val="150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домашние животные.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Погода. На ферме: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домашние животные.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Tr="00E307E2">
        <w:trPr>
          <w:trHeight w:hRule="exact" w:val="150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Чтениекниг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Tr="00E307E2">
        <w:trPr>
          <w:trHeight w:hRule="exact" w:val="1816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81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страны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страны/стран 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Английскийписатель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29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  Моя малая родина.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Транспорт. Как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сориентироваться в городе.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 Карта моего города/региона.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 моего города.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35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Санкт-Петербург и его достопримечательности.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 Транспорт. Рассказ о городе/селе.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34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ДостопримечательностиЛондона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Тауэр.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1364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Москва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3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ДостопримечательностиМосквы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Кремль.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МузеиМосквы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74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Транспорт. Городской и междугородний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 Транспорт в Москве и Лондоне.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 Город моей мечты.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за 3 четверть. Родной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город/село.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Транспорт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Обобщение и контроль.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524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>
        <w:trPr>
          <w:trHeight w:hRule="exact" w:val="35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Коррекция знаний. Родная страна и страна/страны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языка. Их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географическое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ГородаРоссии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3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Санкт-Петербург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Летний сад.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человека/литературного персонажа.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внешности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страны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языка: писатели, поэты.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ИзвестныепоэтыВеликобритании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31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Лондон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1184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МузеиЛондона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86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Биг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 w:rsidRPr="007119A2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Букингемскийдворец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CF4BAE">
        <w:trPr>
          <w:trHeight w:hRule="exact" w:val="31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ГородаВеликобритании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144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Российскиетрадиции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животные.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Разнообразие природы России.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домашние животные.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Погода. Растительный и животный мир России.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домашние животные.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Дикие животные России.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домашние животные. Погода. Времена года и погода.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животные. 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Погода в Великобритании.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животные. 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Природа в Великобритании.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страны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языка: писатели, поэты.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Выдающиесялюдипрошлого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95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страны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страны/стран изучаемого языка: писатели, поэты.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ЗнаменитыеписателиРоссии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 w:rsidRPr="007119A2">
        <w:trPr>
          <w:trHeight w:hRule="exact" w:val="3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столицы,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Моиувлечения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Какими видами спорта я увлекаюсь?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83" w:lineRule="auto"/>
              <w:ind w:left="72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Здоровый образ жизни: режим труда и отдыха.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Здоровое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Что важно для здоровья.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CF4BAE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Коррекция знаний. Моя семья. Мои друзья.</w:t>
            </w:r>
          </w:p>
          <w:p w:rsidR="00CF4BAE" w:rsidRPr="00E351D4" w:rsidRDefault="00E351D4" w:rsidP="00103A8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Семейные праздники: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день рождения. Мой день рождения.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 увлечения /хобби современного подростка (чтение, кино, спорт).</w:t>
            </w:r>
          </w:p>
          <w:p w:rsidR="00CF4BAE" w:rsidRDefault="00E351D4" w:rsidP="00103A8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Любимаякнига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86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CF4BAE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81" w:lineRule="auto"/>
              <w:ind w:left="576" w:hanging="576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100. Выдающиеся люди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страны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страны/стран 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ИзвестныепоэтыРоссии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/>
              <w:ind w:left="576" w:hanging="576"/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101. Природа: дикие и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животные.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Природа моего края.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CF4BAE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100" w:after="0" w:line="271" w:lineRule="auto"/>
              <w:ind w:left="576" w:hanging="576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102. Каникулы в различное </w:t>
            </w:r>
            <w:r w:rsidRPr="00E351D4">
              <w:rPr>
                <w:lang w:val="ru-RU"/>
              </w:rPr>
              <w:br/>
            </w: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время года. Виды отдыха. Мои летние каникулы.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CF4BAE" w:rsidP="00103A87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CF4BAE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Pr="00E351D4" w:rsidRDefault="00E351D4" w:rsidP="00103A8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351D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BAE" w:rsidRDefault="00E351D4" w:rsidP="00103A8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CF4BAE" w:rsidRDefault="00CF4BAE" w:rsidP="00103A87">
      <w:pPr>
        <w:autoSpaceDE w:val="0"/>
        <w:autoSpaceDN w:val="0"/>
        <w:spacing w:after="0" w:line="14" w:lineRule="exact"/>
      </w:pPr>
    </w:p>
    <w:p w:rsidR="00CF4BAE" w:rsidRDefault="00CF4BAE" w:rsidP="00103A87">
      <w:pPr>
        <w:sectPr w:rsidR="00CF4BAE" w:rsidSect="00103A87">
          <w:pgSz w:w="11900" w:h="16840"/>
          <w:pgMar w:top="284" w:right="985" w:bottom="144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Default="00CF4BAE" w:rsidP="00103A87">
      <w:pPr>
        <w:autoSpaceDE w:val="0"/>
        <w:autoSpaceDN w:val="0"/>
        <w:spacing w:after="78" w:line="220" w:lineRule="exact"/>
      </w:pPr>
    </w:p>
    <w:p w:rsidR="00CF4BAE" w:rsidRDefault="00E351D4" w:rsidP="00103A8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CF4BAE" w:rsidRDefault="00E351D4" w:rsidP="00103A87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CF4BAE" w:rsidRPr="00E351D4" w:rsidRDefault="00E351D4" w:rsidP="00103A87">
      <w:pPr>
        <w:autoSpaceDE w:val="0"/>
        <w:autoSpaceDN w:val="0"/>
        <w:spacing w:before="166" w:after="0" w:line="271" w:lineRule="auto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Афанасьева О.В., Михеева И.В., Баранова К.М. Английский язык (в 2 частях). 5 класс. ОО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О«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ДРОФА»; АО «Издательство Просвещение»;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CF4BAE" w:rsidRPr="00E351D4" w:rsidRDefault="00E351D4" w:rsidP="00103A87">
      <w:pPr>
        <w:autoSpaceDE w:val="0"/>
        <w:autoSpaceDN w:val="0"/>
        <w:spacing w:before="262" w:after="0" w:line="230" w:lineRule="auto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CF4BAE" w:rsidRPr="00E351D4" w:rsidRDefault="00E351D4" w:rsidP="00103A87">
      <w:pPr>
        <w:autoSpaceDE w:val="0"/>
        <w:autoSpaceDN w:val="0"/>
        <w:spacing w:before="166" w:after="0" w:line="286" w:lineRule="auto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1. Федеральный государственный образовательный стандарт основного общего образования, 2. Универсальный кодификатор по иностранному (английскому) языку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3. Примерная программа воспитания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4. Афанасьева О.В. и др. Английский язык серии "</w:t>
      </w:r>
      <w:r>
        <w:rPr>
          <w:rFonts w:ascii="Times New Roman" w:eastAsia="Times New Roman" w:hAnsi="Times New Roman"/>
          <w:color w:val="000000"/>
          <w:sz w:val="24"/>
        </w:rPr>
        <w:t>RainbowEnglish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". 5 класс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.-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М:.Дрофа,2020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5. Афанасьева О.В. и др. Рабочая тетрадь к учебнику английского языка серии "</w:t>
      </w:r>
      <w:r>
        <w:rPr>
          <w:rFonts w:ascii="Times New Roman" w:eastAsia="Times New Roman" w:hAnsi="Times New Roman"/>
          <w:color w:val="000000"/>
          <w:sz w:val="24"/>
        </w:rPr>
        <w:t>RainbowEnglish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". 5 класс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.-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М:.Дрофа,2020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6. Английский язык . 5 класс. Книга для учителя к учебнику О.В. Афанасьевой и др. </w:t>
      </w:r>
      <w:proofErr w:type="gram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-М</w:t>
      </w:r>
      <w:proofErr w:type="gram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:.Дрофа,2020 7.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Аудиоприложение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 к УМК О.В. Афанасьева и др. Английский язык серии "</w:t>
      </w:r>
      <w:r>
        <w:rPr>
          <w:rFonts w:ascii="Times New Roman" w:eastAsia="Times New Roman" w:hAnsi="Times New Roman"/>
          <w:color w:val="000000"/>
          <w:sz w:val="24"/>
        </w:rPr>
        <w:t>RainbowEnglish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". 5 класс</w:t>
      </w:r>
    </w:p>
    <w:p w:rsidR="00CF4BAE" w:rsidRPr="00E351D4" w:rsidRDefault="00E351D4" w:rsidP="00103A87">
      <w:pPr>
        <w:autoSpaceDE w:val="0"/>
        <w:autoSpaceDN w:val="0"/>
        <w:spacing w:before="262" w:after="0" w:line="230" w:lineRule="auto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CF4BAE" w:rsidRPr="00E351D4" w:rsidRDefault="00E351D4" w:rsidP="00103A87">
      <w:pPr>
        <w:autoSpaceDE w:val="0"/>
        <w:autoSpaceDN w:val="0"/>
        <w:spacing w:before="166" w:after="0" w:line="286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gamestolearuenglish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351D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sharedtalk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351D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readbookonline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E351D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esl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lab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351D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britannika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351D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better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english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grammar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htm</w:t>
      </w:r>
      <w:proofErr w:type="spellEnd"/>
      <w:r w:rsidRPr="00E351D4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Onlinedictionariesandencyklopedias</w:t>
      </w:r>
      <w:proofErr w:type="spellEnd"/>
      <w:r w:rsidRPr="00E351D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liveworksheets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351D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learnenglish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britishcouncil</w:t>
      </w:r>
      <w:proofErr w:type="spellEnd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</w:p>
    <w:p w:rsidR="00CF4BAE" w:rsidRPr="00E351D4" w:rsidRDefault="00CF4BAE" w:rsidP="00103A87">
      <w:pPr>
        <w:rPr>
          <w:lang w:val="ru-RU"/>
        </w:rPr>
        <w:sectPr w:rsidR="00CF4BAE" w:rsidRPr="00E351D4" w:rsidSect="00103A87">
          <w:pgSz w:w="11900" w:h="16840"/>
          <w:pgMar w:top="298" w:right="985" w:bottom="144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CF4BAE" w:rsidRPr="00E351D4" w:rsidRDefault="00CF4BAE" w:rsidP="00103A87">
      <w:pPr>
        <w:autoSpaceDE w:val="0"/>
        <w:autoSpaceDN w:val="0"/>
        <w:spacing w:after="78" w:line="220" w:lineRule="exact"/>
        <w:rPr>
          <w:lang w:val="ru-RU"/>
        </w:rPr>
      </w:pPr>
    </w:p>
    <w:p w:rsidR="00CF4BAE" w:rsidRPr="00E351D4" w:rsidRDefault="00E351D4" w:rsidP="00103A87">
      <w:pPr>
        <w:autoSpaceDE w:val="0"/>
        <w:autoSpaceDN w:val="0"/>
        <w:spacing w:after="0" w:line="230" w:lineRule="auto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CF4BAE" w:rsidRPr="00E351D4" w:rsidRDefault="00E351D4" w:rsidP="00103A87">
      <w:pPr>
        <w:autoSpaceDE w:val="0"/>
        <w:autoSpaceDN w:val="0"/>
        <w:spacing w:before="346" w:after="0" w:line="230" w:lineRule="auto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CF4BAE" w:rsidRPr="00E351D4" w:rsidRDefault="00E351D4" w:rsidP="00103A87">
      <w:pPr>
        <w:autoSpaceDE w:val="0"/>
        <w:autoSpaceDN w:val="0"/>
        <w:spacing w:before="166" w:after="0" w:line="281" w:lineRule="auto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1. Ноутбук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2. Колонки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3. Лексико-грамматические таблицы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4. Дидактический материал </w:t>
      </w:r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 xml:space="preserve">5. </w:t>
      </w:r>
      <w:proofErr w:type="spellStart"/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Медиатека</w:t>
      </w:r>
      <w:proofErr w:type="spellEnd"/>
      <w:r w:rsidRPr="00E351D4">
        <w:rPr>
          <w:lang w:val="ru-RU"/>
        </w:rPr>
        <w:br/>
      </w: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6. Карта Европы.</w:t>
      </w:r>
    </w:p>
    <w:p w:rsidR="00CF4BAE" w:rsidRPr="00E351D4" w:rsidRDefault="00E351D4" w:rsidP="00103A87">
      <w:pPr>
        <w:autoSpaceDE w:val="0"/>
        <w:autoSpaceDN w:val="0"/>
        <w:spacing w:before="70" w:after="0" w:line="230" w:lineRule="auto"/>
        <w:rPr>
          <w:lang w:val="ru-RU"/>
        </w:rPr>
      </w:pPr>
      <w:r w:rsidRPr="00E351D4">
        <w:rPr>
          <w:rFonts w:ascii="Times New Roman" w:eastAsia="Times New Roman" w:hAnsi="Times New Roman"/>
          <w:color w:val="000000"/>
          <w:sz w:val="24"/>
          <w:lang w:val="ru-RU"/>
        </w:rPr>
        <w:t>7Тематические папки с материалами</w:t>
      </w:r>
    </w:p>
    <w:p w:rsidR="00CF4BAE" w:rsidRPr="00E351D4" w:rsidRDefault="00E351D4" w:rsidP="00103A87">
      <w:pPr>
        <w:autoSpaceDE w:val="0"/>
        <w:autoSpaceDN w:val="0"/>
        <w:spacing w:before="264" w:after="0" w:line="230" w:lineRule="auto"/>
        <w:rPr>
          <w:lang w:val="ru-RU"/>
        </w:rPr>
      </w:pPr>
      <w:r w:rsidRPr="00E351D4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CF4BAE" w:rsidRDefault="00E351D4" w:rsidP="00103A87">
      <w:pPr>
        <w:autoSpaceDE w:val="0"/>
        <w:autoSpaceDN w:val="0"/>
        <w:spacing w:before="168" w:after="0" w:line="271" w:lineRule="auto"/>
        <w:jc w:val="both"/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ноутбук</w:t>
      </w:r>
      <w:proofErr w:type="spellEnd"/>
      <w:proofErr w:type="gramEnd"/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колонки</w:t>
      </w:r>
      <w:proofErr w:type="spellEnd"/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мультимедийныйпроектор</w:t>
      </w:r>
      <w:proofErr w:type="spellEnd"/>
    </w:p>
    <w:p w:rsidR="00CF4BAE" w:rsidRDefault="00CF4BAE" w:rsidP="00103A87">
      <w:pPr>
        <w:sectPr w:rsidR="00CF4BAE" w:rsidSect="00103A87">
          <w:pgSz w:w="11900" w:h="16840"/>
          <w:pgMar w:top="298" w:right="985" w:bottom="1440" w:left="1276" w:header="720" w:footer="720" w:gutter="0"/>
          <w:cols w:space="720" w:equalWidth="0">
            <w:col w:w="9639" w:space="0"/>
          </w:cols>
          <w:docGrid w:linePitch="360"/>
        </w:sectPr>
      </w:pPr>
    </w:p>
    <w:p w:rsidR="00196EE3" w:rsidRDefault="00196EE3" w:rsidP="00103A87"/>
    <w:sectPr w:rsidR="00196EE3" w:rsidSect="00103A87">
      <w:pgSz w:w="11900" w:h="16840"/>
      <w:pgMar w:top="1440" w:right="985" w:bottom="1440" w:left="1276" w:header="720" w:footer="720" w:gutter="0"/>
      <w:cols w:space="720" w:equalWidth="0">
        <w:col w:w="9639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22222"/>
    <w:rsid w:val="00034616"/>
    <w:rsid w:val="0006063C"/>
    <w:rsid w:val="00103A87"/>
    <w:rsid w:val="0015074B"/>
    <w:rsid w:val="00196EE3"/>
    <w:rsid w:val="00275A5B"/>
    <w:rsid w:val="0029639D"/>
    <w:rsid w:val="00326F90"/>
    <w:rsid w:val="00350403"/>
    <w:rsid w:val="004E114B"/>
    <w:rsid w:val="006E2A09"/>
    <w:rsid w:val="007119A2"/>
    <w:rsid w:val="00761912"/>
    <w:rsid w:val="00931989"/>
    <w:rsid w:val="00954E07"/>
    <w:rsid w:val="00A05DB4"/>
    <w:rsid w:val="00AA1D8D"/>
    <w:rsid w:val="00B47730"/>
    <w:rsid w:val="00C074D9"/>
    <w:rsid w:val="00C3232E"/>
    <w:rsid w:val="00CB0664"/>
    <w:rsid w:val="00CF4BAE"/>
    <w:rsid w:val="00DC75CC"/>
    <w:rsid w:val="00DD278D"/>
    <w:rsid w:val="00E307E2"/>
    <w:rsid w:val="00E351D4"/>
    <w:rsid w:val="00FC13BB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1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11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82EE95-E7B7-4627-8C34-4F22A40BE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35</Pages>
  <Words>9471</Words>
  <Characters>53990</Characters>
  <Application>Microsoft Office Word</Application>
  <DocSecurity>0</DocSecurity>
  <Lines>449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63335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9</cp:revision>
  <cp:lastPrinted>2022-06-21T09:39:00Z</cp:lastPrinted>
  <dcterms:created xsi:type="dcterms:W3CDTF">2013-12-23T23:15:00Z</dcterms:created>
  <dcterms:modified xsi:type="dcterms:W3CDTF">2022-06-29T12:31:00Z</dcterms:modified>
  <cp:category/>
</cp:coreProperties>
</file>